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Davis Mallory Reveals Girlfriend After Updating He’s Not Gay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reality gossip and fans of The Challenge have noticed Davis Mallory’s life taking a new turn , the reality star has introduced a girlfriend after publicly updating his sexual orientation. The news matters to viewers who followed his journey from The Real World to The Challenge, and sparks fresh conversation about identity, faith and the spotlight.</w:t>
      </w:r>
      <w:r/>
    </w:p>
    <w:p>
      <w:r/>
      <w:r>
        <w:t>Essential Takeaways</w:t>
      </w:r>
      <w:r/>
      <w:r/>
    </w:p>
    <w:p>
      <w:pPr>
        <w:pStyle w:val="ListBullet"/>
        <w:spacing w:line="240" w:lineRule="auto"/>
        <w:ind w:left="720"/>
      </w:pPr>
      <w:r/>
      <w:r>
        <w:rPr>
          <w:b/>
        </w:rPr>
        <w:t>Public update:</w:t>
      </w:r>
      <w:r>
        <w:t xml:space="preserve"> Davis Mallory recently announced a change in how he identifies, saying he’s no longer gay and now identifies as straight.</w:t>
      </w:r>
      <w:r/>
    </w:p>
    <w:p>
      <w:pPr>
        <w:pStyle w:val="ListBullet"/>
        <w:spacing w:line="240" w:lineRule="auto"/>
        <w:ind w:left="720"/>
      </w:pPr>
      <w:r/>
      <w:r>
        <w:rPr>
          <w:b/>
        </w:rPr>
        <w:t>New relationship:</w:t>
      </w:r>
      <w:r>
        <w:t xml:space="preserve"> He has been photographed and publicly introduced a girlfriend, a visible step in his personal life.</w:t>
      </w:r>
      <w:r/>
    </w:p>
    <w:p>
      <w:pPr>
        <w:pStyle w:val="ListBullet"/>
        <w:spacing w:line="240" w:lineRule="auto"/>
        <w:ind w:left="720"/>
      </w:pPr>
      <w:r/>
      <w:r>
        <w:rPr>
          <w:b/>
        </w:rPr>
        <w:t>Faith played a role:</w:t>
      </w:r>
      <w:r>
        <w:t xml:space="preserve"> Mallory has said his upbringing in church and a spiritual experience influenced his recent choices.</w:t>
      </w:r>
      <w:r/>
    </w:p>
    <w:p>
      <w:pPr>
        <w:pStyle w:val="ListBullet"/>
        <w:spacing w:line="240" w:lineRule="auto"/>
        <w:ind w:left="720"/>
      </w:pPr>
      <w:r/>
      <w:r>
        <w:rPr>
          <w:b/>
        </w:rPr>
        <w:t>Emotional detail:</w:t>
      </w:r>
      <w:r>
        <w:t xml:space="preserve"> He’s spoken about subconscious fears and nightmares that reflected inner turmoil during his journey.</w:t>
      </w:r>
      <w:r/>
    </w:p>
    <w:p>
      <w:pPr>
        <w:pStyle w:val="ListBullet"/>
        <w:spacing w:line="240" w:lineRule="auto"/>
        <w:ind w:left="720"/>
      </w:pPr>
      <w:r/>
      <w:r>
        <w:rPr>
          <w:b/>
        </w:rPr>
        <w:t>Fan reaction:</w:t>
      </w:r>
      <w:r>
        <w:t xml:space="preserve"> The revelation has prompted a mix of support and debate across social media and entertainment outlets.</w:t>
      </w:r>
      <w:r/>
      <w:r/>
    </w:p>
    <w:p>
      <w:pPr>
        <w:pStyle w:val="Heading2"/>
      </w:pPr>
      <w:r>
        <w:t>Why this moment matters to reality TV viewers</w:t>
      </w:r>
      <w:r/>
    </w:p>
    <w:p>
      <w:r/>
      <w:r>
        <w:t>Davis Mallory’s evolution is vivid and, for many viewers, personal. He first rose to wider attention on The Real World and later competed on The Challenge, where contestants’ off-screen lives often become part of the public story. According to reports in entertainment outlets, his announcement that he no longer identifies as gay and subsequent appearance with a woman has been widely covered, because reality stars’ identities are intertwined with the narratives fans follow. For long-time followers, this matters because it changes the frame through which past moments are reinterpreted , from romances to on-screen confessions , and people naturally react when a familiar face shifts course. If you’ve watched him over the years, expect a period of commentary and re-examination across social feeds and fan forums.</w:t>
      </w:r>
      <w:r/>
    </w:p>
    <w:p>
      <w:pPr>
        <w:pStyle w:val="Heading2"/>
      </w:pPr>
      <w:r>
        <w:t>The faith angle: how upbringing shaped the update</w:t>
      </w:r>
      <w:r/>
    </w:p>
    <w:p>
      <w:r/>
      <w:r>
        <w:t>Mallory has been open about being raised in church and the influence religion had on his sense of self. He’s described a spiritual turning point that he says altered his direction. Entertainment reporters note he referred to a deeply felt change linked to faith, and that has become a central part of how he explains his updated identity. For readers, it’s a reminder that faith and personal identity often intermingle, and that public figures sometimes frame life changes in spiritual terms to make sense of them. If you’re trying to understand the context, look at how interviewees link childhood beliefs to adult decisions , it’s a consistent throughline in many celebrity narratives.</w:t>
      </w:r>
      <w:r/>
    </w:p>
    <w:p>
      <w:pPr>
        <w:pStyle w:val="Heading2"/>
      </w:pPr>
      <w:r>
        <w:t>The psychological side: nightmares, subconscious and identity</w:t>
      </w:r>
      <w:r/>
    </w:p>
    <w:p>
      <w:r/>
      <w:r>
        <w:t>Mallory has spoken about subconscious signals , nightmares about theft and loss , which he interprets as metaphorical of inner struggles. Tabloid and celebrity sites highlighted his comments about recurring dreams and how these fed into a broader psychological process of re-evaluation. This isn’t unique to celebrities; many people experience unsettling dreams during periods of major change, and Mallory’s willingness to discuss them adds an intimate, human detail to the story. If you or someone you know is navigating identity questions, mental-health resources and therapy often help untangle subconscious fears from conscious desires.</w:t>
      </w:r>
      <w:r/>
    </w:p>
    <w:p>
      <w:pPr>
        <w:pStyle w:val="Heading2"/>
      </w:pPr>
      <w:r>
        <w:t>Reaction and debate across media and fans</w:t>
      </w:r>
      <w:r/>
    </w:p>
    <w:p>
      <w:r/>
      <w:r>
        <w:t>Coverage of Mallory’s announcement and his new relationship has ranged from supportive to sceptical, with fans, commentators and peers weighing in across platforms. Outlets that follow reality TV closely have quoted social-media posts and shared photos of his new partner; the tone varies depending on the publication and its audience. This split reaction is typical when public figures shift markers of identity , some celebrate personal agency, others question the timeline or motives. A useful approach when reading comment threads is to separate verified facts (his statements and appearances) from speculation and opinion.</w:t>
      </w:r>
      <w:r/>
    </w:p>
    <w:p>
      <w:pPr>
        <w:pStyle w:val="Heading2"/>
      </w:pPr>
      <w:r>
        <w:t>What this means for Davis and for viewers going forward</w:t>
      </w:r>
      <w:r/>
    </w:p>
    <w:p>
      <w:r/>
      <w:r>
        <w:t>For Mallory, introducing a girlfriend in public is a concrete step that signals his current orientation and relationship status to fans and the media. For viewers, it closes a chapter of uncertainty for some and opens fresh conversation for others about how identity is reported and understood in the public eye. Reality stars often recalibrate their narratives over time; expect ongoing interviews, social posts and perhaps fuller explanations as he continues to speak about his journey. Ultimately, this is a reminder that personal lives evolve , and that those changes will be dissected more loudly when you’re in the limelight.</w:t>
      </w:r>
      <w:r/>
    </w:p>
    <w:p>
      <w:r/>
      <w:r>
        <w:t>It's a small, public change that will mean different things to different people , and it's likely to keep the conversation 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https://yve-style.com/davis-mallory-reveals-girlfriend-after-lgbtq-misunderstanding/</w:t>
        </w:r>
      </w:hyperlink>
      <w:r>
        <w:t xml:space="preserve"> - Please view link - unable to able to access data</w:t>
      </w:r>
      <w:r/>
    </w:p>
    <w:p>
      <w:pPr>
        <w:pStyle w:val="ListNumber"/>
        <w:spacing w:line="240" w:lineRule="auto"/>
        <w:ind w:left="720"/>
      </w:pPr>
      <w:r/>
      <w:hyperlink r:id="rId10">
        <w:r>
          <w:rPr>
            <w:color w:val="0000EE"/>
            <w:u w:val="single"/>
          </w:rPr>
          <w:t>https://www.eonline.com/news/1435642/the-challenges-davis-mallory-posts-girlfriend-after-updating-hes-not-gay</w:t>
        </w:r>
      </w:hyperlink>
      <w:r>
        <w:t xml:space="preserve"> - Davis Mallory, known for his appearances on 'The Real World: Denver' and 'The Challenge', has introduced his new girlfriend, Rachel Vaughan, nearly a year after announcing he no longer identifies as gay. In an Instagram post, Mallory shared vacation photos with Vaughan, expressing his love and appreciation for her. The couple met in Hawaii in February 2022 and began dating in August 2026. Mallory previously came out as gay on 'The Real World: Denver' in 2007 and later advocated for gay Christians. In September 2025, he announced he was 'no longer gay', attributing his transformation to spiritual experiences and dreams that guided him away from his previous lifestyle. (</w:t>
      </w:r>
      <w:hyperlink r:id="rId15">
        <w:r>
          <w:rPr>
            <w:color w:val="0000EE"/>
            <w:u w:val="single"/>
          </w:rPr>
          <w:t>eonline.com</w:t>
        </w:r>
      </w:hyperlink>
      <w:r>
        <w:t>)</w:t>
      </w:r>
      <w:r/>
    </w:p>
    <w:p>
      <w:pPr>
        <w:pStyle w:val="ListNumber"/>
        <w:spacing w:line="240" w:lineRule="auto"/>
        <w:ind w:left="720"/>
      </w:pPr>
      <w:r/>
      <w:hyperlink r:id="rId12">
        <w:r>
          <w:rPr>
            <w:color w:val="0000EE"/>
            <w:u w:val="single"/>
          </w:rPr>
          <w:t>https://www.tmz.com/2026/09/01/davis-mallory-debuts-relationship-with-woman/</w:t>
        </w:r>
      </w:hyperlink>
      <w:r>
        <w:t xml:space="preserve"> - Davis Mallory, former star of 'The Real World: Denver' and 'The Challenge', has publicly introduced his new girlfriend, Rachel Vaughan, nearly a year after announcing he is 'no longer gay'. Mallory shared vacation photos with Vaughan on Instagram, expressing his love and appreciation for her. The couple met in Hawaii in February 2022 and began dating in August 2026. Mallory previously came out as gay on 'The Real World: Denver' in 2007 and later advocated for gay Christians. In September 2025, he announced he was 'no longer gay', attributing his transformation to spiritual experiences and dreams that guided him away from his previous lifestyle. (</w:t>
      </w:r>
      <w:hyperlink r:id="rId16">
        <w:r>
          <w:rPr>
            <w:color w:val="0000EE"/>
            <w:u w:val="single"/>
          </w:rPr>
          <w:t>tmz.com</w:t>
        </w:r>
      </w:hyperlink>
      <w:r>
        <w:t>)</w:t>
      </w:r>
      <w:r/>
    </w:p>
    <w:p>
      <w:pPr>
        <w:pStyle w:val="ListNumber"/>
        <w:spacing w:line="240" w:lineRule="auto"/>
        <w:ind w:left="720"/>
      </w:pPr>
      <w:r/>
      <w:hyperlink r:id="rId14">
        <w:r>
          <w:rPr>
            <w:color w:val="0000EE"/>
            <w:u w:val="single"/>
          </w:rPr>
          <w:t>https://www.thetab.com/realityshrine/2026/09/01/the-challenges-davis-mallory-reveals-girlfriend-one-year-after-announcing-hes-no-longer-gay/</w:t>
        </w:r>
      </w:hyperlink>
      <w:r>
        <w:t xml:space="preserve"> - Davis Mallory, former star of 'The Real World: Denver' and 'The Challenge', has introduced his new girlfriend, Rachel Vaughan, nearly a year after announcing he is 'no longer gay'. Mallory shared vacation photos with Vaughan on Instagram, expressing his love and appreciation for her. The couple met in Hawaii in February 2022 and began dating in August 2026. Mallory previously came out as gay on 'The Real World: Denver' in 2007 and later advocated for gay Christians. In September 2025, he announced he was 'no longer gay', attributing his transformation to spiritual experiences and dreams that guided him away from his previous lifestyle. (</w:t>
      </w:r>
      <w:hyperlink r:id="rId17">
        <w:r>
          <w:rPr>
            <w:color w:val="0000EE"/>
            <w:u w:val="single"/>
          </w:rPr>
          <w:t>thetab.com</w:t>
        </w:r>
      </w:hyperlink>
      <w:r>
        <w:t>)</w:t>
      </w:r>
      <w:r/>
    </w:p>
    <w:p>
      <w:pPr>
        <w:pStyle w:val="ListNumber"/>
        <w:spacing w:line="240" w:lineRule="auto"/>
        <w:ind w:left="720"/>
      </w:pPr>
      <w:r/>
      <w:hyperlink r:id="rId11">
        <w:r>
          <w:rPr>
            <w:color w:val="0000EE"/>
            <w:u w:val="single"/>
          </w:rPr>
          <w:t>https://www.usmagazine.com/celebrity-news/news/the-challenges-davis-mallory-introduces-new-gf-after-saying-hes-not-gay/</w:t>
        </w:r>
      </w:hyperlink>
      <w:r>
        <w:t xml:space="preserve"> - Davis Mallory, former star of 'The Real World: Denver' and 'The Challenge', has introduced his new girlfriend, Rachel Vaughan, nearly a year after announcing he is 'no longer gay'. Mallory shared vacation photos with Vaughan on Instagram, expressing his love and appreciation for her. The couple met in Hawaii in February 2022 and began dating in August 2026. Mallory previously came out as gay on 'The Real World: Denver' in 2007 and later advocated for gay Christians. In September 2025, he announced he was 'no longer gay', attributing his transformation to spiritual experiences and dreams that guided him away from his previous lifestyle. (</w:t>
      </w:r>
      <w:hyperlink r:id="rId18">
        <w:r>
          <w:rPr>
            <w:color w:val="0000EE"/>
            <w:u w:val="single"/>
          </w:rPr>
          <w:t>usmagazine.com</w:t>
        </w:r>
      </w:hyperlink>
      <w:r>
        <w:t>)</w:t>
      </w:r>
      <w:r/>
    </w:p>
    <w:p>
      <w:pPr>
        <w:pStyle w:val="ListNumber"/>
        <w:spacing w:line="240" w:lineRule="auto"/>
        <w:ind w:left="720"/>
      </w:pPr>
      <w:r/>
      <w:hyperlink r:id="rId13">
        <w:r>
          <w:rPr>
            <w:color w:val="0000EE"/>
            <w:u w:val="single"/>
          </w:rPr>
          <w:t>https://pulptastic.com/a-the-challenge-star-debuts-his-new-girlfriend-a-year-after-a-major-announcement-about-his-sexuality/</w:t>
        </w:r>
      </w:hyperlink>
      <w:r>
        <w:t xml:space="preserve"> - Davis Mallory, former star of 'The Real World: Denver' and 'The Challenge', has introduced his new girlfriend, Rachel Vaughan, nearly a year after announcing he is 'no longer gay'. Mallory shared vacation photos with Vaughan on Instagram, expressing his love and appreciation for her. The couple met in Hawaii in February 2022 and began dating in August 2026. Mallory previously came out as gay on 'The Real World: Denver' in 2007 and later advocated for gay Christians. In September 2025, he announced he was 'no longer gay', attributing his transformation to spiritual experiences and dreams that guided him away from his previous lifestyle. (</w:t>
      </w:r>
      <w:hyperlink r:id="rId19">
        <w:r>
          <w:rPr>
            <w:color w:val="0000EE"/>
            <w:u w:val="single"/>
          </w:rPr>
          <w:t>pulptastic.com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yve-style.com/davis-mallory-reveals-girlfriend-after-lgbtq-misunderstanding/" TargetMode="External"/><Relationship Id="rId10" Type="http://schemas.openxmlformats.org/officeDocument/2006/relationships/hyperlink" Target="https://www.eonline.com/news/1435642/the-challenges-davis-mallory-posts-girlfriend-after-updating-hes-not-gay" TargetMode="External"/><Relationship Id="rId11" Type="http://schemas.openxmlformats.org/officeDocument/2006/relationships/hyperlink" Target="https://www.usmagazine.com/celebrity-news/news/the-challenges-davis-mallory-introduces-new-gf-after-saying-hes-not-gay/" TargetMode="External"/><Relationship Id="rId12" Type="http://schemas.openxmlformats.org/officeDocument/2006/relationships/hyperlink" Target="https://www.tmz.com/2026/09/01/davis-mallory-debuts-relationship-with-woman/" TargetMode="External"/><Relationship Id="rId13" Type="http://schemas.openxmlformats.org/officeDocument/2006/relationships/hyperlink" Target="https://pulptastic.com/a-the-challenge-star-debuts-his-new-girlfriend-a-year-after-a-major-announcement-about-his-sexuality/" TargetMode="External"/><Relationship Id="rId14" Type="http://schemas.openxmlformats.org/officeDocument/2006/relationships/hyperlink" Target="https://www.thetab.com/realityshrine/2026/09/01/the-challenges-davis-mallory-reveals-girlfriend-one-year-after-announcing-hes-no-longer-gay/" TargetMode="External"/><Relationship Id="rId15" Type="http://schemas.openxmlformats.org/officeDocument/2006/relationships/hyperlink" Target="https://www.eonline.com/news/1435642/the-challenges-davis-mallory-posts-girlfriend-after-updating-hes-not-gay?utm_source=openai" TargetMode="External"/><Relationship Id="rId16" Type="http://schemas.openxmlformats.org/officeDocument/2006/relationships/hyperlink" Target="https://www.tmz.com/2026/09/01/davis-mallory-debuts-relationship-with-woman/?utm_source=openai" TargetMode="External"/><Relationship Id="rId17" Type="http://schemas.openxmlformats.org/officeDocument/2006/relationships/hyperlink" Target="https://thetab.com/realityshrine/2026/09/01/the-challenges-davis-mallory-reveals-girlfriend-one-year-after-announcing-hes-no-longer-gay/?utm_source=openai" TargetMode="External"/><Relationship Id="rId18" Type="http://schemas.openxmlformats.org/officeDocument/2006/relationships/hyperlink" Target="https://www.usmagazine.com/celebrity-news/news/the-challenges-davis-introduces-gf-after-saying-hes-not-gay/?utm_source=openai" TargetMode="External"/><Relationship Id="rId19" Type="http://schemas.openxmlformats.org/officeDocument/2006/relationships/hyperlink" Target="https://pulptastic.com/a-the-challenge-star-debuts-his-new-girlfriend-a-year-after-a-major-announcement-about-his-sexual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