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Columbus hosts the Gay Softball World Series with 5,000 athletes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Columbus is welcoming thousands of LGBTQ athletes for the 2026 Gay Softball World Series, a free, week-long tournament bringing more than 250 teams to Lou Berliner Sports Park. The return marks a major moment for the city’s sporting calendar, while charity events and a lively social programme give visitors plenty to enjoy beyond the diamond.</w:t>
      </w:r>
      <w:r/>
    </w:p>
    <w:p>
      <w:pPr>
        <w:pStyle w:val="Heading2"/>
      </w:pPr>
      <w:r>
        <w:t>Essential Takeaways</w:t>
      </w:r>
      <w:r/>
      <w:r/>
    </w:p>
    <w:p>
      <w:pPr>
        <w:pStyle w:val="ListBullet"/>
        <w:spacing w:line="240" w:lineRule="auto"/>
        <w:ind w:left="720"/>
      </w:pPr>
      <w:r/>
      <w:r>
        <w:rPr>
          <w:b/>
        </w:rPr>
        <w:t>Huge scale:</w:t>
      </w:r>
      <w:r>
        <w:t xml:space="preserve"> More than 5,000 athletes and 250-plus teams are taking part.</w:t>
      </w:r>
      <w:r/>
    </w:p>
    <w:p>
      <w:pPr>
        <w:pStyle w:val="ListBullet"/>
        <w:spacing w:line="240" w:lineRule="auto"/>
        <w:ind w:left="720"/>
      </w:pPr>
      <w:r/>
      <w:r>
        <w:rPr>
          <w:b/>
        </w:rPr>
        <w:t>Columbus return:</w:t>
      </w:r>
      <w:r>
        <w:t xml:space="preserve"> The tournament is back in the Ohio city for the first time since 2021.</w:t>
      </w:r>
      <w:r/>
    </w:p>
    <w:p>
      <w:pPr>
        <w:pStyle w:val="ListBullet"/>
        <w:spacing w:line="240" w:lineRule="auto"/>
        <w:ind w:left="720"/>
      </w:pPr>
      <w:r/>
      <w:r>
        <w:rPr>
          <w:b/>
        </w:rPr>
        <w:t>Free to watch:</w:t>
      </w:r>
      <w:r>
        <w:t xml:space="preserve"> Spectators can attend throughout the week without paying admission.</w:t>
      </w:r>
      <w:r/>
    </w:p>
    <w:p>
      <w:pPr>
        <w:pStyle w:val="ListBullet"/>
        <w:spacing w:line="240" w:lineRule="auto"/>
        <w:ind w:left="720"/>
      </w:pPr>
      <w:r/>
      <w:r>
        <w:rPr>
          <w:b/>
        </w:rPr>
        <w:t>Main venue:</w:t>
      </w:r>
      <w:r>
        <w:t xml:space="preserve"> Games are being played at Lou Berliner Sports Park.</w:t>
      </w:r>
      <w:r/>
    </w:p>
    <w:p>
      <w:pPr>
        <w:pStyle w:val="ListBullet"/>
        <w:spacing w:line="240" w:lineRule="auto"/>
        <w:ind w:left="720"/>
      </w:pPr>
      <w:r/>
      <w:r>
        <w:rPr>
          <w:b/>
        </w:rPr>
        <w:t>Community focus:</w:t>
      </w:r>
      <w:r>
        <w:t xml:space="preserve"> A charity bingo event will raise money for Kaleidoscope Youth Center.</w:t>
      </w:r>
      <w:r/>
      <w:r/>
    </w:p>
    <w:p>
      <w:pPr>
        <w:pStyle w:val="Heading2"/>
      </w:pPr>
      <w:r>
        <w:t>Columbus steps up as host city</w:t>
      </w:r>
      <w:r/>
    </w:p>
    <w:p>
      <w:r/>
      <w:r>
        <w:t>The Gay Softball World Series has brought an unmistakable buzz to Columbus, with players, supporters and visitors filling the city for one of the biggest LGBTQ sporting events anywhere. The tournament runs from 30 August to 5 September, culminating in championship matches at Lou Berliner Sports Park.</w:t>
      </w:r>
      <w:r/>
    </w:p>
    <w:p>
      <w:r/>
      <w:r>
        <w:t xml:space="preserve">That scale is easy to picture once the teams arrive: busy diamonds, dugouts humming with conversation and a steady stream of fans moving between games. The Greater Columbus Sports Commission describes the event as a significant sporting and visitor opportunity for the region, while local organisers have highlighted the city’s experience hosting major tournaments. (Paragraph sources: </w:t>
      </w:r>
      <w:hyperlink r:id="rId9">
        <w:r>
          <w:rPr>
            <w:color w:val="0000EE"/>
            <w:u w:val="single"/>
          </w:rPr>
          <w:t>[2]</w:t>
        </w:r>
      </w:hyperlink>
      <w:r>
        <w:t xml:space="preserve">, </w:t>
      </w:r>
      <w:hyperlink r:id="rId10">
        <w:r>
          <w:rPr>
            <w:color w:val="0000EE"/>
            <w:u w:val="single"/>
          </w:rPr>
          <w:t>[6]</w:t>
        </w:r>
      </w:hyperlink>
      <w:r>
        <w:t>)</w:t>
      </w:r>
      <w:r/>
    </w:p>
    <w:p>
      <w:r/>
      <w:r>
        <w:t xml:space="preserve">Columbus has hosted the competition three times before, in 2010, 2015 and 2021. Its return suggests the partnership has legs, particularly when a venue is large enough to handle the crowds without losing the friendly, communal feel that makes softball such an appealing spectator sport. (Paragraph sources: </w:t>
      </w:r>
      <w:hyperlink r:id="rId9">
        <w:r>
          <w:rPr>
            <w:color w:val="0000EE"/>
            <w:u w:val="single"/>
          </w:rPr>
          <w:t>[2]</w:t>
        </w:r>
      </w:hyperlink>
      <w:r>
        <w:t xml:space="preserve">, </w:t>
      </w:r>
      <w:hyperlink r:id="rId11">
        <w:r>
          <w:rPr>
            <w:color w:val="0000EE"/>
            <w:u w:val="single"/>
          </w:rPr>
          <w:t>[3]</w:t>
        </w:r>
      </w:hyperlink>
      <w:r>
        <w:t>)</w:t>
      </w:r>
      <w:r/>
    </w:p>
    <w:p>
      <w:pPr>
        <w:pStyle w:val="Heading2"/>
      </w:pPr>
      <w:r>
        <w:t>Why the Gay Softball World Series matters</w:t>
      </w:r>
      <w:r/>
    </w:p>
    <w:p>
      <w:r/>
      <w:r>
        <w:t>The tournament is more than a run of competitive fixtures. Organised by iPride Softball, it gives LGBTQ players from across the United States and beyond a national platform, while creating a space where participation and visibility sit alongside the scoreline.</w:t>
      </w:r>
      <w:r/>
    </w:p>
    <w:p>
      <w:r/>
      <w:r>
        <w:t xml:space="preserve">The official Gay Softball World Series information describes a broad programme built around competition, community and celebration. That balance is important: for many players, the week is as much about returning to a familiar sporting family as it is about chasing a title. (Paragraph sources: </w:t>
      </w:r>
      <w:hyperlink r:id="rId11">
        <w:r>
          <w:rPr>
            <w:color w:val="0000EE"/>
            <w:u w:val="single"/>
          </w:rPr>
          <w:t>[3]</w:t>
        </w:r>
      </w:hyperlink>
      <w:r>
        <w:t xml:space="preserve">, </w:t>
      </w:r>
      <w:hyperlink r:id="rId12">
        <w:r>
          <w:rPr>
            <w:color w:val="0000EE"/>
            <w:u w:val="single"/>
          </w:rPr>
          <w:t>[7]</w:t>
        </w:r>
      </w:hyperlink>
      <w:r>
        <w:t>)</w:t>
      </w:r>
      <w:r/>
    </w:p>
    <w:p>
      <w:r/>
      <w:r>
        <w:t xml:space="preserve">There’s also a useful reminder here about the reach of inclusive sport. Local gay and lesbian softball associations, including community leagues such as the Columbus Lesbian and Gay Softball Association, help create the grassroots pathways that make large events possible. (Paragraph sources: </w:t>
      </w:r>
      <w:hyperlink r:id="rId13">
        <w:r>
          <w:rPr>
            <w:color w:val="0000EE"/>
            <w:u w:val="single"/>
          </w:rPr>
          <w:t>[4]</w:t>
        </w:r>
      </w:hyperlink>
      <w:r>
        <w:t xml:space="preserve">, </w:t>
      </w:r>
      <w:hyperlink r:id="rId14">
        <w:r>
          <w:rPr>
            <w:color w:val="0000EE"/>
            <w:u w:val="single"/>
          </w:rPr>
          <w:t>[5]</w:t>
        </w:r>
      </w:hyperlink>
      <w:r>
        <w:t>)</w:t>
      </w:r>
      <w:r/>
    </w:p>
    <w:p>
      <w:pPr>
        <w:pStyle w:val="Heading2"/>
      </w:pPr>
      <w:r>
        <w:t>Free games make it easy for fans to join in</w:t>
      </w:r>
      <w:r/>
    </w:p>
    <w:p>
      <w:r/>
      <w:r>
        <w:t>For visitors, the simplest attraction is the price. Admission is free throughout the week, so spectators can drop into Lou Berliner Sports Park, watch a few innings and decide whether to stay for another game without the usual ticket-planning faff.</w:t>
      </w:r>
      <w:r/>
    </w:p>
    <w:p>
      <w:r/>
      <w:r>
        <w:t xml:space="preserve">That makes the event particularly approachable for families, curious newcomers and local residents who may not follow organised softball closely. Check the official schedule before setting off, though, as game times and locations can vary across the tournament. (Paragraph sources: </w:t>
      </w:r>
      <w:hyperlink r:id="rId11">
        <w:r>
          <w:rPr>
            <w:color w:val="0000EE"/>
            <w:u w:val="single"/>
          </w:rPr>
          <w:t>[3]</w:t>
        </w:r>
      </w:hyperlink>
      <w:r>
        <w:t xml:space="preserve">, </w:t>
      </w:r>
      <w:hyperlink r:id="rId10">
        <w:r>
          <w:rPr>
            <w:color w:val="0000EE"/>
            <w:u w:val="single"/>
          </w:rPr>
          <w:t>[6]</w:t>
        </w:r>
      </w:hyperlink>
      <w:r>
        <w:t xml:space="preserve">, </w:t>
      </w:r>
      <w:hyperlink r:id="rId12">
        <w:r>
          <w:rPr>
            <w:color w:val="0000EE"/>
            <w:u w:val="single"/>
          </w:rPr>
          <w:t>[7]</w:t>
        </w:r>
      </w:hyperlink>
      <w:r>
        <w:t>)</w:t>
      </w:r>
      <w:r/>
    </w:p>
    <w:p>
      <w:r/>
      <w:r>
        <w:t>A practical tip is to allow extra time for parking and moving between fields, especially around the later rounds. Comfortable shoes, water and a little patience will go a long way. Softball looks leisurely from the stands, but a full day around the park can quietly add up.</w:t>
      </w:r>
      <w:r/>
    </w:p>
    <w:p>
      <w:pPr>
        <w:pStyle w:val="Heading2"/>
      </w:pPr>
      <w:r>
        <w:t>The social programme keeps the week lively</w:t>
      </w:r>
      <w:r/>
    </w:p>
    <w:p>
      <w:r/>
      <w:r>
        <w:t>The action won’t stop when the final out of the afternoon is recorded. Slammers Bar is among the tournament partners hosting events during the week, including a charity bingo night supporting Kaleidoscope Youth Center.</w:t>
      </w:r>
      <w:r/>
    </w:p>
    <w:p>
      <w:r/>
      <w:r>
        <w:t xml:space="preserve">That fundraising element adds a welcome local dimension to the series. Visitors can enjoy the social side of the tournament while contributing to an organisation serving LGBTQ young people in central Ohio, turning a night out into something with a little more purpose. (Paragraph sources: </w:t>
      </w:r>
      <w:hyperlink r:id="rId11">
        <w:r>
          <w:rPr>
            <w:color w:val="0000EE"/>
            <w:u w:val="single"/>
          </w:rPr>
          <w:t>[3]</w:t>
        </w:r>
      </w:hyperlink>
      <w:r>
        <w:t xml:space="preserve">, </w:t>
      </w:r>
      <w:hyperlink r:id="rId10">
        <w:r>
          <w:rPr>
            <w:color w:val="0000EE"/>
            <w:u w:val="single"/>
          </w:rPr>
          <w:t>[6]</w:t>
        </w:r>
      </w:hyperlink>
      <w:r>
        <w:t>)</w:t>
      </w:r>
      <w:r/>
    </w:p>
    <w:p>
      <w:r/>
      <w:r>
        <w:t>For players and supporters, these gatherings are part of the appeal. A world series can be competitive and intense, but the best tournaments also leave room for relaxed conversations, new friendships and the occasional celebration that runs later than planned.</w:t>
      </w:r>
      <w:r/>
    </w:p>
    <w:p>
      <w:pPr>
        <w:pStyle w:val="Heading2"/>
      </w:pPr>
      <w:r>
        <w:t>Columbus is building a strong sporting identity</w:t>
      </w:r>
      <w:r/>
    </w:p>
    <w:p>
      <w:r/>
      <w:r>
        <w:t>The event’s return reinforces Columbus’s growing reputation as a capable host for large-scale amateur and LGBTQ sporting competitions. Its central location, established venues and walkable core all help, but atmosphere matters just as much when thousands of visitors arrive with high expectations.</w:t>
      </w:r>
      <w:r/>
    </w:p>
    <w:p>
      <w:r/>
      <w:r>
        <w:t xml:space="preserve">The city’s sports organisations and parks department have promoted the tournament as both a competition and a chance to showcase Columbus. That combination should benefit local businesses, hospitality venues and community groups, while giving the series a welcoming base for its 49th edition. (Paragraph sources: </w:t>
      </w:r>
      <w:hyperlink r:id="rId9">
        <w:r>
          <w:rPr>
            <w:color w:val="0000EE"/>
            <w:u w:val="single"/>
          </w:rPr>
          <w:t>[2]</w:t>
        </w:r>
      </w:hyperlink>
      <w:r>
        <w:t xml:space="preserve">, </w:t>
      </w:r>
      <w:hyperlink r:id="rId10">
        <w:r>
          <w:rPr>
            <w:color w:val="0000EE"/>
            <w:u w:val="single"/>
          </w:rPr>
          <w:t>[6]</w:t>
        </w:r>
      </w:hyperlink>
      <w:r>
        <w:t xml:space="preserve">, </w:t>
      </w:r>
      <w:hyperlink r:id="rId12">
        <w:r>
          <w:rPr>
            <w:color w:val="0000EE"/>
            <w:u w:val="single"/>
          </w:rPr>
          <w:t>[7]</w:t>
        </w:r>
      </w:hyperlink>
      <w:r>
        <w:t>)</w:t>
      </w:r>
      <w:r/>
    </w:p>
    <w:p>
      <w:r/>
      <w:r>
        <w:t>For spectators, the outlook is refreshingly simple: turn up, find a field and enjoy the noise, colour and camaraderie. It’s a reminder that inclusive sport works best when everyone has a place on the sidelines as well as on the team sheet.</w:t>
      </w:r>
      <w:r/>
    </w:p>
    <w:p>
      <w:r/>
      <w:r>
        <w:t>A week of softball, community and celebration is making Columbus the place to be for LGBTQ sport this September.</w:t>
      </w:r>
      <w:r/>
    </w:p>
    <w:p>
      <w:pPr>
        <w:pStyle w:val="Heading3"/>
      </w:pPr>
      <w:r>
        <w:t>Source Reference Map</w:t>
      </w:r>
      <w:r/>
    </w:p>
    <w:p>
      <w:r/>
      <w:r>
        <w:rPr>
          <w:b/>
        </w:rPr>
        <w:t>Story idea inspired by:</w:t>
      </w:r>
      <w:r>
        <w:t xml:space="preserve"> </w:t>
      </w:r>
      <w:hyperlink r:id="rId15">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11">
        <w:r>
          <w:rPr>
            <w:color w:val="0000EE"/>
            <w:u w:val="single"/>
          </w:rPr>
          <w:t>[3]</w:t>
        </w:r>
      </w:hyperlink>
      <w:r>
        <w:t xml:space="preserve">, </w:t>
      </w:r>
      <w:hyperlink r:id="rId12">
        <w:r>
          <w:rPr>
            <w:color w:val="0000EE"/>
            <w:u w:val="single"/>
          </w:rPr>
          <w:t>[7]</w:t>
        </w:r>
      </w:hyperlink>
      <w:r>
        <w:t xml:space="preserve">- Paragraph 4: </w:t>
      </w:r>
      <w:hyperlink r:id="rId13">
        <w:r>
          <w:rPr>
            <w:color w:val="0000EE"/>
            <w:u w:val="single"/>
          </w:rPr>
          <w:t>[4]</w:t>
        </w:r>
      </w:hyperlink>
      <w:r>
        <w:t xml:space="preserve">, </w:t>
      </w:r>
      <w:hyperlink r:id="rId14">
        <w:r>
          <w:rPr>
            <w:color w:val="0000EE"/>
            <w:u w:val="single"/>
          </w:rPr>
          <w:t>[5]</w:t>
        </w:r>
      </w:hyperlink>
      <w:r>
        <w:t xml:space="preserve">- Paragraph 5: </w:t>
      </w:r>
      <w:hyperlink r:id="rId11">
        <w:r>
          <w:rPr>
            <w:color w:val="0000EE"/>
            <w:u w:val="single"/>
          </w:rPr>
          <w:t>[3]</w:t>
        </w:r>
      </w:hyperlink>
      <w:r>
        <w:t xml:space="preserve">, </w:t>
      </w:r>
      <w:hyperlink r:id="rId10">
        <w:r>
          <w:rPr>
            <w:color w:val="0000EE"/>
            <w:u w:val="single"/>
          </w:rPr>
          <w:t>[6]</w:t>
        </w:r>
      </w:hyperlink>
      <w:r>
        <w:t xml:space="preserve">, </w:t>
      </w:r>
      <w:hyperlink r:id="rId12">
        <w:r>
          <w:rPr>
            <w:color w:val="0000EE"/>
            <w:u w:val="single"/>
          </w:rPr>
          <w:t>[7]</w:t>
        </w:r>
      </w:hyperlink>
      <w:r>
        <w:t xml:space="preserve">- Paragraph 6: </w:t>
      </w:r>
      <w:hyperlink r:id="rId11">
        <w:r>
          <w:rPr>
            <w:color w:val="0000EE"/>
            <w:u w:val="single"/>
          </w:rPr>
          <w:t>[3]</w:t>
        </w:r>
      </w:hyperlink>
      <w:r>
        <w:t xml:space="preserve">, </w:t>
      </w:r>
      <w:hyperlink r:id="rId10">
        <w:r>
          <w:rPr>
            <w:color w:val="0000EE"/>
            <w:u w:val="single"/>
          </w:rPr>
          <w:t>[6]</w:t>
        </w:r>
      </w:hyperlink>
      <w:r>
        <w:t xml:space="preserve">- Paragraph 7: </w:t>
      </w:r>
      <w:hyperlink r:id="rId9">
        <w:r>
          <w:rPr>
            <w:color w:val="0000EE"/>
            <w:u w:val="single"/>
          </w:rPr>
          <w:t>[2]</w:t>
        </w:r>
      </w:hyperlink>
      <w:r>
        <w:t xml:space="preserve">, </w:t>
      </w:r>
      <w:hyperlink r:id="rId10">
        <w:r>
          <w:rPr>
            <w:color w:val="0000EE"/>
            <w:u w:val="single"/>
          </w:rPr>
          <w:t>[6]</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15">
        <w:r>
          <w:rPr>
            <w:color w:val="0000EE"/>
            <w:u w:val="single"/>
          </w:rPr>
          <w:t>https://614now.com/2026/culture/columbus-hosts-more-than-5000-athletes-for-gay-softball-world-series</w:t>
        </w:r>
      </w:hyperlink>
      <w:r>
        <w:t xml:space="preserve"> - Please view link - unable to able to access data</w:t>
      </w:r>
      <w:r/>
    </w:p>
    <w:p>
      <w:pPr>
        <w:pStyle w:val="ListNumber"/>
        <w:spacing w:line="240" w:lineRule="auto"/>
        <w:ind w:left="720"/>
      </w:pPr>
      <w:r/>
      <w:hyperlink r:id="rId9">
        <w:r>
          <w:rPr>
            <w:color w:val="0000EE"/>
            <w:u w:val="single"/>
          </w:rPr>
          <w:t>https://www.columbussports.org/press-releases/post/2026-gay-softball-world-series-columbus/</w:t>
        </w:r>
      </w:hyperlink>
      <w:r>
        <w:t xml:space="preserve"> - The 2026 Gay Softball World Series is set to return to Columbus, Ohio, from August 30 to September 5, 2026. This marks the fourth time the city will host the event, following previous tournaments in 2010, 2015, and 2021. The series is expected to attract over 230 teams and 5,000 athletes, contributing significantly to the local economy. The Greater Columbus Sports Commission and the City of Columbus have been instrumental in supporting the event, ensuring its success and the city's reputation as a welcoming host.</w:t>
      </w:r>
      <w:r/>
    </w:p>
    <w:p>
      <w:pPr>
        <w:pStyle w:val="ListNumber"/>
        <w:spacing w:line="240" w:lineRule="auto"/>
        <w:ind w:left="720"/>
      </w:pPr>
      <w:r/>
      <w:hyperlink r:id="rId11">
        <w:r>
          <w:rPr>
            <w:color w:val="0000EE"/>
            <w:u w:val="single"/>
          </w:rPr>
          <w:t>https://www.gaysoftballworldseries.org/</w:t>
        </w:r>
      </w:hyperlink>
      <w:r>
        <w:t xml:space="preserve"> - The official website for the 2026 Gay Softball World Series provides comprehensive information about the event, including dates, registration details, and event schedules. It highlights the series' commitment to fostering an inclusive and affirming space for LGBTQIA2S+ individuals to connect, compete, and thrive. The website also features resources for participants and spectators, ensuring a welcoming experience for all attendees.</w:t>
      </w:r>
      <w:r/>
    </w:p>
    <w:p>
      <w:pPr>
        <w:pStyle w:val="ListNumber"/>
        <w:spacing w:line="240" w:lineRule="auto"/>
        <w:ind w:left="720"/>
      </w:pPr>
      <w:r/>
      <w:hyperlink r:id="rId13">
        <w:r>
          <w:rPr>
            <w:color w:val="0000EE"/>
            <w:u w:val="single"/>
          </w:rPr>
          <w:t>https://www.clgsa.org/</w:t>
        </w:r>
      </w:hyperlink>
      <w:r>
        <w:t xml:space="preserve"> - The Columbus Lesbian &amp; Gay Softball Association (CLGSA) has been a cornerstone of the city's LGBTQIA+ community since 1986. As the host of the 2026 Gay Softball World Series, CLGSA is actively involved in organizing and supporting the event. The association offers various programs and events throughout the year, fostering a sense of community and inclusivity among athletes and supporters.</w:t>
      </w:r>
      <w:r/>
    </w:p>
    <w:p>
      <w:pPr>
        <w:pStyle w:val="ListNumber"/>
        <w:spacing w:line="240" w:lineRule="auto"/>
        <w:ind w:left="720"/>
      </w:pPr>
      <w:r/>
      <w:hyperlink r:id="rId14">
        <w:r>
          <w:rPr>
            <w:color w:val="0000EE"/>
            <w:u w:val="single"/>
          </w:rPr>
          <w:t>https://www.lvgsl.com/</w:t>
        </w:r>
      </w:hyperlink>
      <w:r>
        <w:t xml:space="preserve"> - The Las Vegas Gay Softball League (LVGSL) is a member of the North American Gay Amateur Athletic Alliance (NAGAAA). The league provides information about the 2026 Gay Softball World Series, including dates and location, and encourages participation from its members. LVGSL is committed to promoting inclusivity and competition within the LGBTQIA+ community through softball.</w:t>
      </w:r>
      <w:r/>
    </w:p>
    <w:p>
      <w:pPr>
        <w:pStyle w:val="ListNumber"/>
        <w:spacing w:line="240" w:lineRule="auto"/>
        <w:ind w:left="720"/>
      </w:pPr>
      <w:r/>
      <w:hyperlink r:id="rId10">
        <w:r>
          <w:rPr>
            <w:color w:val="0000EE"/>
            <w:u w:val="single"/>
          </w:rPr>
          <w:t>https://columbusrecparks.com/calendar/ipride-gay-softball-world-series/</w:t>
        </w:r>
      </w:hyperlink>
      <w:r>
        <w:t xml:space="preserve"> - The Columbus Recreation and Parks Department has listed the iPride Gay Softball World Series on its official calendar. The event is scheduled to take place from September 1 to September 5, 2026, at the Lou Berliner Sports Park. The listing provides details about the venue and highlights the city's support for hosting the series, emphasizing the importance of such events in promoting inclusivity and community engagement.</w:t>
      </w:r>
      <w:r/>
    </w:p>
    <w:p>
      <w:pPr>
        <w:pStyle w:val="ListNumber"/>
        <w:spacing w:line="240" w:lineRule="auto"/>
        <w:ind w:left="720"/>
      </w:pPr>
      <w:r/>
      <w:hyperlink r:id="rId12">
        <w:r>
          <w:rPr>
            <w:color w:val="0000EE"/>
            <w:u w:val="single"/>
          </w:rPr>
          <w:t>https://www.gaysoftballworldseries.org/pages/2026-guide</w:t>
        </w:r>
      </w:hyperlink>
      <w:r>
        <w:t xml:space="preserve"> - The 2026 Gay Softball World Series Guide offers participants and attendees essential information about the event, including wellness, support, community, and belonging resources. It emphasizes Columbus's reputation as a welcoming and inclusive city, detailing the support available for LGBTQIA+ individuals during the series. The guide also highlights the city's rich history of fostering diversity and community engagement.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olumbussports.org/press-releases/post/2026-gay-softball-world-series-columbus/" TargetMode="External"/><Relationship Id="rId10" Type="http://schemas.openxmlformats.org/officeDocument/2006/relationships/hyperlink" Target="https://columbusrecparks.com/calendar/ipride-gay-softball-world-series/" TargetMode="External"/><Relationship Id="rId11" Type="http://schemas.openxmlformats.org/officeDocument/2006/relationships/hyperlink" Target="https://www.gaysoftballworldseries.org/" TargetMode="External"/><Relationship Id="rId12" Type="http://schemas.openxmlformats.org/officeDocument/2006/relationships/hyperlink" Target="https://www.gaysoftballworldseries.org/pages/2026-guide" TargetMode="External"/><Relationship Id="rId13" Type="http://schemas.openxmlformats.org/officeDocument/2006/relationships/hyperlink" Target="https://www.clgsa.org/" TargetMode="External"/><Relationship Id="rId14" Type="http://schemas.openxmlformats.org/officeDocument/2006/relationships/hyperlink" Target="https://www.lvgsl.com/" TargetMode="External"/><Relationship Id="rId15" Type="http://schemas.openxmlformats.org/officeDocument/2006/relationships/hyperlink" Target="https://614now.com/2026/culture/columbus-hosts-more-than-5000-athletes-for-gay-softball-world-se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