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Burnham-on-Sea Pride-on-Sea: What to Expect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inviting residents, families, allies and visitors to join Burnham-on-Sea Pride-on-Sea, with a welcoming church service opening Pride week and a free celebration following in Manor Gardens. The event combines a parade, live entertainment, local stalls and accessible spaces, while volunteer organisers continue raising funds to keep the day open to everyone.</w:t>
      </w:r>
      <w:r/>
    </w:p>
    <w:p>
      <w:pPr>
        <w:pStyle w:val="Heading2"/>
      </w:pPr>
      <w:r>
        <w:t>Essential Takeaways</w:t>
      </w:r>
      <w:r/>
      <w:r/>
    </w:p>
    <w:p>
      <w:pPr>
        <w:pStyle w:val="ListBullet"/>
        <w:spacing w:line="240" w:lineRule="auto"/>
        <w:ind w:left="720"/>
      </w:pPr>
      <w:r/>
      <w:r>
        <w:rPr>
          <w:b/>
        </w:rPr>
        <w:t>Pride week begins locally:</w:t>
      </w:r>
      <w:r>
        <w:t xml:space="preserve"> St Andrew's Church will host a free evening service at 7pm on Monday 7 September.</w:t>
      </w:r>
      <w:r/>
    </w:p>
    <w:p>
      <w:pPr>
        <w:pStyle w:val="ListBullet"/>
        <w:spacing w:line="240" w:lineRule="auto"/>
        <w:ind w:left="720"/>
      </w:pPr>
      <w:r/>
      <w:r>
        <w:rPr>
          <w:b/>
        </w:rPr>
        <w:t>The parade starts in Highbridge:</w:t>
      </w:r>
      <w:r>
        <w:t xml:space="preserve"> People gather at Highbridge Train Station from 10.30am on Saturday 12 September, with the march leaving at 10.50am.</w:t>
      </w:r>
      <w:r/>
    </w:p>
    <w:p>
      <w:pPr>
        <w:pStyle w:val="ListBullet"/>
        <w:spacing w:line="240" w:lineRule="auto"/>
        <w:ind w:left="720"/>
      </w:pPr>
      <w:r/>
      <w:r>
        <w:rPr>
          <w:b/>
        </w:rPr>
        <w:t>There are flexible joining points:</w:t>
      </w:r>
      <w:r>
        <w:t xml:space="preserve"> Participants can meet the parade at Apex Park or The Esplanade if the full route isn't suitable.</w:t>
      </w:r>
      <w:r/>
    </w:p>
    <w:p>
      <w:pPr>
        <w:pStyle w:val="ListBullet"/>
        <w:spacing w:line="240" w:lineRule="auto"/>
        <w:ind w:left="720"/>
      </w:pPr>
      <w:r/>
      <w:r>
        <w:rPr>
          <w:b/>
        </w:rPr>
        <w:t>Manor Gardens is the main hub:</w:t>
      </w:r>
      <w:r>
        <w:t xml:space="preserve"> Expect music, performers, stalls, food, family activities and sensory-friendly spaces.</w:t>
      </w:r>
      <w:r/>
    </w:p>
    <w:p>
      <w:pPr>
        <w:pStyle w:val="ListBullet"/>
        <w:spacing w:line="240" w:lineRule="auto"/>
        <w:ind w:left="720"/>
      </w:pPr>
      <w:r/>
      <w:r>
        <w:rPr>
          <w:b/>
        </w:rPr>
        <w:t>Donations support the essentials:</w:t>
      </w:r>
      <w:r>
        <w:t xml:space="preserve"> The volunteer-run event is fundraising for security, first aid, staging and accessibility.</w:t>
      </w:r>
      <w:r/>
      <w:r/>
    </w:p>
    <w:p>
      <w:pPr>
        <w:pStyle w:val="Heading2"/>
      </w:pPr>
      <w:r>
        <w:t>A gentle start to Pride week</w:t>
      </w:r>
      <w:r/>
    </w:p>
    <w:p>
      <w:r/>
      <w:r>
        <w:t>The countdown to Burnham-on-Sea Pride-on-Sea will begin with a Rainbow Service at St Andrew's Church, offering music, readings, reflection and prayer in a calm setting. It sounds deliberately low-key, but that's part of its appeal: not everyone wants to launch Pride week in a noisy crowd.</w:t>
      </w:r>
      <w:r/>
    </w:p>
    <w:p>
      <w:r/>
      <w:r>
        <w:t>The service is free and open to all, including people who don't usually attend church. Revd Sharon Eldergill said the evening would celebrate the diversity of the local community while remembering people who have experienced rejection or discrimination. That gives the opening event a thoughtful edge, rather than treating Pride as only a party. (Burnham-on-Sea.com)</w:t>
      </w:r>
      <w:r/>
    </w:p>
    <w:p>
      <w:pPr>
        <w:pStyle w:val="Heading2"/>
      </w:pPr>
      <w:r>
        <w:t>When and where is Burnham-on-Sea Pride-on-Sea?</w:t>
      </w:r>
      <w:r/>
    </w:p>
    <w:p>
      <w:r/>
      <w:r>
        <w:t>The main Pride event takes place on Saturday 12 September. The parade gathers at Highbridge Train Station from 10.30am and is due to set off at 10.50am, heading towards the central celebration at Manor Gardens.</w:t>
      </w:r>
      <w:r/>
    </w:p>
    <w:p>
      <w:r/>
      <w:r>
        <w:t>There are planned pick-up points at Apex Park and The Esplanade, so people don't have to commit to walking the entire route. That practical touch matters, particularly for families, older visitors and anyone who finds long walks or busy gatherings difficult. (Burnham-on-Sea.com; Wikipedia)</w:t>
      </w:r>
      <w:r/>
    </w:p>
    <w:p>
      <w:pPr>
        <w:pStyle w:val="Heading2"/>
      </w:pPr>
      <w:r>
        <w:t>Manor Gardens brings the colour</w:t>
      </w:r>
      <w:r/>
    </w:p>
    <w:p>
      <w:r/>
      <w:r>
        <w:t>Once the parade reaches Manor Gardens, the mood will shift from marching to mingling. Organisers expect live music, performers, community groups, charities, makers and businesses, alongside food and drink vendors and family-friendly activities.</w:t>
      </w:r>
      <w:r/>
    </w:p>
    <w:p>
      <w:r/>
      <w:r>
        <w:t>Visitors can bring a picnic, browse the stalls or simply settle in and watch the day unfold. Sensory-friendly spaces are also planned, which should make the event easier to enjoy for people who need somewhere quieter away from the bustle. With Burnham's seafront and public spaces regularly drawing visitors for everything from filming to unusual local happenings, a well-organised central gathering should give the town a lively focal point. (Burnham-on-Sea.com; ITV News; RNLI)</w:t>
      </w:r>
      <w:r/>
    </w:p>
    <w:p>
      <w:pPr>
        <w:pStyle w:val="Heading2"/>
      </w:pPr>
      <w:r>
        <w:t>Why the volunteer fundraising matters</w:t>
      </w:r>
      <w:r/>
    </w:p>
    <w:p>
      <w:r/>
      <w:r>
        <w:t>Pride-on-Sea is run by volunteers working around jobs and family commitments. Behind the bright banners and cheerful music are less glamorous but vital costs, including security, first aid, staging and accessibility measures.</w:t>
      </w:r>
      <w:r/>
    </w:p>
    <w:p>
      <w:r/>
      <w:r>
        <w:t>Organisers are asking supporters to contribute through a Crowdfunder, stressing that small donations can still help. Free public events can look effortless from the outside, but the practical infrastructure is what keeps them safe, welcoming and genuinely accessible. (Burnham-on-Sea.com; RNLI)</w:t>
      </w:r>
      <w:r/>
    </w:p>
    <w:p>
      <w:pPr>
        <w:pStyle w:val="Heading2"/>
      </w:pPr>
      <w:r>
        <w:t>A free event with room for everyone</w:t>
      </w:r>
      <w:r/>
    </w:p>
    <w:p>
      <w:r/>
      <w:r>
        <w:t>There are no tickets to buy, and organisers say the celebration is intended to remain open to all. That makes it easy to drop in for an hour, join the parade part-way through or stay at Manor Gardens for the afternoon.</w:t>
      </w:r>
      <w:r/>
    </w:p>
    <w:p>
      <w:r/>
      <w:r>
        <w:t>If you're planning to attend, check the Pride-on-Sea Facebook page for final updates, consider how you'll reach your chosen joining point, and allow extra time around the parade. The best Pride events feel both joyful and reassuring, and this one is clearly aiming for that balance. (Burnham-on-Sea.com; Wikipedia)</w:t>
      </w:r>
      <w:r/>
    </w:p>
    <w:p>
      <w:r/>
      <w:r>
        <w:t>It's a small coastal town's big invitation: come as you are, and make the day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https://www.burnham-on-sea.com/news/countdown-to-burnhams-pride-on-sea-begins-with-community-service-at-st-andrews-church/</w:t>
        </w:r>
      </w:hyperlink>
      <w:r>
        <w:t xml:space="preserve"> - Please view link - unable to able to access data</w:t>
      </w:r>
      <w:r/>
    </w:p>
    <w:p>
      <w:pPr>
        <w:pStyle w:val="ListNumber"/>
        <w:spacing w:line="240" w:lineRule="auto"/>
        <w:ind w:left="720"/>
      </w:pPr>
      <w:r/>
      <w:hyperlink r:id="rId9">
        <w:r>
          <w:rPr>
            <w:color w:val="0000EE"/>
            <w:u w:val="single"/>
          </w:rPr>
          <w:t>https://www.burnham-on-sea.com/news/countdown-to-burnhams-pride-on-sea-begins-with-community-service-at-st-andrews-church/</w:t>
        </w:r>
      </w:hyperlink>
      <w:r>
        <w:t xml:space="preserve"> - Preparations are underway for Burnham-On-Sea's Pride-on-Sea event, set to commence on Monday, 7th September, with a special evening service at St Andrew’s Church. The free 7pm service aims to mark the start of Pride week and recognise the LGBTQIA+ community across Burnham-On-Sea and Highbridge. The main Pride event is scheduled for Saturday, 12th September, featuring a parade starting at Highbridge Train Station at 10.50am, followed by activities at Manor Gardens, including stalls, live music, and family-friendly entertainment. The event is free and open to all, with organisers emphasising inclusivity and community support.</w:t>
      </w:r>
      <w:r/>
    </w:p>
    <w:p>
      <w:pPr>
        <w:pStyle w:val="ListNumber"/>
        <w:spacing w:line="240" w:lineRule="auto"/>
        <w:ind w:left="720"/>
      </w:pPr>
      <w:r/>
      <w:hyperlink r:id="rId12">
        <w:r>
          <w:rPr>
            <w:color w:val="0000EE"/>
            <w:u w:val="single"/>
          </w:rPr>
          <w:t>https://www.burnham-on-sea.com/news/film-crews-record-new-scenes-on-burnham-on-sea-seafront-for-drama-series/</w:t>
        </w:r>
      </w:hyperlink>
      <w:r>
        <w:t xml:space="preserve"> - On 24th July 2023, film crews were spotted recording new scenes for the Channel 4 drama series 'TrueLove' on Burnham-On-Sea's North Esplanade. The series, which had previously filmed in Burnham, Berrow, and Brean, resumed production after lead actress Julie Walters withdrew due to health issues, with Lindsay Duncan replacing her. The production also features Sue Johnston, known for her role in 'Downton Abbey'. The filming took place around a car at the top of Seaview Road, with vehicles for the TV production crew observed on the North Esplanade and at the back of B&amp;M during the filming period.</w:t>
      </w:r>
      <w:r/>
    </w:p>
    <w:p>
      <w:pPr>
        <w:pStyle w:val="ListNumber"/>
        <w:spacing w:line="240" w:lineRule="auto"/>
        <w:ind w:left="720"/>
      </w:pPr>
      <w:r/>
      <w:hyperlink r:id="rId14">
        <w:r>
          <w:rPr>
            <w:color w:val="0000EE"/>
            <w:u w:val="single"/>
          </w:rPr>
          <w:t>https://www.burnham-on-sea.com/news/diners-shocked-as-naked-pair-enjoy-meal-in-burnham-on-sea-pub/</w:t>
        </w:r>
      </w:hyperlink>
      <w:r>
        <w:t xml:space="preserve"> - On 2nd June 2023, patrons at The Railway pub in Burnham-On-Sea were surprised when a naked man and woman, both naturists, entered the establishment and were served a meal. The incident occurred in the presence of families with children. While public nudity is not an offence, the Crown Prosecution Service advises balancing the naturist's right to freedom of expression with the public's right to be protected from harassment, alarm, and distress. The pub staff seated the couple, who ordered a meal, without incident.</w:t>
      </w:r>
      <w:r/>
    </w:p>
    <w:p>
      <w:pPr>
        <w:pStyle w:val="ListNumber"/>
        <w:spacing w:line="240" w:lineRule="auto"/>
        <w:ind w:left="720"/>
      </w:pPr>
      <w:r/>
      <w:hyperlink r:id="rId11">
        <w:r>
          <w:rPr>
            <w:color w:val="0000EE"/>
            <w:u w:val="single"/>
          </w:rPr>
          <w:t>https://www.itv.com/news/westcountry/2023-11-13/body-found-in-search-for-man-who-died-saving-woman-and-dog-from-sea</w:t>
        </w:r>
      </w:hyperlink>
      <w:r>
        <w:t xml:space="preserve"> - On 29th October 2023, Peter Jeffery, 68, entered the sea in Burnham-on-Sea to rescue a woman and her dog who had gotten into difficulty. While the woman and her pet were safely returned to shore on 30th October, Peter was not seen again. A search operation was launched, and on 12th November, a body was recovered off Stert Island. Avon and Somerset Police confirmed the recovery with the assistance of the Royal National Lifeboat Institution and BARB Search and Rescue. Formal identification was pending, and the family had been informed.</w:t>
      </w:r>
      <w:r/>
    </w:p>
    <w:p>
      <w:pPr>
        <w:pStyle w:val="ListNumber"/>
        <w:spacing w:line="240" w:lineRule="auto"/>
        <w:ind w:left="720"/>
      </w:pPr>
      <w:r/>
      <w:hyperlink r:id="rId13">
        <w:r>
          <w:rPr>
            <w:color w:val="0000EE"/>
            <w:u w:val="single"/>
          </w:rPr>
          <w:t>https://rnli.org/news-and-media/2023/july/15/burnham-on-sea-rnli-lifeboat-volunteers-paged-for-casualty-on-burnham-beach</w:t>
        </w:r>
      </w:hyperlink>
      <w:r>
        <w:t xml:space="preserve"> - On 15th July 2023, Burnham-on-Sea RNLI lifeboat volunteers were tasked by HM Coastguard to reports of a person in danger between Burnham’s Pavilion and the beach lighthouse, with a fast incoming tide. The D-Class inshore lifeboat 'Burnham Reach' was launched at 5:04pm in stormy conditions, with crew members assembling rapidly. BARB Search and Rescue and the Burnham Coastguard coastal rescue team were also involved. The RNLI highlighted the dangers posed by the second-highest tidal range in the world in the Bristol Channel, combined with soft mud and sinking sand risks.</w:t>
      </w:r>
      <w:r/>
    </w:p>
    <w:p>
      <w:pPr>
        <w:pStyle w:val="ListNumber"/>
        <w:spacing w:line="240" w:lineRule="auto"/>
        <w:ind w:left="720"/>
      </w:pPr>
      <w:r/>
      <w:hyperlink r:id="rId10">
        <w:r>
          <w:rPr>
            <w:color w:val="0000EE"/>
            <w:u w:val="single"/>
          </w:rPr>
          <w:t>https://en.wikipedia.org/wiki/Burnham-on-Sea</w:t>
        </w:r>
      </w:hyperlink>
      <w:r>
        <w:t xml:space="preserve"> - Burnham-on-Sea is a seaside town in Somerset, England, located at the mouth of the River Parrett upon Bridgwater Bay. Originally a small fishing village, it began to grow in the late 18th century due to its popularity as a seaside resort. The town is known for its low lighthouse, built in 1832, which is a Grade-II listed building with a red and white striped facade. Burnham-on-Sea has a history dominated by land reclamation and sea defences since Roman times and was seriously affected by the Bristol Channel floods of 1607.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urnham-on-sea.com/news/countdown-to-burnhams-pride-on-sea-begins-with-community-service-at-st-andrews-church/" TargetMode="External"/><Relationship Id="rId10" Type="http://schemas.openxmlformats.org/officeDocument/2006/relationships/hyperlink" Target="https://en.wikipedia.org/wiki/Burnham-on-Sea" TargetMode="External"/><Relationship Id="rId11" Type="http://schemas.openxmlformats.org/officeDocument/2006/relationships/hyperlink" Target="https://www.itv.com/news/westcountry/2023-11-13/body-found-in-search-for-man-who-died-saving-woman-and-dog-from-sea" TargetMode="External"/><Relationship Id="rId12" Type="http://schemas.openxmlformats.org/officeDocument/2006/relationships/hyperlink" Target="https://www.burnham-on-sea.com/news/film-crews-record-new-scenes-on-burnham-on-sea-seafront-for-drama-series/" TargetMode="External"/><Relationship Id="rId13" Type="http://schemas.openxmlformats.org/officeDocument/2006/relationships/hyperlink" Target="https://rnli.org/news-and-media/2023/july/15/burnham-on-sea-rnli-lifeboat-volunteers-paged-for-casualty-on-burnham-beach" TargetMode="External"/><Relationship Id="rId14" Type="http://schemas.openxmlformats.org/officeDocument/2006/relationships/hyperlink" Target="https://www.burnham-on-sea.com/news/diners-shocked-as-naked-pair-enjoy-meal-in-burnham-on-sea-pu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