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Christians Can Choose Solidarity in Contested Moments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Notice how a small gesture on a ballcap can prompt a big conversation: Christians, sports fans, and community members are asking whether standing with marginalised people means agreeing with every movement. This piece looks at the San Francisco Giants Pride-cap flap, what solidarity really asks of us, and simple, practical ways to choose inclusion.</w:t>
      </w:r>
      <w:r/>
    </w:p>
    <w:p>
      <w:r/>
      <w:r>
        <w:t>Essential Takeaways</w:t>
      </w:r>
      <w:r/>
      <w:r/>
    </w:p>
    <w:p>
      <w:pPr>
        <w:pStyle w:val="ListBullet"/>
        <w:spacing w:line="240" w:lineRule="auto"/>
        <w:ind w:left="720"/>
      </w:pPr>
      <w:r/>
      <w:r>
        <w:rPr>
          <w:b/>
        </w:rPr>
        <w:t>What happened:</w:t>
      </w:r>
      <w:r>
        <w:t xml:space="preserve"> San Francisco Giants players wore rainbow-modified caps on Pride night and some added a Genesis citation, sparking MLB scrutiny and public debate. </w:t>
      </w:r>
      <w:r/>
    </w:p>
    <w:p>
      <w:pPr>
        <w:pStyle w:val="ListBullet"/>
        <w:spacing w:line="240" w:lineRule="auto"/>
        <w:ind w:left="720"/>
      </w:pPr>
      <w:r/>
      <w:r>
        <w:rPr>
          <w:b/>
        </w:rPr>
        <w:t>Solidarity explained:</w:t>
      </w:r>
      <w:r>
        <w:t xml:space="preserve"> The preferential option for the poor asks Christians to give special attention to marginalised people, not to erase other claims. </w:t>
      </w:r>
      <w:r/>
    </w:p>
    <w:p>
      <w:pPr>
        <w:pStyle w:val="ListBullet"/>
        <w:spacing w:line="240" w:lineRule="auto"/>
        <w:ind w:left="720"/>
      </w:pPr>
      <w:r/>
      <w:r>
        <w:rPr>
          <w:b/>
        </w:rPr>
        <w:t>Symbol overlap:</w:t>
      </w:r>
      <w:r>
        <w:t xml:space="preserve"> The rainbow has layered meanings, biblical covenant and LGBTQ+ pride, and shared use needn’t be a turf war. </w:t>
      </w:r>
      <w:r/>
    </w:p>
    <w:p>
      <w:pPr>
        <w:pStyle w:val="ListBullet"/>
        <w:spacing w:line="240" w:lineRule="auto"/>
        <w:ind w:left="720"/>
      </w:pPr>
      <w:r/>
      <w:r>
        <w:rPr>
          <w:b/>
        </w:rPr>
        <w:t>Practical step:</w:t>
      </w:r>
      <w:r>
        <w:t xml:space="preserve"> Standing with a group can be a targeted, temporary response to inequality, like tending one injured child in a busy household. </w:t>
      </w:r>
      <w:r/>
    </w:p>
    <w:p>
      <w:pPr>
        <w:pStyle w:val="ListBullet"/>
        <w:spacing w:line="240" w:lineRule="auto"/>
        <w:ind w:left="720"/>
      </w:pPr>
      <w:r/>
      <w:r>
        <w:rPr>
          <w:b/>
        </w:rPr>
        <w:t>Tone to take:</w:t>
      </w:r>
      <w:r>
        <w:t xml:space="preserve"> Public faith expressions that exclude or shame feel like anti-solidarity; support can be faithful without full ideological concurrence.</w:t>
      </w:r>
      <w:r/>
      <w:r/>
    </w:p>
    <w:p>
      <w:pPr>
        <w:pStyle w:val="Heading2"/>
      </w:pPr>
      <w:r>
        <w:t>When a baseball cap becomes a moral flashpoint</w:t>
      </w:r>
      <w:r/>
    </w:p>
    <w:p>
      <w:r/>
      <w:r>
        <w:t>It’s striking how a little reworked logo and a handwritten scripture can turn a ballpark into a forum for culture wars, and that’s exactly what happened at the Giants’ Pride night. Reporters noted players wore rainbow SF caps and some added Genesis verses, which led Major League Baseball to issue warnings and sparked national commentary. The image is vivid, the bright rainbow, the scratch of white marker, and people rushed to pronounce what that mix should mean.</w:t>
      </w:r>
      <w:r/>
    </w:p>
    <w:p>
      <w:r/>
      <w:r>
        <w:t>This moment isn’t unique; sports have long been a theatre for social debate. According to sports coverage, reactions ranged from praise to protest, with outlets documenting both the altered caps and the league’s response. For Christians watching from the pews or the stands, the question becomes: does visible support for a marginalised group conflict with faith, or can it express it?</w:t>
      </w:r>
      <w:r/>
    </w:p>
    <w:p>
      <w:pPr>
        <w:pStyle w:val="Heading2"/>
      </w:pPr>
      <w:r>
        <w:t>Solidarity, the preferential option, and everyday choices</w:t>
      </w:r>
      <w:r/>
    </w:p>
    <w:p>
      <w:r/>
      <w:r>
        <w:t>Catholic social teaching names solidarity as central, treating every person as kin because we share a common creation. That’s not abstract theology, it’s a practical habit: notice who’s on the margins, decide to act, and shift resources or attention accordingly. The “preferential option for the poor” doesn’t mean neglecting others; it means giving extra care where it’s needed to reach equal footing.</w:t>
      </w:r>
      <w:r/>
    </w:p>
    <w:p>
      <w:r/>
      <w:r>
        <w:t>Think of it like parenting: when one child is hurt you rearrange schedules and priorities to help them recover. In social life, when laws or attitudes put a group at risk, whether LGBTQ+ people facing hostile legislation or other communities confronting discrimination, solidarity means stepping in to help correct the imbalance.</w:t>
      </w:r>
      <w:r/>
    </w:p>
    <w:p>
      <w:pPr>
        <w:pStyle w:val="Heading2"/>
      </w:pPr>
      <w:r>
        <w:t>Why symbols overlap and why that’s okay</w:t>
      </w:r>
      <w:r/>
    </w:p>
    <w:p>
      <w:r/>
      <w:r>
        <w:t>Many Christians see the rainbow first as God’s sign to Noah. Many LGBTQ+ people and allies see the rainbow as a sign of visibility, pride, and safety. Both meanings can coexist. When the Giants’ rainbow caps showed up, critics said the biblical symbol was being co-opted; defenders pointed out that Christians themselves are among those who identify as LGBTQ+ and that public faith can be expressed as accompaniment rather than exclusion.</w:t>
      </w:r>
      <w:r/>
    </w:p>
    <w:p>
      <w:r/>
      <w:r>
        <w:t>Commentators in sports and culture coverage have highlighted the tension but also the opportunity: sharing symbols offers a chance to model “respect, compassion, and sensitivity,” words that appear in Church teaching about interactions with LGBTQ+ people. Practically, if a symbol helps someone feel safer or less alone, that’s a concrete benefit worth weighing.</w:t>
      </w:r>
      <w:r/>
    </w:p>
    <w:p>
      <w:pPr>
        <w:pStyle w:val="Heading2"/>
      </w:pPr>
      <w:r>
        <w:t>How to choose solidarity without signing up to every platform</w:t>
      </w:r>
      <w:r/>
    </w:p>
    <w:p>
      <w:r/>
      <w:r>
        <w:t>You don’t have to agree with every aim of a movement to stand against injustice. The key is intention: are you supporting the dignity and protection of marginalised people, or are you using faith to shut them out? If you’re uncertain, start small. Attend a community event, listen to affected people, or support policies that reduce harm while keeping conversation open about contested issues.</w:t>
      </w:r>
      <w:r/>
    </w:p>
    <w:p>
      <w:r/>
      <w:r>
        <w:t>When decisions affect groups at risk, aim to lift them toward equal participation. That could mean advocating for fair hiring practices, opposing targeted laws, or simply offering public hospitality. The goal is practical fairness more than symbolic purity.</w:t>
      </w:r>
      <w:r/>
    </w:p>
    <w:p>
      <w:pPr>
        <w:pStyle w:val="Heading2"/>
      </w:pPr>
      <w:r>
        <w:t>What public faith looks like when it chooses inclusion</w:t>
      </w:r>
      <w:r/>
    </w:p>
    <w:p>
      <w:r/>
      <w:r>
        <w:t>Highlighting scripture isn’t wrong; context and tone matter. If biblical references are used to exclude, they read as an act of anti-solidarity. But scripture can also motivate care: Christians have long argued for justice because of it. Sports reporting and commentary show that public gestures, whether a cap, a tweet, or a sermon, carry weight. Use that weight to protect the vulnerable.</w:t>
      </w:r>
      <w:r/>
    </w:p>
    <w:p>
      <w:r/>
      <w:r>
        <w:t>Looking ahead, communities will keep debating symbols and boundaries. The healthiest responses tend to be those that centre human dignity and practical support, not point-scoring. Living faith publicly means putting compassion into action, even when it’s uncomfortable.</w:t>
      </w:r>
      <w:r/>
    </w:p>
    <w:p>
      <w:r/>
      <w:r>
        <w:t>It’s a small choice that can make big differences, pick solidarity.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9">
        <w:r>
          <w:rPr>
            <w:color w:val="0000EE"/>
            <w:u w:val="single"/>
          </w:rPr>
          <w:t>[1]</w:t>
        </w:r>
      </w:hyperlink>
      <w:r>
        <w:t xml:space="preserve">, </w:t>
      </w:r>
      <w:hyperlink r:id="rId14">
        <w:r>
          <w:rPr>
            <w:color w:val="0000EE"/>
            <w:u w:val="single"/>
          </w:rPr>
          <w:t>[4]</w:t>
        </w:r>
      </w:hyperlink>
      <w:r>
        <w:t xml:space="preserve">- Paragraph 4: </w:t>
      </w:r>
      <w:hyperlink r:id="rId9">
        <w:r>
          <w:rPr>
            <w:color w:val="0000EE"/>
            <w:u w:val="single"/>
          </w:rPr>
          <w:t>[1]</w:t>
        </w:r>
      </w:hyperlink>
      <w:r>
        <w:t xml:space="preserve">, </w:t>
      </w:r>
      <w:hyperlink r:id="rId11">
        <w:r>
          <w:rPr>
            <w:color w:val="0000EE"/>
            <w:u w:val="single"/>
          </w:rPr>
          <w:t>[5]</w:t>
        </w:r>
      </w:hyperlink>
      <w:r>
        <w:t xml:space="preserve">- Paragraph 5: </w:t>
      </w:r>
      <w:hyperlink r:id="rId15">
        <w:r>
          <w:rPr>
            <w:color w:val="0000EE"/>
            <w:u w:val="single"/>
          </w:rPr>
          <w:t>[7]</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https://uscatholic.org/articles/202609/when-on-the-fence-about-an-issue-choose-solidarity/?utm_source=rss&amp;utm_medium=rss&amp;utm_campaign=when-on-the-fence-about-an-issue-choose-solidarity</w:t>
        </w:r>
      </w:hyperlink>
      <w:r>
        <w:t xml:space="preserve"> - Please view link - unable to able to access data</w:t>
      </w:r>
      <w:r/>
    </w:p>
    <w:p>
      <w:pPr>
        <w:pStyle w:val="ListNumber"/>
        <w:spacing w:line="240" w:lineRule="auto"/>
        <w:ind w:left="720"/>
      </w:pPr>
      <w:r/>
      <w:hyperlink r:id="rId10">
        <w:r>
          <w:rPr>
            <w:color w:val="0000EE"/>
            <w:u w:val="single"/>
          </w:rPr>
          <w:t>https://www.sportsbusinessjournal.com/Articles/2026/06/16/mlb-warns-giants-players-over-altered-pride-night-caps-with-biblical-inscriptions/?issueId=7CT4VGDJ7NAWZK2MUA2CBXJGAM</w:t>
        </w:r>
      </w:hyperlink>
      <w:r>
        <w:t xml:space="preserve"> - In June 2026, during the San Francisco Giants' Pride Night at Oracle Park, several players added Bible verses to their rainbow-themed caps, leading Major League Baseball (MLB) to issue warnings for violating uniform policies. The league emphasized that the issue was with the uniform alterations, not the content of the inscriptions. This incident sparked discussions about the intersection of faith, personal expression, and LGBTQ+ inclusion in professional sports.</w:t>
      </w:r>
      <w:r/>
    </w:p>
    <w:p>
      <w:pPr>
        <w:pStyle w:val="ListNumber"/>
        <w:spacing w:line="240" w:lineRule="auto"/>
        <w:ind w:left="720"/>
      </w:pPr>
      <w:r/>
      <w:hyperlink r:id="rId12">
        <w:r>
          <w:rPr>
            <w:color w:val="0000EE"/>
            <w:u w:val="single"/>
          </w:rPr>
          <w:t>https://www.sfgate.com/giants/article/sf-giants-pitchers-pride-protest-22303677.php/</w:t>
        </w:r>
      </w:hyperlink>
      <w:r>
        <w:t xml:space="preserve"> - During the San Francisco Giants' Pride Night in June 2026, pitchers Landen Roupp, JT Brubaker, and Ryan Walker altered their Pride caps by adding Bible verses, while pitcher Sam Hentges chose not to wear the Pride hat at all. This act of protest against the team's LGBTQ+ celebration led to MLB issuing warnings to the players for violating uniform policies, highlighting tensions between personal beliefs and team events.</w:t>
      </w:r>
      <w:r/>
    </w:p>
    <w:p>
      <w:pPr>
        <w:pStyle w:val="ListNumber"/>
        <w:spacing w:line="240" w:lineRule="auto"/>
        <w:ind w:left="720"/>
      </w:pPr>
      <w:r/>
      <w:hyperlink r:id="rId14">
        <w:r>
          <w:rPr>
            <w:color w:val="0000EE"/>
            <w:u w:val="single"/>
          </w:rPr>
          <w:t>https://www.outsports.com/2026/6/19/24137240/san-francisco-giants-pride-night-caps-myths/</w:t>
        </w:r>
      </w:hyperlink>
      <w:r>
        <w:t xml:space="preserve"> - Following the San Francisco Giants' Pride Night controversy, Outsports addressed three myths propagated by conservative commentators regarding the players' actions. The article clarified misconceptions about the players' intentions and the league's response, emphasizing the importance of understanding the context and facts surrounding the incident.</w:t>
      </w:r>
      <w:r/>
    </w:p>
    <w:p>
      <w:pPr>
        <w:pStyle w:val="ListNumber"/>
        <w:spacing w:line="240" w:lineRule="auto"/>
        <w:ind w:left="720"/>
      </w:pPr>
      <w:r/>
      <w:hyperlink r:id="rId11">
        <w:r>
          <w:rPr>
            <w:color w:val="0000EE"/>
            <w:u w:val="single"/>
          </w:rPr>
          <w:t>https://www.cbsnews.com/sanfrancisco/news/san-francisco-giants-pride-night-rainbow-uniforms-bible-verses-mlb-warning/</w:t>
        </w:r>
      </w:hyperlink>
      <w:r>
        <w:t xml:space="preserve"> - In June 2026, during the San Francisco Giants' Pride Night, pitchers Landen Roupp, JT Brubaker, and Ryan Walker added Bible verses to their rainbow-themed caps, leading MLB to issue warnings for violating uniform policies. The league clarified that the issue was with the uniform alterations, not the religious content, sparking debates over personal expression and team policies.</w:t>
      </w:r>
      <w:r/>
    </w:p>
    <w:p>
      <w:pPr>
        <w:pStyle w:val="ListNumber"/>
        <w:spacing w:line="240" w:lineRule="auto"/>
        <w:ind w:left="720"/>
      </w:pPr>
      <w:r/>
      <w:hyperlink r:id="rId13">
        <w:r>
          <w:rPr>
            <w:color w:val="0000EE"/>
            <w:u w:val="single"/>
          </w:rPr>
          <w:t>https://www.outsports.com/2026/6/15/24136606/san-francisco-giants-pride-night-cap-bible-verse-mlb-response/</w:t>
        </w:r>
      </w:hyperlink>
      <w:r>
        <w:t xml:space="preserve"> - Outsports reported on MLB's response to three San Francisco Giants pitchers who added Bible verses to their Pride Night caps, stating that the league issued warnings for violating uniform policies. The article discussed the implications of this incident on personal expression and team policies, highlighting the tension between individual beliefs and team events.</w:t>
      </w:r>
      <w:r/>
    </w:p>
    <w:p>
      <w:pPr>
        <w:pStyle w:val="ListNumber"/>
        <w:spacing w:line="240" w:lineRule="auto"/>
        <w:ind w:left="720"/>
      </w:pPr>
      <w:r/>
      <w:hyperlink r:id="rId15">
        <w:r>
          <w:rPr>
            <w:color w:val="0000EE"/>
            <w:u w:val="single"/>
          </w:rPr>
          <w:t>https://www.outsports.com/2026/6/13/24136513/landen-roupp-sf-giants-pride-cap-genesis-religion-gay-homophobia/</w:t>
        </w:r>
      </w:hyperlink>
      <w:r>
        <w:t xml:space="preserve"> - Outsports criticized three San Francisco Giants pitchers for altering their Pride Night caps by adding Bible verses, viewing it as an act of protest against the LGBTQ+ community. The article discussed the implications of their actions on the team's celebration of Pride and the broader conversation about faith and inclusion in professional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scatholic.org/articles/202609/when-on-the-fence-about-an-issue-choose-solidarity/?utm_source=rss&amp;utm_medium=rss&amp;utm_campaign=when-on-the-fence-about-an-issue-choose-solidarity" TargetMode="External"/><Relationship Id="rId10" Type="http://schemas.openxmlformats.org/officeDocument/2006/relationships/hyperlink" Target="https://www.sportsbusinessjournal.com/Articles/2026/06/16/mlb-warns-giants-players-over-altered-pride-night-caps-with-biblical-inscriptions/?issueId=7CT4VGDJ7NAWZK2MUA2CBXJGAM" TargetMode="External"/><Relationship Id="rId11" Type="http://schemas.openxmlformats.org/officeDocument/2006/relationships/hyperlink" Target="https://www.cbsnews.com/sanfrancisco/news/san-francisco-giants-pride-night-rainbow-uniforms-bible-verses-mlb-warning/" TargetMode="External"/><Relationship Id="rId12" Type="http://schemas.openxmlformats.org/officeDocument/2006/relationships/hyperlink" Target="https://www.sfgate.com/giants/article/sf-giants-pitchers-pride-protest-22303677.php/" TargetMode="External"/><Relationship Id="rId13" Type="http://schemas.openxmlformats.org/officeDocument/2006/relationships/hyperlink" Target="https://www.outsports.com/2026/6/15/24136606/san-francisco-giants-pride-night-cap-bible-verse-mlb-response/" TargetMode="External"/><Relationship Id="rId14" Type="http://schemas.openxmlformats.org/officeDocument/2006/relationships/hyperlink" Target="https://www.outsports.com/2026/6/19/24137240/san-francisco-giants-pride-night-caps-myths/" TargetMode="External"/><Relationship Id="rId15" Type="http://schemas.openxmlformats.org/officeDocument/2006/relationships/hyperlink" Target="https://www.outsports.com/2026/6/13/24136513/landen-roupp-sf-giants-pride-cap-genesis-religion-gay-homophob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