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Virginia PrideFest 2026 Guide for Richmond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LGBTQ+ visitors are heading to Richmond’s Midtown Green on 12 September for Virginia PrideFest 2026, a free, full-day celebration built around music, community and visibility. With major pop, country, R&amp;B, drag and local acts on the bill, the festival offers far more than a concert: it’s a place to feel welcome.</w:t>
      </w:r>
      <w:r/>
    </w:p>
    <w:p>
      <w:pPr>
        <w:pStyle w:val="Heading2"/>
      </w:pPr>
      <w:r>
        <w:t>Essential Takeaways</w:t>
      </w:r>
      <w:r/>
      <w:r/>
    </w:p>
    <w:p>
      <w:pPr>
        <w:pStyle w:val="ListBullet"/>
        <w:spacing w:line="240" w:lineRule="auto"/>
        <w:ind w:left="720"/>
      </w:pPr>
      <w:r/>
      <w:r>
        <w:rPr>
          <w:b/>
        </w:rPr>
        <w:t>When:</w:t>
      </w:r>
      <w:r>
        <w:t xml:space="preserve"> Virginia PrideFest runs from noon to 8 p.m. on Saturday, 12 September 2026.</w:t>
      </w:r>
      <w:r/>
    </w:p>
    <w:p>
      <w:pPr>
        <w:pStyle w:val="ListBullet"/>
        <w:spacing w:line="240" w:lineRule="auto"/>
        <w:ind w:left="720"/>
      </w:pPr>
      <w:r/>
      <w:r>
        <w:rPr>
          <w:b/>
        </w:rPr>
        <w:t>Where:</w:t>
      </w:r>
      <w:r>
        <w:t xml:space="preserve"> The free festival takes place at Midtown Green, 2401 W. Leigh Street, Richmond.</w:t>
      </w:r>
      <w:r/>
    </w:p>
    <w:p>
      <w:pPr>
        <w:pStyle w:val="ListBullet"/>
        <w:spacing w:line="240" w:lineRule="auto"/>
        <w:ind w:left="720"/>
      </w:pPr>
      <w:r/>
      <w:r>
        <w:rPr>
          <w:b/>
        </w:rPr>
        <w:t>Who’s playing:</w:t>
      </w:r>
      <w:r>
        <w:t xml:space="preserve"> David Archuleta, Madison Rose, Chris Housman and A’Keria Chanel Davenport headline the mainstage.</w:t>
      </w:r>
      <w:r/>
    </w:p>
    <w:p>
      <w:pPr>
        <w:pStyle w:val="ListBullet"/>
        <w:spacing w:line="240" w:lineRule="auto"/>
        <w:ind w:left="720"/>
      </w:pPr>
      <w:r/>
      <w:r>
        <w:rPr>
          <w:b/>
        </w:rPr>
        <w:t>Local talent matters:</w:t>
      </w:r>
      <w:r>
        <w:t xml:space="preserve"> Nat, Teshia LeSane, Ari Voxx and What’s Our Age Again? bring Richmond and wider DMV representation.</w:t>
      </w:r>
      <w:r/>
    </w:p>
    <w:p>
      <w:pPr>
        <w:pStyle w:val="ListBullet"/>
        <w:spacing w:line="240" w:lineRule="auto"/>
        <w:ind w:left="720"/>
      </w:pPr>
      <w:r/>
      <w:r>
        <w:rPr>
          <w:b/>
        </w:rPr>
        <w:t>Plan beyond the stage:</w:t>
      </w:r>
      <w:r>
        <w:t xml:space="preserve"> Pride Week includes parties, karaoke, awards, community events and a closing celebration.</w:t>
      </w:r>
      <w:r/>
      <w:r/>
    </w:p>
    <w:p>
      <w:pPr>
        <w:pStyle w:val="Heading2"/>
      </w:pPr>
      <w:r>
        <w:t>Richmond’s biggest Pride celebration is back</w:t>
      </w:r>
      <w:r/>
    </w:p>
    <w:p>
      <w:r/>
      <w:r>
        <w:t>Virginia PrideFest 2026 is set to turn Midtown Green into a colourful, high-energy gathering on 12 September. The event is free, runs for eight hours and is expected to attract a broad mix of locals, families, visitors and LGBTQ+ communities from across the state, according to event listings from The Richmond Experience and Out RVA.</w:t>
      </w:r>
      <w:r/>
    </w:p>
    <w:p>
      <w:r/>
      <w:r>
        <w:t>The atmosphere should be as much about connection as entertainment. Between the music, speeches, drag performances and Parade of Colors, visitors can expect a day that feels lively, welcoming and occasionally gloriously loud.</w:t>
      </w:r>
      <w:r/>
    </w:p>
    <w:p>
      <w:r/>
      <w:r>
        <w:t>For anyone searching for a practical Virginia PrideFest 2026 guide for Richmond visitors, the key detail is simple: arrive ready to spend the day. The programme moves quickly, with performances beginning shortly after noon and continuing until the closing remarks at 8 p.m.</w:t>
      </w:r>
      <w:r/>
    </w:p>
    <w:p>
      <w:pPr>
        <w:pStyle w:val="Heading2"/>
      </w:pPr>
      <w:r>
        <w:t>The 2026 line-up mixes pop, country and drag</w:t>
      </w:r>
      <w:r/>
    </w:p>
    <w:p>
      <w:r/>
      <w:r>
        <w:t>The headline bill gives the festival plenty of mainstream appeal. Pop singer David Archuleta, bisexual pop performer Madison Rose, gay country artist Chris Housman and drag artist A’Keria Chanel Davenport are scheduled to appear on the Kroger Mainstage, according to the published festival programme.</w:t>
      </w:r>
      <w:r/>
    </w:p>
    <w:p>
      <w:r/>
      <w:r>
        <w:t>There’s plenty for different musical tastes, too. The schedule includes DJ Reflexion, The Chapstix, rapper Trio, Young Shiloh and several drag showcases, while Richmond Allied Voices and community courts add a civic and ceremonial note to the afternoon.</w:t>
      </w:r>
      <w:r/>
    </w:p>
    <w:p>
      <w:r/>
      <w:r>
        <w:t>The timetable is particularly generous for fans who like to dip in and out. Madison Rose is scheduled for mid-afternoon, Chris Housman follows later, and the evening closes with Davenport and Archuleta. That makes it easy to build the day around a favourite act without missing the wider festival buzz.</w:t>
      </w:r>
      <w:r/>
    </w:p>
    <w:p>
      <w:pPr>
        <w:pStyle w:val="Heading2"/>
      </w:pPr>
      <w:r>
        <w:t>Local artists bring the meaning behind the music</w:t>
      </w:r>
      <w:r/>
    </w:p>
    <w:p>
      <w:r/>
      <w:r>
        <w:t>Richmond and Virginia talent sits at the heart of the event. Latin R&amp;B singer Nat, inspirational soul artist Teshia LeSane, D.C.-based indie-pop performer Ari Voxx and pop-punk cover band What’s Our Age Again? are all part of the programme.</w:t>
      </w:r>
      <w:r/>
    </w:p>
    <w:p>
      <w:r/>
      <w:r>
        <w:t>Their presence gives the festival a more personal texture. These performers aren’t simply filling slots between headline appearances; their music reflects experiences around identity, belonging, mental health and the importance of being seen. That emotional thread can make a live performance land differently, especially in a crowd gathered for a shared reason.</w:t>
      </w:r>
      <w:r/>
    </w:p>
    <w:p>
      <w:r/>
      <w:r>
        <w:t>The Richmond Experience and Next Up RVA both highlight the event as a major cultural fixture, while local LGBTQ+ organisations such as Diversity Richmond provide wider context for the community work surrounding Pride. It’s a useful reminder that the stage is only one part of the story.</w:t>
      </w:r>
      <w:r/>
    </w:p>
    <w:p>
      <w:pPr>
        <w:pStyle w:val="Heading2"/>
      </w:pPr>
      <w:r>
        <w:t>How to make the most of PrideFest</w:t>
      </w:r>
      <w:r/>
    </w:p>
    <w:p>
      <w:r/>
      <w:r>
        <w:t>With performances running continuously, a little planning will help. Check the official schedule before setting off, choose two or three must-see acts and leave room for wandering, meeting friends and taking a break from the noise.</w:t>
      </w:r>
      <w:r/>
    </w:p>
    <w:p>
      <w:r/>
      <w:r>
        <w:t>Comfortable shoes are a sensible choice, as is carrying water and dressing for warm September weather. A portable phone charger could also prove handy if you’re using the timetable, messaging friends or taking photos throughout the day. Pride is joyful, but a long festival day can still leave tired feet.</w:t>
      </w:r>
      <w:r/>
    </w:p>
    <w:p>
      <w:r/>
      <w:r>
        <w:t>The event is free, which makes it easier to attend casually. You can arrive for a favourite performer, stay for the Parade of Colors or treat it as the centrepiece of a longer Richmond weekend. Just remember that busy periods may mean larger crowds around the mainstage.</w:t>
      </w:r>
      <w:r/>
    </w:p>
    <w:p>
      <w:pPr>
        <w:pStyle w:val="Heading2"/>
      </w:pPr>
      <w:r>
        <w:t>Pride Week offers more than one big Saturday</w:t>
      </w:r>
      <w:r/>
    </w:p>
    <w:p>
      <w:r/>
      <w:r>
        <w:t>Virginia PrideFest is the centrepiece of Virginia Pride Week, but the surrounding programme gives visitors several ways to take part. Events listed for 2026 include a kick-off night, patio and rooftop parties, Pride in Action, Pride Honors, karaoke, Pride After Dark and a closing party.</w:t>
      </w:r>
      <w:r/>
    </w:p>
    <w:p>
      <w:r/>
      <w:r>
        <w:t>That wider calendar is useful for visitors coming from outside Richmond. Rather than squeezing everything into one crowded afternoon, you can spread the experience across the week and explore different venues and parts of the city.</w:t>
      </w:r>
      <w:r/>
    </w:p>
    <w:p>
      <w:r/>
      <w:r>
        <w:t>The presence of community-focused events alongside parties also matters. Pride can be celebratory, political, supportive and wonderfully silly all at once. In a period when many LGBTQ+ people are looking for spaces where they can relax and feel recognised, that variety gives the week its staying power.</w:t>
      </w:r>
      <w:r/>
    </w:p>
    <w:p>
      <w:pPr>
        <w:pStyle w:val="Heading2"/>
      </w:pPr>
      <w:r>
        <w:t>A festival built around visibility and belonging</w:t>
      </w:r>
      <w:r/>
    </w:p>
    <w:p>
      <w:r/>
      <w:r>
        <w:t>The strongest reason to attend may not be a particular singer or performance. It’s the chance to see local artists, community groups and audiences sharing the same space, with the music acting as a bridge rather than the whole destination.</w:t>
      </w:r>
      <w:r/>
    </w:p>
    <w:p>
      <w:r/>
      <w:r>
        <w:t>That’s what makes this year’s programme feel especially appealing. Big names can draw the crowd, but local voices give the festival its character. For many visitors, the most memorable moment may be a song, a speech or a brief conversation that makes the day feel unexpectedly personal.</w:t>
      </w:r>
      <w:r/>
    </w:p>
    <w:p>
      <w:r/>
      <w:r>
        <w:t>Virginia PrideFest 2026 looks set to be bright, busy and generous with its welcome. Bring sunscreen, curiosity and perhaps a little patience for the queues; your future self will thank you.</w:t>
      </w:r>
      <w:r/>
    </w:p>
    <w:p>
      <w:r/>
      <w:r>
        <w:t>It's a full day of music, visibility and community in the heart of Richmond.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11">
        <w:r>
          <w:rPr>
            <w:color w:val="0000EE"/>
            <w:u w:val="single"/>
          </w:rPr>
          <w:t>[3]</w:t>
        </w:r>
      </w:hyperlink>
      <w:r>
        <w:t xml:space="preserve">- Paragraph 7: </w:t>
      </w:r>
      <w:hyperlink r:id="rId12">
        <w:r>
          <w:rPr>
            <w:color w:val="0000EE"/>
            <w:u w:val="single"/>
          </w:rPr>
          <w:t>[4]</w:t>
        </w:r>
      </w:hyperlink>
      <w:r>
        <w:t xml:space="preserve">, </w:t>
      </w:r>
      <w:hyperlink r:id="rId13">
        <w:r>
          <w:rPr>
            <w:color w:val="0000EE"/>
            <w:u w:val="single"/>
          </w:rPr>
          <w:t>[5]</w:t>
        </w:r>
      </w:hyperlink>
      <w:r>
        <w:t xml:space="preserve">- Paragraph 8: </w:t>
      </w:r>
      <w:hyperlink r:id="rId10">
        <w:r>
          <w:rPr>
            <w:color w:val="0000EE"/>
            <w:u w:val="single"/>
          </w:rPr>
          <w:t>[2]</w:t>
        </w:r>
      </w:hyperlink>
      <w:r>
        <w:t xml:space="preserve">, </w:t>
      </w:r>
      <w:hyperlink r:id="rId11">
        <w:r>
          <w:rPr>
            <w:color w:val="0000EE"/>
            <w:u w:val="single"/>
          </w:rPr>
          <w:t>[3]</w:t>
        </w:r>
      </w:hyperlink>
      <w:r>
        <w:t xml:space="preserve">- Paragraph 9: </w:t>
      </w:r>
      <w:hyperlink r:id="rId12">
        <w:r>
          <w:rPr>
            <w:color w:val="0000EE"/>
            <w:u w:val="single"/>
          </w:rPr>
          <w:t>[4]</w:t>
        </w:r>
      </w:hyperlink>
      <w:r>
        <w:t xml:space="preserve">, </w:t>
      </w:r>
      <w:hyperlink r:id="rId13">
        <w:r>
          <w:rPr>
            <w:color w:val="0000EE"/>
            <w:u w:val="single"/>
          </w:rPr>
          <w:t>[5]</w:t>
        </w:r>
      </w:hyperlink>
      <w:r>
        <w:t xml:space="preserve">- Paragraph 10: </w:t>
      </w:r>
      <w:hyperlink r:id="rId10">
        <w:r>
          <w:rPr>
            <w:color w:val="0000EE"/>
            <w:u w:val="single"/>
          </w:rPr>
          <w:t>[2]</w:t>
        </w:r>
      </w:hyperlink>
      <w:r>
        <w:t xml:space="preserve">, </w:t>
      </w:r>
      <w:hyperlink r:id="rId11">
        <w:r>
          <w:rPr>
            <w:color w:val="0000EE"/>
            <w:u w:val="single"/>
          </w:rPr>
          <w:t>[3]</w:t>
        </w:r>
      </w:hyperlink>
      <w:r>
        <w:t xml:space="preserve">- Paragraph 11: </w:t>
      </w:r>
      <w:hyperlink r:id="rId12">
        <w:r>
          <w:rPr>
            <w:color w:val="0000EE"/>
            <w:u w:val="single"/>
          </w:rPr>
          <w:t>[4]</w:t>
        </w:r>
      </w:hyperlink>
      <w:r>
        <w:t xml:space="preserve">, </w:t>
      </w:r>
      <w:hyperlink r:id="rId13">
        <w:r>
          <w:rPr>
            <w:color w:val="0000EE"/>
            <w:u w:val="single"/>
          </w:rPr>
          <w:t>[5]</w:t>
        </w:r>
      </w:hyperlink>
      <w:r>
        <w:t xml:space="preserve">- Paragraph 12: </w:t>
      </w:r>
      <w:hyperlink r:id="rId10">
        <w:r>
          <w:rPr>
            <w:color w:val="0000EE"/>
            <w:u w:val="single"/>
          </w:rPr>
          <w:t>[2]</w:t>
        </w:r>
      </w:hyperlink>
      <w:r>
        <w:t xml:space="preserve">, </w:t>
      </w:r>
      <w:hyperlink r:id="rId11">
        <w:r>
          <w:rPr>
            <w:color w:val="0000EE"/>
            <w:u w:val="single"/>
          </w:rPr>
          <w:t>[3]</w:t>
        </w:r>
      </w:hyperlink>
      <w:r>
        <w:t xml:space="preserve">- Paragraph 13: </w:t>
      </w:r>
      <w:hyperlink r:id="rId12">
        <w:r>
          <w:rPr>
            <w:color w:val="0000EE"/>
            <w:u w:val="single"/>
          </w:rPr>
          <w:t>[4]</w:t>
        </w:r>
      </w:hyperlink>
      <w:r>
        <w:t xml:space="preserve">, </w:t>
      </w:r>
      <w:hyperlink r:id="rId13">
        <w:r>
          <w:rPr>
            <w:color w:val="0000EE"/>
            <w:u w:val="single"/>
          </w:rPr>
          <w:t>[5]</w:t>
        </w:r>
      </w:hyperlink>
      <w:r>
        <w:t xml:space="preserve">- Paragraph 14: </w:t>
      </w:r>
      <w:hyperlink r:id="rId10">
        <w:r>
          <w:rPr>
            <w:color w:val="0000EE"/>
            <w:u w:val="single"/>
          </w:rPr>
          <w:t>[2]</w:t>
        </w:r>
      </w:hyperlink>
      <w:r>
        <w:t xml:space="preserve">, </w:t>
      </w:r>
      <w:hyperlink r:id="rId11">
        <w:r>
          <w:rPr>
            <w:color w:val="0000EE"/>
            <w:u w:val="single"/>
          </w:rPr>
          <w:t>[3]</w:t>
        </w:r>
      </w:hyperlink>
      <w:r>
        <w:t xml:space="preserve">- Paragraph 15: </w:t>
      </w:r>
      <w:hyperlink r:id="rId12">
        <w:r>
          <w:rPr>
            <w:color w:val="0000EE"/>
            <w:u w:val="single"/>
          </w:rPr>
          <w:t>[4]</w:t>
        </w:r>
      </w:hyperlink>
      <w:r>
        <w:t xml:space="preserve">, </w:t>
      </w:r>
      <w:hyperlink r:id="rId13">
        <w:r>
          <w:rPr>
            <w:color w:val="0000EE"/>
            <w:u w:val="single"/>
          </w:rPr>
          <w:t>[5]</w:t>
        </w:r>
      </w:hyperlink>
      <w:r>
        <w:t xml:space="preserve">- Paragraph 16: </w:t>
      </w:r>
      <w:hyperlink r:id="rId10">
        <w:r>
          <w:rPr>
            <w:color w:val="0000EE"/>
            <w:u w:val="single"/>
          </w:rPr>
          <w:t>[2]</w:t>
        </w:r>
      </w:hyperlink>
      <w:r>
        <w:t xml:space="preserve">, </w:t>
      </w:r>
      <w:hyperlink r:id="rId11">
        <w:r>
          <w:rPr>
            <w:color w:val="0000EE"/>
            <w:u w:val="single"/>
          </w:rPr>
          <w:t>[3]</w:t>
        </w:r>
      </w:hyperlink>
      <w:r>
        <w:t xml:space="preserve">- Paragraph 17: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vamag.com/queer-rva/for-these-artists-pridefest-is-more-than-performance-%F0%9F%8F%B3%EF%B8%8F%F0%9F%8C%88.html?utm_source=rss&amp;utm_medium=rss&amp;utm_campaign=for-these-artists-pridefest-is-more-than-performance-%25f0%259f%258f%25b3%25ef%25b8%258f%25f0%259f%258c%2588</w:t>
        </w:r>
      </w:hyperlink>
      <w:r>
        <w:t xml:space="preserve"> - Please view link - unable to able to access data</w:t>
      </w:r>
      <w:r/>
    </w:p>
    <w:p>
      <w:pPr>
        <w:pStyle w:val="ListNumber"/>
        <w:spacing w:line="240" w:lineRule="auto"/>
        <w:ind w:left="720"/>
      </w:pPr>
      <w:r/>
      <w:hyperlink r:id="rId10">
        <w:r>
          <w:rPr>
            <w:color w:val="0000EE"/>
            <w:u w:val="single"/>
          </w:rPr>
          <w:t>https://www.therichmondexperience.com/happenings/va-pridefest-2026</w:t>
        </w:r>
      </w:hyperlink>
      <w:r>
        <w:t xml:space="preserve"> - This article provides details about VA Pridefest 2026, scheduled for Saturday, September 12, 2026, at Midtown Green in Richmond, Virginia. The event is described as Virginia's largest LGBTQ+ celebration, featuring star-studded entertainment, nearly 200 vendors, food, and various activities. The festival's mainstage will showcase performances by David Archuleta, Chris Housman, Madison Rose, and A’keria Davenport, along with regional artists like Trio, Young Shiloh, Nat, and Ari Voxx. The event is free and open to the public, aiming to create a vibrant and inclusive atmosphere for attendees.</w:t>
      </w:r>
      <w:r/>
    </w:p>
    <w:p>
      <w:pPr>
        <w:pStyle w:val="ListNumber"/>
        <w:spacing w:line="240" w:lineRule="auto"/>
        <w:ind w:left="720"/>
      </w:pPr>
      <w:r/>
      <w:hyperlink r:id="rId11">
        <w:r>
          <w:rPr>
            <w:color w:val="0000EE"/>
            <w:u w:val="single"/>
          </w:rPr>
          <w:t>https://outrva.com/events/pridefest-2026</w:t>
        </w:r>
      </w:hyperlink>
      <w:r>
        <w:t xml:space="preserve"> - This page offers information about Pridefest 2026, taking place on September 12, 2026, at Midtown Green in Richmond, Virginia. The event is presented by OutRVA and is free and open to everyone. Attendees can expect exciting headliners, diverse entertainment, delicious food, and a variety of vendors. The festival also features activities at the Allianz Youth Pride Pavilion, catering to LGBTQ youth and their families. The event aims to provide a welcoming and inclusive space for the community to celebrate together.</w:t>
      </w:r>
      <w:r/>
    </w:p>
    <w:p>
      <w:pPr>
        <w:pStyle w:val="ListNumber"/>
        <w:spacing w:line="240" w:lineRule="auto"/>
        <w:ind w:left="720"/>
      </w:pPr>
      <w:r/>
      <w:hyperlink r:id="rId12">
        <w:r>
          <w:rPr>
            <w:color w:val="0000EE"/>
            <w:u w:val="single"/>
          </w:rPr>
          <w:t>https://www.diversityrichmond.org/virginia-pride</w:t>
        </w:r>
      </w:hyperlink>
      <w:r>
        <w:t xml:space="preserve"> - This page provides information about Virginia Pride, a program of Diversity Richmond, which works to ensure that LGBTQ people across the Richmond region feel safe, seen, and celebrated in all aspects of community life. The page highlights Pride Week events, including Pridefest 2026, scheduled for September 12, 2026, from 12 pm to 8 pm at Midtown Green in Richmond, VA. The event promises a day filled with love and celebration, featuring incredible mainstage entertainment, around 200 queer, community-focused vendors, food trucks, and excellent selfie opportunities.</w:t>
      </w:r>
      <w:r/>
    </w:p>
    <w:p>
      <w:pPr>
        <w:pStyle w:val="ListNumber"/>
        <w:spacing w:line="240" w:lineRule="auto"/>
        <w:ind w:left="720"/>
      </w:pPr>
      <w:r/>
      <w:hyperlink r:id="rId13">
        <w:r>
          <w:rPr>
            <w:color w:val="0000EE"/>
            <w:u w:val="single"/>
          </w:rPr>
          <w:t>https://nextuprva.org/events/pridefest-richmond-2026/</w:t>
        </w:r>
      </w:hyperlink>
      <w:r>
        <w:t xml:space="preserve"> - This event listing provides details about PrideFest Richmond 2026, occurring on September 12, 2026, from 12 pm to 8 pm at Midtown Green in Richmond, VA. The description emphasizes the festival's role as a free, all-ages event that brings together tens of thousands of people to celebrate the LGBTQ+ community with daylong entertainment, food, and activities. It is noted as one of the most inclusive and joyful celebrations on Richmond’s fall calendar, offering youth and families a welcoming space to celebrate identity and community.</w:t>
      </w:r>
      <w:r/>
    </w:p>
    <w:p>
      <w:pPr>
        <w:pStyle w:val="ListNumber"/>
        <w:spacing w:line="240" w:lineRule="auto"/>
        <w:ind w:left="720"/>
      </w:pPr>
      <w:r/>
      <w:hyperlink r:id="rId14">
        <w:r>
          <w:rPr>
            <w:color w:val="0000EE"/>
            <w:u w:val="single"/>
          </w:rPr>
          <w:t>https://www.loudounpride.org/</w:t>
        </w:r>
      </w:hyperlink>
      <w:r>
        <w:t xml:space="preserve"> - This website is dedicated to the Loudoun Pride Festival, celebrating its fifth anniversary in 2026. The festival is scheduled for June 6, 2026, from 12-6 pm at Ida Lee Park in Leesburg, Virginia. The site emphasizes the festival's commitment to creating a safe and welcoming environment for all residents, hosting mental health and resource booths serving LGBTQIA+ youth and adults, providing family-friendly activities and entertainment, benefiting small queer-owned businesses, and supporting volunteer training and safety measures to ensure a secure and joyful experience.</w:t>
      </w:r>
      <w:r/>
    </w:p>
    <w:p>
      <w:pPr>
        <w:pStyle w:val="ListNumber"/>
        <w:spacing w:line="240" w:lineRule="auto"/>
        <w:ind w:left="720"/>
      </w:pPr>
      <w:r/>
      <w:hyperlink r:id="rId15">
        <w:r>
          <w:rPr>
            <w:color w:val="0000EE"/>
            <w:u w:val="single"/>
          </w:rPr>
          <w:t>https://www.cvillepride.org/</w:t>
        </w:r>
      </w:hyperlink>
      <w:r>
        <w:t xml:space="preserve"> - This is the official website of the Charlottesville Pride Community Network, known as Cville Pride. The site provides information about the 2026 Pride Festival, scheduled for September 26, 2026, at the Ting Pavilion in Charlottesville, Virginia. The festival includes a Pride 5K in the morning, with more details available on the site. The mission of Cville Pride is to create a vibrant, visible, and inclusive LGBTQ+ community presence in Charlottesville, Albemarle, and the surrounding region, promoting equality through events, education, outreach, and advocacy.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vamag.com/queer-rva/for-these-artists-pridefest-is-more-than-performance-%F0%9F%8F%B3%EF%B8%8F%F0%9F%8C%88.html?utm_source=rss&amp;utm_medium=rss&amp;utm_campaign=for-these-artists-pridefest-is-more-than-performance-%25f0%259f%258f%25b3%25ef%25b8%258f%25f0%259f%258c%2588" TargetMode="External"/><Relationship Id="rId10" Type="http://schemas.openxmlformats.org/officeDocument/2006/relationships/hyperlink" Target="https://www.therichmondexperience.com/happenings/va-pridefest-2026" TargetMode="External"/><Relationship Id="rId11" Type="http://schemas.openxmlformats.org/officeDocument/2006/relationships/hyperlink" Target="https://outrva.com/events/pridefest-2026" TargetMode="External"/><Relationship Id="rId12" Type="http://schemas.openxmlformats.org/officeDocument/2006/relationships/hyperlink" Target="https://www.diversityrichmond.org/virginia-pride" TargetMode="External"/><Relationship Id="rId13" Type="http://schemas.openxmlformats.org/officeDocument/2006/relationships/hyperlink" Target="https://nextuprva.org/events/pridefest-richmond-2026/" TargetMode="External"/><Relationship Id="rId14" Type="http://schemas.openxmlformats.org/officeDocument/2006/relationships/hyperlink" Target="https://www.loudounpride.org/" TargetMode="External"/><Relationship Id="rId15" Type="http://schemas.openxmlformats.org/officeDocument/2006/relationships/hyperlink" Target="https://www.cvilleprid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