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United by Pride 2026: What to Expect at the Ledra Palace Gathering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passers-by will notice something different on October 10 as communities across Cyprus come together , United by Pride returns with twin marches from north and south and an evening programme in the Ledra Palace buffer zone, a rare shared space that makes this year's event both symbolic and very visible.</w:t>
      </w:r>
      <w:r/>
    </w:p>
    <w:p>
      <w:r/>
      <w:r>
        <w:t>Essential Takeaways</w:t>
      </w:r>
      <w:r/>
      <w:r/>
    </w:p>
    <w:p>
      <w:pPr>
        <w:pStyle w:val="ListBullet"/>
        <w:spacing w:line="240" w:lineRule="auto"/>
        <w:ind w:left="720"/>
      </w:pPr>
      <w:r/>
      <w:r>
        <w:rPr>
          <w:b/>
        </w:rPr>
        <w:t>When and where:</w:t>
      </w:r>
      <w:r>
        <w:t xml:space="preserve"> United by Pride marches start at 5pm on October 10 from Eleftheria Square (south) and Kuğulu Park (north), meeting at the Ledra Palace buffer zone outside the Home for Cooperation.</w:t>
      </w:r>
      <w:r/>
    </w:p>
    <w:p>
      <w:pPr>
        <w:pStyle w:val="ListBullet"/>
        <w:spacing w:line="240" w:lineRule="auto"/>
        <w:ind w:left="720"/>
      </w:pPr>
      <w:r/>
      <w:r>
        <w:rPr>
          <w:b/>
        </w:rPr>
        <w:t>What to expect:</w:t>
      </w:r>
      <w:r>
        <w:t xml:space="preserve"> Live sets, performance art and DJs , including Karagöza, Caramel, The Kardeşans, Gravity Grave (George Rallis), and DJs Nicholas and Nana; hosted by A Man To Pet.</w:t>
      </w:r>
      <w:r/>
    </w:p>
    <w:p>
      <w:pPr>
        <w:pStyle w:val="ListBullet"/>
        <w:spacing w:line="240" w:lineRule="auto"/>
        <w:ind w:left="720"/>
      </w:pPr>
      <w:r/>
      <w:r>
        <w:rPr>
          <w:b/>
        </w:rPr>
        <w:t>Why it matters:</w:t>
      </w:r>
      <w:r>
        <w:t xml:space="preserve"> The event deliberately uses the buffer zone to foster cross-community encounters and to underline calls for peace, reunification, trans and LGBQA+ rights, and Palestinian and migrant justice.</w:t>
      </w:r>
      <w:r/>
    </w:p>
    <w:p>
      <w:pPr>
        <w:pStyle w:val="ListBullet"/>
        <w:spacing w:line="240" w:lineRule="auto"/>
        <w:ind w:left="720"/>
      </w:pPr>
      <w:r/>
      <w:r>
        <w:rPr>
          <w:b/>
        </w:rPr>
        <w:t>Community-led and independent:</w:t>
      </w:r>
      <w:r>
        <w:t xml:space="preserve"> There are no corporate sponsors; organisers say this keeps the event grassroots and politically focused.</w:t>
      </w:r>
      <w:r/>
    </w:p>
    <w:p>
      <w:pPr>
        <w:pStyle w:val="ListBullet"/>
        <w:spacing w:line="240" w:lineRule="auto"/>
        <w:ind w:left="720"/>
      </w:pPr>
      <w:r/>
      <w:r>
        <w:rPr>
          <w:b/>
        </w:rPr>
        <w:t>Atmosphere cues:</w:t>
      </w:r>
      <w:r>
        <w:t xml:space="preserve"> Expect colourful creativity, spoken chants for solidarity, and a sense of purpose that’s both festive and protest-driven.</w:t>
      </w:r>
      <w:r/>
      <w:r/>
    </w:p>
    <w:p>
      <w:pPr>
        <w:pStyle w:val="Heading2"/>
      </w:pPr>
      <w:r>
        <w:t>A bold return to the buffer zone , what the setting means</w:t>
      </w:r>
      <w:r/>
    </w:p>
    <w:p>
      <w:r/>
      <w:r>
        <w:t>The Ledra Palace buffer zone is more than a neutral backdrop; it's a political stage with a quieter, somber hum under the party lights. Choosing this split-space signals intent: organisers want visibility and encounter, not separation. The setting tends to feel both tense and intimate , a grassy, often breezy area where people from different communities can actually meet without formal checkpoints getting in the way. For visitors, that mix of festival energy and historical weight shapes everything from the placards to the playlists.</w:t>
      </w:r>
      <w:r/>
    </w:p>
    <w:p>
      <w:pPr>
        <w:pStyle w:val="Heading2"/>
      </w:pPr>
      <w:r>
        <w:t>Parallel marches: two processions, one purpose</w:t>
      </w:r>
      <w:r/>
    </w:p>
    <w:p>
      <w:r/>
      <w:r>
        <w:t>Two marches will set off at the same time , one from Nicosia’s Eleftheria Square, the other from Kuğulu Park in the north , and that choreography is part of the point. It’s a visual metaphor for unity and a practical way to bring people together while respecting movement patterns on both sides. Organisers say this format helps amplify messages , peace, reunification, and a raft of human-rights demands , so expect synchronised slogans, shared banners, and a friendly, determined crowd ready to walk and sing.</w:t>
      </w:r>
      <w:r/>
    </w:p>
    <w:p>
      <w:pPr>
        <w:pStyle w:val="Heading2"/>
      </w:pPr>
      <w:r>
        <w:t>The line-up: queer artists, DJs and a cheeky host</w:t>
      </w:r>
      <w:r/>
    </w:p>
    <w:p>
      <w:r/>
      <w:r>
        <w:t>The evening programme mixes live performance and club-ready DJ sets, with names that promise a playful, political and theatrical night. From the duo performing as The Kardeşans to the performance artist Gravity Grave, the bill leans artful and queer-first. A Man To Pet hosts, keeping tone light but pointed, while DJs Nicholas and Nana will carry the energy into the night. If you like your pride with a side of performance-art surrealism and pop, this line-up delivers.</w:t>
      </w:r>
      <w:r/>
    </w:p>
    <w:p>
      <w:pPr>
        <w:pStyle w:val="Heading2"/>
      </w:pPr>
      <w:r>
        <w:t>Politics onstage: why the march is about more than parades</w:t>
      </w:r>
      <w:r/>
    </w:p>
    <w:p>
      <w:r/>
      <w:r>
        <w:t>Organisers have framed United by Pride as a march for peace and reunification, trans and LGBQA+ rights, Palestinian liberation, and migrants' rights. That’s a deliberately broad platform that ties local concerns , Cyprus’s division , to international struggles. Expect speeches and banners that weave together these campaigns; it’s not just celebratory, it’s a demonstration with an agenda. For newcomers, listening to the speakers and chatting with stall-holders is the easiest way to understand why this coalition matters.</w:t>
      </w:r>
      <w:r/>
    </w:p>
    <w:p>
      <w:pPr>
        <w:pStyle w:val="Heading2"/>
      </w:pPr>
      <w:r>
        <w:t>Practical notes: how to join, what to bring, and safety</w:t>
      </w:r>
      <w:r/>
    </w:p>
    <w:p>
      <w:r/>
      <w:r>
        <w:t>If you're going, arrive early , the marches start at 5pm , and bring water, comfortable shoes and a small flag or banner if you want to join the visual chorus. Security in the buffer zone can feel different from typical festival policing, so follow steward guidance and stick to marked gathering points like the Home for Cooperation. The event is community-led and independent, which keeps it grassroots but also means fewer corporate comforts; come prepared for a lively, earnest atmosphere rather than a slick corporate festival.</w:t>
      </w:r>
      <w:r/>
    </w:p>
    <w:p>
      <w:r/>
      <w:r>
        <w:t>It's a small change that can make every step feel like a statement.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https://cyprus-mail.com/2026/09/02/united-by-pride-brings-cyprus-sides-together-in-october</w:t>
        </w:r>
      </w:hyperlink>
      <w:r>
        <w:t xml:space="preserve"> - Please view link - unable to able to access data</w:t>
      </w:r>
      <w:r/>
    </w:p>
    <w:p>
      <w:pPr>
        <w:pStyle w:val="ListNumber"/>
        <w:spacing w:line="240" w:lineRule="auto"/>
        <w:ind w:left="720"/>
      </w:pPr>
      <w:r/>
      <w:hyperlink r:id="rId9">
        <w:r>
          <w:rPr>
            <w:color w:val="0000EE"/>
            <w:u w:val="single"/>
          </w:rPr>
          <w:t>https://cyprus-mail.com/2026/09/02/united-by-pride-brings-cyprus-sides-together-in-october</w:t>
        </w:r>
      </w:hyperlink>
      <w:r>
        <w:t xml:space="preserve"> - The article announces the return of United by Pride on October 10, 2026, uniting LGBTQA+ communities from both sides of Cyprus for parallel marches and an evening event in the Ledra Palace buffer zone. The fifth edition of this community-led event will commence at 5pm, with simultaneous marches from Eleftheria Square in Nicosia and Kuğulu Park in the north, converging at the Home for Cooperation in the buffer zone. The event will feature performances by queer artists and creatives, including Karagöza, Caramel, the duo Tutti Canımlar performing as The Kardeşans, performance artist Gravity Grave (George Rallis), and DJs Nicholas and Nana. Organisers state that the event aims to address growing far-right movements in Europe and Cyprus, highlight the situation in Gaza, and the island’s division. United by Pride advocates for peace and reunification, LGBTQA+ and trans rights, Palestinian liberation, and the rights of migrants and refugees. The buffer zone gathering is a deliberate choice, offering a space for Greek Cypriots, Turkish Cypriots, and others to meet with reduced barriers. The event is independent, community-led, and has no corporate sponsors.</w:t>
      </w:r>
      <w:r/>
    </w:p>
    <w:p>
      <w:pPr>
        <w:pStyle w:val="ListNumber"/>
        <w:spacing w:line="240" w:lineRule="auto"/>
        <w:ind w:left="720"/>
      </w:pPr>
      <w:r/>
      <w:hyperlink r:id="rId12">
        <w:r>
          <w:rPr>
            <w:color w:val="0000EE"/>
            <w:u w:val="single"/>
          </w:rPr>
          <w:t>https://queercollective.cy/build-the-pride-you-want/</w:t>
        </w:r>
      </w:hyperlink>
      <w:r>
        <w:t xml:space="preserve"> - This article discusses the grassroots nature of United by Pride (UbP), highlighting that three out of four editions ran at a deficit, yet the event continued due to community support. UbP is self-funded, with no corporate sponsors or partners, relying entirely on the community for funding and decision-making. The programme, politics, and direction are shaped by the community, with the event taking place in the UN buffer zone, symbolising a political statement for peace, reunification, and queer liberation. UbP is intersectional, marching in solidarity with Palestine and all people facing occupation, displacement, and genocide, and against all forms of discrimination. The event is community-funded, intercommunal, community-led, intersectional, radically inclusive, and grassroots.</w:t>
      </w:r>
      <w:r/>
    </w:p>
    <w:p>
      <w:pPr>
        <w:pStyle w:val="ListNumber"/>
        <w:spacing w:line="240" w:lineRule="auto"/>
        <w:ind w:left="720"/>
      </w:pPr>
      <w:r/>
      <w:hyperlink r:id="rId10">
        <w:r>
          <w:rPr>
            <w:color w:val="0000EE"/>
            <w:u w:val="single"/>
          </w:rPr>
          <w:t>https://ink.com/articles/653006/united-pride-2026-dyo-poreies-mia-synantisi-sti-nekri-zoni</w:t>
        </w:r>
      </w:hyperlink>
      <w:r>
        <w:t xml:space="preserve"> - The article reports on United by Pride 2026, scheduled for Saturday, October 10, bringing together LGBTQA+ individuals and communities from across Cyprus, including both sides of the divide. Two parallel marches will start at 5pm from Eleftheria Square and Kuğulu Park, meeting at the Ledra Palace buffer zone for a festive celebration. The event aims to promote messages of peace, reunification, and freedom, uniting the community across the divide.</w:t>
      </w:r>
      <w:r/>
    </w:p>
    <w:p>
      <w:pPr>
        <w:pStyle w:val="ListNumber"/>
        <w:spacing w:line="240" w:lineRule="auto"/>
        <w:ind w:left="720"/>
      </w:pPr>
      <w:r/>
      <w:hyperlink r:id="rId11">
        <w:r>
          <w:rPr>
            <w:color w:val="0000EE"/>
            <w:u w:val="single"/>
          </w:rPr>
          <w:t>https://cyprus-bz.com/event/2cec/cyprus-pride-festival-2026-lgbti-celebration-in-nicosia-2026</w:t>
        </w:r>
      </w:hyperlink>
      <w:r>
        <w:t xml:space="preserve"> - The Cyprus Pride Festival 2026 is the island's largest LGBTI+ celebration, featuring solidarity events, workshops, street parties, and culminating with the main Pride march through Nicosia. The festival runs from May 14 to June 6, 2026, with the main Pride march on June 6, starting from Nicosia Municipal Garden, followed by the official after-party at Central Night Club. Ticket prices vary by event (€5-€10).</w:t>
      </w:r>
      <w:r/>
    </w:p>
    <w:p>
      <w:pPr>
        <w:pStyle w:val="ListNumber"/>
        <w:spacing w:line="240" w:lineRule="auto"/>
        <w:ind w:left="720"/>
      </w:pPr>
      <w:r/>
      <w:hyperlink r:id="rId13">
        <w:r>
          <w:rPr>
            <w:color w:val="0000EE"/>
            <w:u w:val="single"/>
          </w:rPr>
          <w:t>https://phillygaycalendar.com/ourfest/</w:t>
        </w:r>
      </w:hyperlink>
      <w:r>
        <w:t xml:space="preserve"> - OURfest 2026 is America's largest National Coming Out Day festival, returning to Philadelphia with three days of parades, parties, and community events across the Gayborhood and beyond. The festival runs from October 9 to October 11, 2026, featuring a parade through the Gayborhood, a free festival, resource fair, and numerous independent events throughout the weekend. The event has been a staple since 1990, reimagined as OURfest in 2022, attracting over 40,000 attendees.</w:t>
      </w:r>
      <w:r/>
    </w:p>
    <w:p>
      <w:pPr>
        <w:pStyle w:val="ListNumber"/>
        <w:spacing w:line="240" w:lineRule="auto"/>
        <w:ind w:left="720"/>
      </w:pPr>
      <w:r/>
      <w:hyperlink r:id="rId14">
        <w:r>
          <w:rPr>
            <w:color w:val="0000EE"/>
            <w:u w:val="single"/>
          </w:rPr>
          <w:t>https://www.gaycities.com/events/pride</w:t>
        </w:r>
      </w:hyperlink>
      <w:r>
        <w:t xml:space="preserve"> - Pride Finder is a comprehensive guide to LGBTQ+ Pride events worldwide, featuring a map of upcoming events. Notable events in October 2026 include Atlanta Pride in Atlanta, Georgia, from October 10 to 11; Honolulu Pride in Hawaii from October 14 to 18; and Palm Springs Pride in Palm Springs, California, from November 6 to 8. The guide provides details on various Pride events, including dates and locations, catering to a global audience.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yprus-mail.com/2026/09/02/united-by-pride-brings-cyprus-sides-together-in-october" TargetMode="External"/><Relationship Id="rId10" Type="http://schemas.openxmlformats.org/officeDocument/2006/relationships/hyperlink" Target="https://ink.com/articles/653006/united-pride-2026-dyo-poreies-mia-synantisi-sti-nekri-zoni" TargetMode="External"/><Relationship Id="rId11" Type="http://schemas.openxmlformats.org/officeDocument/2006/relationships/hyperlink" Target="https://cyprus-bz.com/event/2cec/cyprus-pride-festival-2026-lgbti-celebration-in-nicosia-2026" TargetMode="External"/><Relationship Id="rId12" Type="http://schemas.openxmlformats.org/officeDocument/2006/relationships/hyperlink" Target="https://queercollective.cy/build-the-pride-you-want/" TargetMode="External"/><Relationship Id="rId13" Type="http://schemas.openxmlformats.org/officeDocument/2006/relationships/hyperlink" Target="https://phillygaycalendar.com/ourfest/" TargetMode="External"/><Relationship Id="rId14" Type="http://schemas.openxmlformats.org/officeDocument/2006/relationships/hyperlink" Target="https://www.gaycities.com/events/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