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Southern Decadence Parties at Virgin Hotels New Orleans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and partygoers are already circling calendars: Virgin Hotels New Orleans has revealed a weekend of diva drag, rooftop revelry and poolside queer celebration for Southern Decadence 2026 , a can’t-miss mini-festival of music, burlesque and cocktails in the French Quarter’s newer luxury hotel.</w:t>
      </w:r>
      <w:r/>
    </w:p>
    <w:p>
      <w:r/>
      <w:r>
        <w:t>Essential Takeaways</w:t>
      </w:r>
      <w:r/>
      <w:r/>
    </w:p>
    <w:p>
      <w:pPr>
        <w:pStyle w:val="ListBullet"/>
        <w:spacing w:line="240" w:lineRule="auto"/>
        <w:ind w:left="720"/>
      </w:pPr>
      <w:r/>
      <w:r>
        <w:rPr>
          <w:b/>
        </w:rPr>
        <w:t>Big-ticket events:</w:t>
      </w:r>
      <w:r>
        <w:t xml:space="preserve"> Ticketed brunch and pool party offerings include a boozy drag brunch and the STRUT pool closeout, both bookable through Eventbrite or OpenTable.</w:t>
      </w:r>
      <w:r/>
    </w:p>
    <w:p>
      <w:pPr>
        <w:pStyle w:val="ListBullet"/>
        <w:spacing w:line="240" w:lineRule="auto"/>
        <w:ind w:left="720"/>
      </w:pPr>
      <w:r/>
      <w:r>
        <w:rPr>
          <w:b/>
        </w:rPr>
        <w:t>Star power:</w:t>
      </w:r>
      <w:r>
        <w:t xml:space="preserve"> The lineup features RuPaul’s Drag Race alum Plane Jane, promising theatrical sets and playful crowd moments.</w:t>
      </w:r>
      <w:r/>
    </w:p>
    <w:p>
      <w:pPr>
        <w:pStyle w:val="ListBullet"/>
        <w:spacing w:line="240" w:lineRule="auto"/>
        <w:ind w:left="720"/>
      </w:pPr>
      <w:r/>
      <w:r>
        <w:rPr>
          <w:b/>
        </w:rPr>
        <w:t>Venue vibe:</w:t>
      </w:r>
      <w:r>
        <w:t xml:space="preserve"> Expect rooftop and pool club settings with DJs, pop-up shopping and a campy, colourful atmosphere , easy to get into and easy to photograph.</w:t>
      </w:r>
      <w:r/>
    </w:p>
    <w:p>
      <w:pPr>
        <w:pStyle w:val="ListBullet"/>
        <w:spacing w:line="240" w:lineRule="auto"/>
        <w:ind w:left="720"/>
      </w:pPr>
      <w:r/>
      <w:r>
        <w:rPr>
          <w:b/>
        </w:rPr>
        <w:t>Practical note:</w:t>
      </w:r>
      <w:r>
        <w:t xml:space="preserve"> Brunch runs 10 a.m.–2 p.m. with showtimes at 11 a.m. and 1 p.m.; pool party is an afternoon-to-evening affair on Labor Day Monday.</w:t>
      </w:r>
      <w:r/>
    </w:p>
    <w:p>
      <w:pPr>
        <w:pStyle w:val="ListBullet"/>
        <w:spacing w:line="240" w:lineRule="auto"/>
        <w:ind w:left="720"/>
      </w:pPr>
      <w:r/>
      <w:r>
        <w:rPr>
          <w:b/>
        </w:rPr>
        <w:t>Location and booking:</w:t>
      </w:r>
      <w:r>
        <w:t xml:space="preserve"> Virgin Hotels New Orleans, 550 Baronne St.; reservations and tickets available via the hotel site, OpenTable and Eventbrite.</w:t>
      </w:r>
      <w:r/>
      <w:r/>
    </w:p>
    <w:p>
      <w:pPr>
        <w:pStyle w:val="Heading2"/>
      </w:pPr>
      <w:r>
        <w:t>What’s on the bill , diva brunches and drag theatrics</w:t>
      </w:r>
      <w:r/>
    </w:p>
    <w:p>
      <w:r/>
      <w:r>
        <w:t>Virgin Hotels is leaning into the big, bold energy Southern Decadence is known for, starting with a throwback drag and burlesque brunch that’s built for belting out Whitney and Cher between bites. The buffet of spectacle, songs and cocktails gives the weekend an accessible daytime hinge , think glitter and mimosas rather than late-night exhaustion. According to the hotel listings, the brunch is a ticketed experience with shows at 11 a.m. and 1 p.m., so it’s easy to plan around other celebrations in the city.</w:t>
      </w:r>
      <w:r/>
    </w:p>
    <w:p>
      <w:r/>
      <w:r>
        <w:t>This brunch offers a familiar festival formula done well: lively performers, themed music and a slightly decadent menu. If you’re going with friends, book an early reservation on OpenTable to secure a good table and avoid the crush. For solo visitors, arrive thirsty and ready to sing along , your fellow punters will be your backup vocalists.</w:t>
      </w:r>
      <w:r/>
    </w:p>
    <w:p>
      <w:pPr>
        <w:pStyle w:val="Heading2"/>
      </w:pPr>
      <w:r>
        <w:t>Pool club closing party , STRUT into Labor Day</w:t>
      </w:r>
      <w:r/>
    </w:p>
    <w:p>
      <w:r/>
      <w:r>
        <w:t>The Pool Club’s STRUT event closes out the long weekend with a confident, campy spin: DJs, drag, burlesque and pop-up shopping by local vendors. Virgin Hotels’ event page and ticket listings show the party runs across the afternoon into early evening, giving revellers time to lounge, mingle and make a splash. Plane Jane’s appearance adds a headline moment that’ll draw fans of RuPaul’s Drag Race and reality TV alike.</w:t>
      </w:r>
      <w:r/>
    </w:p>
    <w:p>
      <w:r/>
      <w:r>
        <w:t>Pool parties at hotel rooftops or private clubs are always warmer socially than public street events, offering a space to recharge between parades and neighbourhood bar crawls. Bring sunscreen, a sensible bag for purchases, and plan transport back to your room if you’ve been sampling cocktails all day.</w:t>
      </w:r>
      <w:r/>
    </w:p>
    <w:p>
      <w:pPr>
        <w:pStyle w:val="Heading2"/>
      </w:pPr>
      <w:r>
        <w:t>How this fits into Southern Decadence’s wider scene</w:t>
      </w:r>
      <w:r/>
    </w:p>
    <w:p>
      <w:r/>
      <w:r>
        <w:t>Southern Decadence is long established as a raucous, joy-filled celebration of LGBTQ+ culture, with parades, street parties and club nights mapped across the city. Hotels and hospitality groups have been leaning into the weekend with curated events, and Virgin is positioning itself as a destination for people who want curated performance alongside the wider festival chaos. The hotel’s programming mirrors broader trends: daytime activations, branded pool moments and celebrity performers are now a staple of city-wide pride-adjacent weekends.</w:t>
      </w:r>
      <w:r/>
    </w:p>
    <w:p>
      <w:r/>
      <w:r>
        <w:t>If you’re planning a full festival itinerary, mix hotel events with off-site favourites , local street parties, long-running parades and independently hosted clubs , to get the best of both worlds: organised shows and authentic New Orleans revelry.</w:t>
      </w:r>
      <w:r/>
    </w:p>
    <w:p>
      <w:pPr>
        <w:pStyle w:val="Heading2"/>
      </w:pPr>
      <w:r>
        <w:t>Tickets, timing and practical tips for attendees</w:t>
      </w:r>
      <w:r/>
    </w:p>
    <w:p>
      <w:r/>
      <w:r>
        <w:t>Tickets and reservations move quickly for headline events, so buy early if you want the 11 a.m. or 1 p.m. brunch shows or a guaranteed spot at STRUT. The brunch is listed at a set price per person plus fees and tends to sell out for prime showtimes; Eventbrite handles pool-party passes. Virgin Hotels’ pages give the most up-to-date schedules, but follow the hotel on Instagram for last-minute announcements and pop-ups.</w:t>
      </w:r>
      <w:r/>
    </w:p>
    <w:p>
      <w:r/>
      <w:r>
        <w:t>For comfort: choose breathable clothing for the pool day, bring a compact cashless wallet for pop-up stalls, and book transport in advance if you’ll be hopping between venues after dark. If you need a quieter base, ask the hotel about quieter room locations away from street noise when you reserve.</w:t>
      </w:r>
      <w:r/>
    </w:p>
    <w:p>
      <w:pPr>
        <w:pStyle w:val="Heading2"/>
      </w:pPr>
      <w:r>
        <w:t>Why it matters , community, curation and the New Orleans formula</w:t>
      </w:r>
      <w:r/>
    </w:p>
    <w:p>
      <w:r/>
      <w:r>
        <w:t>What’s notable here is how a single hotel can thread small-scale, curated entertainment into a city’s larger festival narrative. Virgin Hotels New Orleans is offering accessible daytime programming that complements the parade-heavy, nightlife-focused core of Southern Decadence. It’s an option for visitors who want the spectacle without the stress of hunting venues or waiting in long lines.</w:t>
      </w:r>
      <w:r/>
    </w:p>
    <w:p>
      <w:r/>
      <w:r>
        <w:t>And for locals, these events can be a convenient, stylish way to enjoy big names and polished production values in a familiar city setting. It’s a tidy addition to the weekend , part party, part performance, and entirely designed for selfies and singalongs.</w:t>
      </w:r>
      <w:r/>
    </w:p>
    <w:p>
      <w:r/>
      <w:r>
        <w:t>It's a small change that can make every Southern Decadence day feel a little more polished and a lot more fun.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Paragraph 3: </w:t>
      </w:r>
      <w:hyperlink r:id="rId12">
        <w:r>
          <w:rPr>
            <w:color w:val="0000EE"/>
            <w:u w:val="single"/>
          </w:rPr>
          <w:t>[4]</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14">
        <w:r>
          <w:rPr>
            <w:color w:val="0000EE"/>
            <w:u w:val="single"/>
          </w:rPr>
          <w:t>[5]</w:t>
        </w:r>
      </w:hyperlink>
      <w:r>
        <w:t xml:space="preserve">- Paragraph 5: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https://www.myneworleans.com/virgin-hotels-new-orleans-hosts-southern-decadence-events/</w:t>
        </w:r>
      </w:hyperlink>
      <w:r>
        <w:t xml:space="preserve"> - Please view link - unable to able to access data</w:t>
      </w:r>
      <w:r/>
    </w:p>
    <w:p>
      <w:pPr>
        <w:pStyle w:val="ListNumber"/>
        <w:spacing w:line="240" w:lineRule="auto"/>
        <w:ind w:left="720"/>
      </w:pPr>
      <w:r/>
      <w:hyperlink r:id="rId10">
        <w:r>
          <w:rPr>
            <w:color w:val="0000EE"/>
            <w:u w:val="single"/>
          </w:rPr>
          <w:t>https://virginhotels.com/new-orleans/southern-decadence/</w:t>
        </w:r>
      </w:hyperlink>
      <w:r>
        <w:t xml:space="preserve"> - Virgin Hotels New Orleans is hosting Southern Decadence 2026 with events like a Dolly Parton-themed drag and burlesque brunch on August 30, 2026, and a poolside party called Fruit Salad on August 31, 2026. The hotel offers special rates for stays during the festival, with savings up to 20% for bookings of four or more nights. The events feature live music, dining specials, and pop-ups, celebrating LGBTQIA+ inclusivity and self-expression.</w:t>
      </w:r>
      <w:r/>
    </w:p>
    <w:p>
      <w:pPr>
        <w:pStyle w:val="ListNumber"/>
        <w:spacing w:line="240" w:lineRule="auto"/>
        <w:ind w:left="720"/>
      </w:pPr>
      <w:r/>
      <w:hyperlink r:id="rId11">
        <w:r>
          <w:rPr>
            <w:color w:val="0000EE"/>
            <w:u w:val="single"/>
          </w:rPr>
          <w:t>https://virginhotels.com/new-orleans/entertainment/southern-decadence-brunch/</w:t>
        </w:r>
      </w:hyperlink>
      <w:r>
        <w:t xml:space="preserve"> - Virgin Hotels New Orleans is hosting a Dolly Parton-themed drag and burlesque brunch on August 30, 2026, at Commons Club. The event runs from 10 a.m. to 2 p.m., with shows at 11 a.m. and 1 p.m. The boozy brunch is priced at $49 per person, featuring iconic hits from Whitney Houston, Mariah Carey, Cher, Madonna, and more. Reservations are available on OpenTable.</w:t>
      </w:r>
      <w:r/>
    </w:p>
    <w:p>
      <w:pPr>
        <w:pStyle w:val="ListNumber"/>
        <w:spacing w:line="240" w:lineRule="auto"/>
        <w:ind w:left="720"/>
      </w:pPr>
      <w:r/>
      <w:hyperlink r:id="rId12">
        <w:r>
          <w:rPr>
            <w:color w:val="0000EE"/>
            <w:u w:val="single"/>
          </w:rPr>
          <w:t>https://virginhotels.com/new-orleans/entertainment/fruit-salad/</w:t>
        </w:r>
      </w:hyperlink>
      <w:r>
        <w:t xml:space="preserve"> - Virgin Hotels New Orleans is hosting Fruit Salad, a vibrant poolside celebration for the LGBTQ+ community and friends, on August 31, 2026, at The Pool Club. The event runs from 12 p.m. to 6 p.m., featuring DJ sets, crafted cocktails, and panoramic city views. General admission tickets include rooftop access, music, and bar service, with a separate Pool Day Pass required for pool access. RSVPs and day passes are available.</w:t>
      </w:r>
      <w:r/>
    </w:p>
    <w:p>
      <w:pPr>
        <w:pStyle w:val="ListNumber"/>
        <w:spacing w:line="240" w:lineRule="auto"/>
        <w:ind w:left="720"/>
      </w:pPr>
      <w:r/>
      <w:hyperlink r:id="rId14">
        <w:r>
          <w:rPr>
            <w:color w:val="0000EE"/>
            <w:u w:val="single"/>
          </w:rPr>
          <w:t>https://gaytherings.com/events/eve0000984</w:t>
        </w:r>
      </w:hyperlink>
      <w:r>
        <w:t xml:space="preserve"> - The STRUT Southern Decadence Pool Party at Virgin Hotels New Orleans is scheduled for September 7, 2026, from 12 p.m. to 7 p.m. at The Pool Club. The event features RuPaul's Drag Race finalist Plane Jane, DJs, drag performances, burlesque, pop-up shopping, and poolside cocktails. Tickets are available on Eventbrite.</w:t>
      </w:r>
      <w:r/>
    </w:p>
    <w:p>
      <w:pPr>
        <w:pStyle w:val="ListNumber"/>
        <w:spacing w:line="240" w:lineRule="auto"/>
        <w:ind w:left="720"/>
      </w:pPr>
      <w:r/>
      <w:hyperlink r:id="rId13">
        <w:r>
          <w:rPr>
            <w:color w:val="0000EE"/>
            <w:u w:val="single"/>
          </w:rPr>
          <w:t>https://www.southerndecadence.com/southern-decadence-2018/</w:t>
        </w:r>
      </w:hyperlink>
      <w:r>
        <w:t xml:space="preserve"> - Southern Decadence is New Orleans' largest LGBTQ+ event, held annually over Labor Day weekend. The 2026 event is scheduled for August 28 to September 2, 2026, marking the 47th anniversary of the celebration. The event includes various activities, parties, and a parade, with bars in the French Quarter and Marigny neighborhoods hosting a series of events catering to diverse tastes and fetishes.</w:t>
      </w:r>
      <w:r/>
    </w:p>
    <w:p>
      <w:pPr>
        <w:pStyle w:val="ListNumber"/>
        <w:spacing w:line="240" w:lineRule="auto"/>
        <w:ind w:left="720"/>
      </w:pPr>
      <w:r/>
      <w:hyperlink r:id="rId15">
        <w:r>
          <w:rPr>
            <w:color w:val="0000EE"/>
            <w:u w:val="single"/>
          </w:rPr>
          <w:t>https://www.sdparade.com/</w:t>
        </w:r>
      </w:hyperlink>
      <w:r>
        <w:t xml:space="preserve"> - The 54th Annual Southern Decadence Parade is scheduled for September 6, 2026, at 3 p.m. in the historic French Quarter of New Orleans. The 2026 Grand Marshals are Rachel and Romy Thompson, Milan Nicole Sherry, Bobby Mackie, Sam Smith, and Sarah Manowitz. The parade's theme is 'Phoenix Rising: Together We Rise.'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yneworleans.com/virgin-hotels-new-orleans-hosts-southern-decadence-events/" TargetMode="External"/><Relationship Id="rId10" Type="http://schemas.openxmlformats.org/officeDocument/2006/relationships/hyperlink" Target="https://virginhotels.com/new-orleans/southern-decadence/" TargetMode="External"/><Relationship Id="rId11" Type="http://schemas.openxmlformats.org/officeDocument/2006/relationships/hyperlink" Target="https://virginhotels.com/new-orleans/entertainment/southern-decadence-brunch/" TargetMode="External"/><Relationship Id="rId12" Type="http://schemas.openxmlformats.org/officeDocument/2006/relationships/hyperlink" Target="https://virginhotels.com/new-orleans/entertainment/fruit-salad/" TargetMode="External"/><Relationship Id="rId13" Type="http://schemas.openxmlformats.org/officeDocument/2006/relationships/hyperlink" Target="https://www.southerndecadence.com/southern-decadence-2018/" TargetMode="External"/><Relationship Id="rId14" Type="http://schemas.openxmlformats.org/officeDocument/2006/relationships/hyperlink" Target="https://gaytherings.com/events/eve0000984" TargetMode="External"/><Relationship Id="rId15" Type="http://schemas.openxmlformats.org/officeDocument/2006/relationships/hyperlink" Target="https://www.sdparade.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