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Spots in Norfolk: Why Downham Market Feels Like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Explore a warm, low-key corner of rural England: Ness from Downham Market, Norfolk, shares why this small market town , with forests, beaches and a growing local pride scene , feels safe, scenic and surprisingly welcoming for sapphic life.</w:t>
      </w:r>
      <w:r/>
    </w:p>
    <w:p>
      <w:r/>
      <w:r>
        <w:t>Essential Takeaways</w:t>
      </w:r>
      <w:r/>
      <w:r/>
    </w:p>
    <w:p>
      <w:pPr>
        <w:pStyle w:val="ListBullet"/>
        <w:spacing w:line="240" w:lineRule="auto"/>
        <w:ind w:left="720"/>
      </w:pPr>
      <w:r/>
      <w:r>
        <w:rPr>
          <w:b/>
        </w:rPr>
        <w:t>Small-town calm:</w:t>
      </w:r>
      <w:r>
        <w:t xml:space="preserve"> Downham Market is a compact, friendly market town with easy access to coast and countryside, making everyday life feel peaceful and roomy.</w:t>
      </w:r>
      <w:r/>
    </w:p>
    <w:p>
      <w:pPr>
        <w:pStyle w:val="ListBullet"/>
        <w:spacing w:line="240" w:lineRule="auto"/>
        <w:ind w:left="720"/>
      </w:pPr>
      <w:r/>
      <w:r>
        <w:rPr>
          <w:b/>
        </w:rPr>
        <w:t>Epic beaches nearby:</w:t>
      </w:r>
      <w:r>
        <w:t xml:space="preserve"> Holkham Beach is a must-see , wide, windswept and often named among England’s best, it’s perfect for long walks and clearing the head.</w:t>
      </w:r>
      <w:r/>
    </w:p>
    <w:p>
      <w:pPr>
        <w:pStyle w:val="ListBullet"/>
        <w:spacing w:line="240" w:lineRule="auto"/>
        <w:ind w:left="720"/>
      </w:pPr>
      <w:r/>
      <w:r>
        <w:rPr>
          <w:b/>
        </w:rPr>
        <w:t>Quiet but real queer life:</w:t>
      </w:r>
      <w:r>
        <w:t xml:space="preserve"> Local LGBTQ+ meetups and the recent emergence of Pride parades in nearby towns show a slow, steady opening up; gatherings feel intimate and hopeful.</w:t>
      </w:r>
      <w:r/>
    </w:p>
    <w:p>
      <w:pPr>
        <w:pStyle w:val="ListBullet"/>
        <w:spacing w:line="240" w:lineRule="auto"/>
        <w:ind w:left="720"/>
      </w:pPr>
      <w:r/>
      <w:r>
        <w:rPr>
          <w:b/>
        </w:rPr>
        <w:t>Practical travel tips:</w:t>
      </w:r>
      <w:r>
        <w:t xml:space="preserve"> Drive under an hour for beaches or Norwich food spots, and expect a mix of conservative older residents and welcoming communities.</w:t>
      </w:r>
      <w:r/>
    </w:p>
    <w:p>
      <w:pPr>
        <w:pStyle w:val="ListBullet"/>
        <w:spacing w:line="240" w:lineRule="auto"/>
        <w:ind w:left="720"/>
      </w:pPr>
      <w:r/>
      <w:r>
        <w:rPr>
          <w:b/>
        </w:rPr>
        <w:t>Local flavour:</w:t>
      </w:r>
      <w:r>
        <w:t xml:space="preserve"> Seafood, especially North Norfolk crab, is a regional highlight; Norwich also offers excellent vegan options like River Green.</w:t>
      </w:r>
      <w:r/>
      <w:r/>
    </w:p>
    <w:p>
      <w:pPr>
        <w:pStyle w:val="Heading2"/>
      </w:pPr>
      <w:r>
        <w:t>Why Downham Market feels both cosy and big-hearted</w:t>
      </w:r>
      <w:r/>
    </w:p>
    <w:p>
      <w:r/>
      <w:r>
        <w:t>Downham Market gives you that small-town, neighbour-knows-your-name feeling, while still sitting within easy reach of dramatic coastline. Ness’s description of “dense forests and amazing beaches in under an hour’s drive” is precisely the draw , you get quiet residential streets one minute and the smell of sea salt the next. According to local visitor guides, Holkham Beach is a short, scenic hop from town and one of Norfolk’s finest shorelines, with long sandy expanses that feel almost cinematic on a blustery afternoon. If you’re craving space and slow pace, this is the kind of place that soothes the nerves.</w:t>
      </w:r>
      <w:r/>
    </w:p>
    <w:p>
      <w:pPr>
        <w:pStyle w:val="Heading2"/>
      </w:pPr>
      <w:r>
        <w:t>How queer life looks in a conservative patch of East Anglia</w:t>
      </w:r>
      <w:r/>
    </w:p>
    <w:p>
      <w:r/>
      <w:r>
        <w:t>Living openly as a sapphic person here hasn’t been without nerves, especially for someone who came out in the late 1980s. That said, Ness says she’s “never felt truly scared,” which matches what you find on the ground: grassroots support, quiet solidarity and an increasing number of local social options. Meetup listings for the Downham Market area show LGBTQ+ groups and activities that bring people together, proving community isn’t only urban. The pattern is familiar , a few loud, homophobic voices from an older generation, but a quieter, longer-term thaw as neighbours meet and get to know one another.</w:t>
      </w:r>
      <w:r/>
    </w:p>
    <w:p>
      <w:pPr>
        <w:pStyle w:val="Heading2"/>
      </w:pPr>
      <w:r>
        <w:t>Pride, meetups and small wins that matter</w:t>
      </w:r>
      <w:r/>
    </w:p>
    <w:p>
      <w:r/>
      <w:r>
        <w:t>The last few years have seen nearby towns put on their first pride parades. They’re modest , only a few hundred people at first , yet that’s the point: visibility begins small and grows into something larger. Events like these create a shared memory and make public support tangible. For anyone choosing between city life and somewhere more rural, Norfolk’s experience suggests that community-building often starts with intimate, human things , a pub quiz night, a local stall, a bus-driver who’s also an avid reader and ally.</w:t>
      </w:r>
      <w:r/>
    </w:p>
    <w:p>
      <w:pPr>
        <w:pStyle w:val="Heading2"/>
      </w:pPr>
      <w:r>
        <w:t>Beaches, crab sandwiches and Norwich nights out</w:t>
      </w:r>
      <w:r/>
    </w:p>
    <w:p>
      <w:r/>
      <w:r>
        <w:t>If you plan a visit, save time for Holkham Beach. Visitor sites and local guides emphasise its wide, open character: dunes, long sands and dramatic skies that make it brilliant for long walks, photography, or just breathing. Food-wise, the North Norfolk coast is famous for crab , a must-try if you eat seafood , while nearby Norwich has become a food magnet, including excellent vegan options like River Green. Combine coastal days with an evening in Norwich for the best of both worlds: rustic tranquillity by day and lively, welcoming restaurants by night.</w:t>
      </w:r>
      <w:r/>
    </w:p>
    <w:p>
      <w:pPr>
        <w:pStyle w:val="Heading2"/>
      </w:pPr>
      <w:r>
        <w:t>Practical tips for visitors and new residents</w:t>
      </w:r>
      <w:r/>
    </w:p>
    <w:p>
      <w:r/>
      <w:r>
        <w:t>Plan on a short drive to reach the coast or Norwich; having a car makes life and exploration easier. If you’re visiting for queer community events, check local meetup listings and town websites for small-scale gatherings , they often aren’t heavily advertised but are warm and low-pressure when you find them. Respect the local pace: Downham Market’s charm is its gentleness, and newcomers who embrace that tend to settle in quicker. And bring a windproof layer , the Norfolk coast is beautiful and breezy in equal measure.</w:t>
      </w:r>
      <w:r/>
    </w:p>
    <w:p>
      <w:r/>
      <w:r>
        <w:t>It's a small change that can make every visit or move feel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4">
        <w:r>
          <w:rPr>
            <w:color w:val="0000EE"/>
            <w:u w:val="single"/>
          </w:rPr>
          <w:t>[6]</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https://iheartsapphfic.com/2026/09/02/sapphics-around-the-globe-ness-chats-about-downham-market-norfolk-england/</w:t>
        </w:r>
      </w:hyperlink>
      <w:r>
        <w:t xml:space="preserve"> - Please view link - unable to able to access data</w:t>
      </w:r>
      <w:r/>
    </w:p>
    <w:p>
      <w:pPr>
        <w:pStyle w:val="ListNumber"/>
        <w:spacing w:line="240" w:lineRule="auto"/>
        <w:ind w:left="720"/>
      </w:pPr>
      <w:r/>
      <w:hyperlink r:id="rId10">
        <w:r>
          <w:rPr>
            <w:color w:val="0000EE"/>
            <w:u w:val="single"/>
          </w:rPr>
          <w:t>https://www.visitnorthnorfolk.com/see-and-do/holkham-beach-p1525301</w:t>
        </w:r>
      </w:hyperlink>
      <w:r>
        <w:t xml:space="preserve"> - Holkham Beach is a vast and unspoilt stretch of sand on the North Norfolk Coast, renowned for its natural beauty. At low tide, the beach extends for miles, offering a serene environment for visitors. The area is part of the Holkham National Nature Reserve, providing a habitat for various bird species. The beach is accessible via a boardwalk through pine woods, leading to extensive sand dunes and marshland. It's a popular spot for families, walkers, and nature enthusiasts seeking a peaceful coastal experience.</w:t>
      </w:r>
      <w:r/>
    </w:p>
    <w:p>
      <w:pPr>
        <w:pStyle w:val="ListNumber"/>
        <w:spacing w:line="240" w:lineRule="auto"/>
        <w:ind w:left="720"/>
      </w:pPr>
      <w:r/>
      <w:hyperlink r:id="rId13">
        <w:r>
          <w:rPr>
            <w:color w:val="0000EE"/>
            <w:u w:val="single"/>
          </w:rPr>
          <w:t>https://www.meetup.com/cities/gb/i9/downham_market/lgbtq/</w:t>
        </w:r>
      </w:hyperlink>
      <w:r>
        <w:t xml:space="preserve"> - Meetup.com hosts a variety of groups in Downham Market, Norfolk, including the Norfolk LGBTQ+ Women's Social Group. This group offers a platform for LGBTQ+ women to connect, share experiences, and participate in social activities. The group has a significant membership, indicating an active and engaged community. Meetup.com provides details on upcoming events, group activities, and member interactions, fostering a supportive environment for LGBTQ+ individuals in the area. It's a valuable resource for those seeking community and social connections in Downham Market.</w:t>
      </w:r>
      <w:r/>
    </w:p>
    <w:p>
      <w:pPr>
        <w:pStyle w:val="ListNumber"/>
        <w:spacing w:line="240" w:lineRule="auto"/>
        <w:ind w:left="720"/>
      </w:pPr>
      <w:r/>
      <w:hyperlink r:id="rId15">
        <w:r>
          <w:rPr>
            <w:color w:val="0000EE"/>
            <w:u w:val="single"/>
          </w:rPr>
          <w:t>https://www.salvationarmy.org.uk/downham-market</w:t>
        </w:r>
      </w:hyperlink>
      <w:r>
        <w:t xml:space="preserve"> - The Salvation Army in Downham Market, Norfolk, offers a range of services and community activities. Located on Bridge Street, the church provides a welcoming environment for individuals seeking spiritual support and community engagement. Regular services are held on Sundays, with additional activities throughout the week, including a coffee morning, craft club, and literature sales. The church also hosts a drop-in Saturday Lunch Club on the first Saturday of each month, serving the local community. The Salvation Army's presence in Downham Market contributes to the town's diverse community offerings.</w:t>
      </w:r>
      <w:r/>
    </w:p>
    <w:p>
      <w:pPr>
        <w:pStyle w:val="ListNumber"/>
        <w:spacing w:line="240" w:lineRule="auto"/>
        <w:ind w:left="720"/>
      </w:pPr>
      <w:r/>
      <w:hyperlink r:id="rId12">
        <w:r>
          <w:rPr>
            <w:color w:val="0000EE"/>
            <w:u w:val="single"/>
          </w:rPr>
          <w:t>https://www.fabulousnorfolk.co.uk/holkham-beach/</w:t>
        </w:r>
      </w:hyperlink>
      <w:r>
        <w:t xml:space="preserve"> - Holkham Beach, located in North Norfolk, is celebrated for its expansive golden sands and natural beauty. The beach is part of the Holkham Estate and is co-managed with Natural England. It's a popular destination for families, walkers, and horse riders, offering a tranquil setting away from typical seaside amusements. The area is also known for its wide-open spaces and picturesque landscapes, making it a favourite among locals and visitors alike. Holkham Beach's unique charm lies in its unspoilt environment and the opportunity to experience nature at its finest.</w:t>
      </w:r>
      <w:r/>
    </w:p>
    <w:p>
      <w:pPr>
        <w:pStyle w:val="ListNumber"/>
        <w:spacing w:line="240" w:lineRule="auto"/>
        <w:ind w:left="720"/>
      </w:pPr>
      <w:r/>
      <w:hyperlink r:id="rId14">
        <w:r>
          <w:rPr>
            <w:color w:val="0000EE"/>
            <w:u w:val="single"/>
          </w:rPr>
          <w:t>https://www.lingwoodhall.co.uk/guides/norfolk-coast-beaches/</w:t>
        </w:r>
      </w:hyperlink>
      <w:r>
        <w:t xml:space="preserve"> - Lingwood Hall provides a comprehensive guide to Norfolk's coastline, highlighting Holkham Beach as a standout destination. The guide describes Holkham Beach as a vast expanse of golden sand backed by pine woods and fronted by a tidal lagoon. It's noted for its natural beauty and the sense of space it offers visitors. The guide also mentions the accessibility of the beach via a boardwalk through the pine woods from Lady Anne's Drive car park, part of the Holkham Estate. The area is also home to Holkham Hall, a Palladian mansion with a deer park and walled garden.</w:t>
      </w:r>
      <w:r/>
    </w:p>
    <w:p>
      <w:pPr>
        <w:pStyle w:val="ListNumber"/>
        <w:spacing w:line="240" w:lineRule="auto"/>
        <w:ind w:left="720"/>
      </w:pPr>
      <w:r/>
      <w:hyperlink r:id="rId11">
        <w:r>
          <w:rPr>
            <w:color w:val="0000EE"/>
            <w:u w:val="single"/>
          </w:rPr>
          <w:t>https://www.downhamweb.co.uk/</w:t>
        </w:r>
      </w:hyperlink>
      <w:r>
        <w:t xml:space="preserve"> - Downhamweb is the local community website for Downham Market, Norfolk, offering a wealth of information about the town. The site features business listings, an events diary, and regularly updated news, serving as a hub for residents and visitors. It highlights the town's vibrant market, held on Fridays and Saturdays, and showcases the variety of independent retailers, high street shops, and supermarkets available. The website also emphasizes the town's excellent transport connections, including a picturesque railway station and regular bus services to neighbouring towns and cities.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9/02/sapphics-around-the-globe-ness-chats-about-downham-market-norfolk-england/" TargetMode="External"/><Relationship Id="rId10" Type="http://schemas.openxmlformats.org/officeDocument/2006/relationships/hyperlink" Target="https://www.visitnorthnorfolk.com/see-and-do/holkham-beach-p1525301" TargetMode="External"/><Relationship Id="rId11" Type="http://schemas.openxmlformats.org/officeDocument/2006/relationships/hyperlink" Target="https://www.downhamweb.co.uk/" TargetMode="External"/><Relationship Id="rId12" Type="http://schemas.openxmlformats.org/officeDocument/2006/relationships/hyperlink" Target="https://www.fabulousnorfolk.co.uk/holkham-beach/" TargetMode="External"/><Relationship Id="rId13" Type="http://schemas.openxmlformats.org/officeDocument/2006/relationships/hyperlink" Target="https://www.meetup.com/cities/gb/i9/downham_market/lgbtq/" TargetMode="External"/><Relationship Id="rId14" Type="http://schemas.openxmlformats.org/officeDocument/2006/relationships/hyperlink" Target="https://www.lingwoodhall.co.uk/guides/norfolk-coast-beaches/" TargetMode="External"/><Relationship Id="rId15" Type="http://schemas.openxmlformats.org/officeDocument/2006/relationships/hyperlink" Target="https://www.salvationarmy.org.uk/downham-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