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Sacramento Safety Tips After the Lavender Heights Assault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locals are re-evaluating nightlife routines after an alleged anti-LGBTQ+ beating in Sacramento’s Lavender Heights, a reminder that even historic queer neighbourhoods can’t totally erase the risk of targeted violence. Here’s what happened, why it matters, and practical steps people can take to stay safer while still enjoying the scene.</w:t>
      </w:r>
      <w:r/>
    </w:p>
    <w:p>
      <w:r/>
      <w:r>
        <w:t>Essential Takeaways</w:t>
      </w:r>
      <w:r/>
      <w:r/>
    </w:p>
    <w:p>
      <w:pPr>
        <w:pStyle w:val="ListBullet"/>
        <w:spacing w:line="240" w:lineRule="auto"/>
        <w:ind w:left="720"/>
      </w:pPr>
      <w:r/>
      <w:r>
        <w:rPr>
          <w:b/>
        </w:rPr>
        <w:t>What occurred:</w:t>
      </w:r>
      <w:r>
        <w:t xml:space="preserve"> Two men were reportedly attacked while walking home in Lavender Heights; one victim said attackers used anti-LGBTQ+ and racial slurs. </w:t>
      </w:r>
      <w:r/>
    </w:p>
    <w:p>
      <w:pPr>
        <w:pStyle w:val="ListBullet"/>
        <w:spacing w:line="240" w:lineRule="auto"/>
        <w:ind w:left="720"/>
      </w:pPr>
      <w:r/>
      <w:r>
        <w:rPr>
          <w:b/>
        </w:rPr>
        <w:t>Where it hit hardest:</w:t>
      </w:r>
      <w:r>
        <w:t xml:space="preserve"> The incident took place in a recognised queer enclave known for bars and nightlife, leaving the community shaken. </w:t>
      </w:r>
      <w:r/>
    </w:p>
    <w:p>
      <w:pPr>
        <w:pStyle w:val="ListBullet"/>
        <w:spacing w:line="240" w:lineRule="auto"/>
        <w:ind w:left="720"/>
      </w:pPr>
      <w:r/>
      <w:r>
        <w:rPr>
          <w:b/>
        </w:rPr>
        <w:t>Senses and scene:</w:t>
      </w:r>
      <w:r>
        <w:t xml:space="preserve"> Witness accounts describe a chaotic, frightening encounter that left one man bloodied and seeking help from nearby security. </w:t>
      </w:r>
      <w:r/>
    </w:p>
    <w:p>
      <w:pPr>
        <w:pStyle w:val="ListBullet"/>
        <w:spacing w:line="240" w:lineRule="auto"/>
        <w:ind w:left="720"/>
      </w:pPr>
      <w:r/>
      <w:r>
        <w:rPr>
          <w:b/>
        </w:rPr>
        <w:t>Immediate response:</w:t>
      </w:r>
      <w:r>
        <w:t xml:space="preserve"> Police were called and an investigation is underway; community organisations are urging vigilance and solidarity. </w:t>
      </w:r>
      <w:r/>
    </w:p>
    <w:p>
      <w:pPr>
        <w:pStyle w:val="ListBullet"/>
        <w:spacing w:line="240" w:lineRule="auto"/>
        <w:ind w:left="720"/>
      </w:pPr>
      <w:r/>
      <w:r>
        <w:rPr>
          <w:b/>
        </w:rPr>
        <w:t>Practical note:</w:t>
      </w:r>
      <w:r>
        <w:t xml:space="preserve"> Simple changes , walking in groups, using venue security, and reporting suspicious behaviour , can reduce risk without giving up queer spaces.</w:t>
      </w:r>
      <w:r/>
      <w:r/>
    </w:p>
    <w:p>
      <w:pPr>
        <w:pStyle w:val="Heading2"/>
      </w:pPr>
      <w:r>
        <w:t>What we know about the Lavender Heights incident</w:t>
      </w:r>
      <w:r/>
    </w:p>
    <w:p>
      <w:r/>
      <w:r>
        <w:t>Local reporting says two men walking home were allegedly confronted by four men who shouted anti-LGBTQ+ and racist slurs before the attack, leaving one victim injured and injured enough to seek help from bar security. KCRA and other outlets have relayed the victim’s account, and Sacramento police are investigating. The scene, as described by witnesses, felt violent and sudden, with the victim left bloodied on the street.</w:t>
      </w:r>
      <w:r/>
    </w:p>
    <w:p>
      <w:r/>
      <w:r>
        <w:t>Backstory matters: Lavender Heights is one of Sacramento’s historic queer neighbourhoods, so an assault there lands differently than an incident in a non‑LGBTQ+ area. That sense of violation , of a space once thought safe , is part of why community reaction has been sharp.</w:t>
      </w:r>
      <w:r/>
    </w:p>
    <w:p>
      <w:pPr>
        <w:pStyle w:val="Heading2"/>
      </w:pPr>
      <w:r>
        <w:t>Why an attack in a queer neighbourhood stings harder</w:t>
      </w:r>
      <w:r/>
    </w:p>
    <w:p>
      <w:r/>
      <w:r>
        <w:t>Queer districts do more than concentrate nightlife; they create a cultural safety net where people can be seen without immediate fear. When violence occurs in those zones, it’s not just a crime report, it’s a rupture of a shared refuge. Community leaders and patrons alike are asking how this could happen “here,” reflecting a deeper anxiety about visibility.</w:t>
      </w:r>
      <w:r/>
    </w:p>
    <w:p>
      <w:r/>
      <w:r>
        <w:t>At the same time, hate-motivated assaults have precedent nationally and locally, so this incident connects to a worrying pattern rather than being an isolated anomaly. That context helps explain why residents are calling for stronger preventive measures and more visible policing or community patrols.</w:t>
      </w:r>
      <w:r/>
    </w:p>
    <w:p>
      <w:pPr>
        <w:pStyle w:val="Heading2"/>
      </w:pPr>
      <w:r>
        <w:t>Practical personal-safety moves to consider tonight</w:t>
      </w:r>
      <w:r/>
    </w:p>
    <w:p>
      <w:r/>
      <w:r>
        <w:t>You don’t have to stop going out, but a few low-effort habits reduce vulnerability. Walk with friends whenever possible, plan safe routes with good lighting, and note which venues keep security at exits. If you feel threatened, move toward well-lit, populated areas or speak to on-site security , many victims in similar cases have found help from bar staff and bouncers.</w:t>
      </w:r>
      <w:r/>
    </w:p>
    <w:p>
      <w:r/>
      <w:r>
        <w:t>Also, record details if it’s safe: descriptions of attackers, direction they fled, and any vehicle information. That helps police investigations and can aid community alerts.</w:t>
      </w:r>
      <w:r/>
    </w:p>
    <w:p>
      <w:pPr>
        <w:pStyle w:val="Heading2"/>
      </w:pPr>
      <w:r>
        <w:t>How venues and community groups can respond</w:t>
      </w:r>
      <w:r/>
    </w:p>
    <w:p>
      <w:r/>
      <w:r>
        <w:t>Venues in Lavender Heights and similar districts can tighten exit security, train staff in de‑escalation and bystander intervention, and coordinate with local law enforcement for faster response. Community organisations can also host walking groups or “safe walk” programmes after late sets to give people company on the way home.</w:t>
      </w:r>
      <w:r/>
    </w:p>
    <w:p>
      <w:r/>
      <w:r>
        <w:t>Public safety isn’t only about policing; it’s about networks. Neighbourhoods that organise volunteer escort teams or post real-time safety notices tend to restore confidence faster.</w:t>
      </w:r>
      <w:r/>
    </w:p>
    <w:p>
      <w:pPr>
        <w:pStyle w:val="Heading2"/>
      </w:pPr>
      <w:r>
        <w:t>Looking ahead: accountability and preserving queer spaces</w:t>
      </w:r>
      <w:r/>
    </w:p>
    <w:p>
      <w:r/>
      <w:r>
        <w:t>Police investigations are ongoing, and community members are pressing for accountability. But the conversation shouldn’t stop at arrests; it should include long-term strategies to keep queer neighbourhoods vibrant and safe. That means funding for community programmes, consistent venue standards, and public awareness campaigns about hate crimes.</w:t>
      </w:r>
      <w:r/>
    </w:p>
    <w:p>
      <w:r/>
      <w:r>
        <w:t>The worst outcome would be people retreating from queer spaces out of fear. The better response is collective action that lets the neighbourhood remain a place to celebrate, not a place to hide.</w:t>
      </w:r>
      <w:r/>
    </w:p>
    <w:p>
      <w:r/>
      <w:r>
        <w:t>It's a small change that can help make every night out feel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2">
        <w:r>
          <w:rPr>
            <w:color w:val="0000EE"/>
            <w:u w:val="single"/>
          </w:rPr>
          <w:t>[3]</w:t>
        </w:r>
      </w:hyperlink>
      <w:r>
        <w:t xml:space="preserve">, </w:t>
      </w:r>
      <w:hyperlink r:id="rId15">
        <w:r>
          <w:rPr>
            <w:color w:val="0000EE"/>
            <w:u w:val="single"/>
          </w:rPr>
          <w:t>[6]</w:t>
        </w:r>
      </w:hyperlink>
      <w:r>
        <w:t xml:space="preserve">- Paragraph 6: </w:t>
      </w:r>
      <w:hyperlink r:id="rId13">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https://instinctmagazine.com/sacramento-anti-lgbtq-attack/</w:t>
        </w:r>
      </w:hyperlink>
      <w:r>
        <w:t xml:space="preserve"> - Please view link - unable to able to access data</w:t>
      </w:r>
      <w:r/>
    </w:p>
    <w:p>
      <w:pPr>
        <w:pStyle w:val="ListNumber"/>
        <w:spacing w:line="240" w:lineRule="auto"/>
        <w:ind w:left="720"/>
      </w:pPr>
      <w:r/>
      <w:hyperlink r:id="rId10">
        <w:r>
          <w:rPr>
            <w:color w:val="0000EE"/>
            <w:u w:val="single"/>
          </w:rPr>
          <w:t>https://www.kcra.com/article/sacramento-man-says-attackers-shouted-anti-lgbtq-racist-slurs-before-beating-him-in-lavender-heights/73565430</w:t>
        </w:r>
      </w:hyperlink>
      <w:r>
        <w:t xml:space="preserve"> - A Sacramento man, Joseph Sais, recounted being attacked by four men in the city's Lavender Heights neighbourhood. The assailants allegedly shouted anti-LGBTQ and racist slurs before physically assaulting him. Sais expressed shock over the incident occurring in a space he considered safe for the LGBTQ community. The police are investigating the case as a possible bias crime, but no arrests have been made yet.</w:t>
      </w:r>
      <w:r/>
    </w:p>
    <w:p>
      <w:pPr>
        <w:pStyle w:val="ListNumber"/>
        <w:spacing w:line="240" w:lineRule="auto"/>
        <w:ind w:left="720"/>
      </w:pPr>
      <w:r/>
      <w:hyperlink r:id="rId12">
        <w:r>
          <w:rPr>
            <w:color w:val="0000EE"/>
            <w:u w:val="single"/>
          </w:rPr>
          <w:t>https://thepinktimes.com/article/sacramento-police-investigate-alleged-anti-lgbtq-beating-in-lavender-heights/</w:t>
        </w:r>
      </w:hyperlink>
      <w:r>
        <w:t xml:space="preserve"> - Sacramento police are investigating an assault in Lavender Heights, where Joseph Sais was reportedly attacked by four men who shouted anti-LGBTQ and racist slurs. The incident occurred near two gay bars in the city's LGBTQ district. Authorities are treating the case as a felony assault with a possible bias motive. No arrests have been made, and the suspects fled before police arrived.</w:t>
      </w:r>
      <w:r/>
    </w:p>
    <w:p>
      <w:pPr>
        <w:pStyle w:val="ListNumber"/>
        <w:spacing w:line="240" w:lineRule="auto"/>
        <w:ind w:left="720"/>
      </w:pPr>
      <w:r/>
      <w:hyperlink r:id="rId11">
        <w:r>
          <w:rPr>
            <w:color w:val="0000EE"/>
            <w:u w:val="single"/>
          </w:rPr>
          <w:t>https://www.advocate.com/news/crime/sacramento-gay-beating-hate-crime</w:t>
        </w:r>
      </w:hyperlink>
      <w:r>
        <w:t xml:space="preserve"> - An assault in Sacramento's Lavender Heights district is under investigation as a possible hate crime. Joseph Sais was attacked by four men who allegedly shouted anti-LGBTQ and racist slurs. Sais expressed disbelief that such an incident occurred in a space meant for the LGBTQ community. The police are treating the case as a felony assault with a possible bias motive, but no arrests have been made.</w:t>
      </w:r>
      <w:r/>
    </w:p>
    <w:p>
      <w:pPr>
        <w:pStyle w:val="ListNumber"/>
        <w:spacing w:line="240" w:lineRule="auto"/>
        <w:ind w:left="720"/>
      </w:pPr>
      <w:r/>
      <w:hyperlink r:id="rId14">
        <w:r>
          <w:rPr>
            <w:color w:val="0000EE"/>
            <w:u w:val="single"/>
          </w:rPr>
          <w:t>https://hoodline.com/2026/08/four-men-beat-sacramento-man-in-lavender-heights-shouting-slurs-police-say/</w:t>
        </w:r>
      </w:hyperlink>
      <w:r>
        <w:t xml:space="preserve"> - Joseph Sais was assaulted by four men in Sacramento's Lavender Heights neighbourhood. The attackers allegedly shouted anti-LGBTQ and racist slurs before physically assaulting him. Sais sought help from security personnel outside a nearby bar, and the police are investigating the incident as a possible bias crime. No arrests have been made, and the suspects fled before officers arrived.</w:t>
      </w:r>
      <w:r/>
    </w:p>
    <w:p>
      <w:pPr>
        <w:pStyle w:val="ListNumber"/>
        <w:spacing w:line="240" w:lineRule="auto"/>
        <w:ind w:left="720"/>
      </w:pPr>
      <w:r/>
      <w:hyperlink r:id="rId15">
        <w:r>
          <w:rPr>
            <w:color w:val="0000EE"/>
            <w:u w:val="single"/>
          </w:rPr>
          <w:t>https://www.lgbtqnation.com/2026/01/gay-elder-dies-after-brutal-assault-outside-queer-nightclub/</w:t>
        </w:r>
      </w:hyperlink>
      <w:r>
        <w:t xml:space="preserve"> - Alvin Prasad, a 58-year-old gay man, died from injuries sustained in a November assault outside a queer nightclub in Sacramento's Lavender Heights district. Authorities believe the attack was a hate crime. Prasad had been enjoying a Halloween night out with his daughter and friends when the assault occurred. The alleged attacker, 25-year-old Sean Wesley Payton Jr., now faces homicide charges.</w:t>
      </w:r>
      <w:r/>
    </w:p>
    <w:p>
      <w:pPr>
        <w:pStyle w:val="ListNumber"/>
        <w:spacing w:line="240" w:lineRule="auto"/>
        <w:ind w:left="720"/>
      </w:pPr>
      <w:r/>
      <w:hyperlink r:id="rId13">
        <w:r>
          <w:rPr>
            <w:color w:val="0000EE"/>
            <w:u w:val="single"/>
          </w:rPr>
          <w:t>https://www.cbsnews.com/sacramento/news/sacramento-lavender-heights-historic-district-review/</w:t>
        </w:r>
      </w:hyperlink>
      <w:r>
        <w:t xml:space="preserve"> - Sacramento's Preservation Commission is reviewing nominations for the Sacramento Register of Historic and Cultural Resources, including sites tied to the city's LGBTQ+ history. Among the proposed sites are the former offices of one of Sacramento's first gay newspapers and the city's oldest gay bar. The commission could recommend making Lavender Heights a historic district, an effort that has been in the works for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sacramento-anti-lgbtq-attack/" TargetMode="External"/><Relationship Id="rId10" Type="http://schemas.openxmlformats.org/officeDocument/2006/relationships/hyperlink" Target="https://www.kcra.com/article/sacramento-man-says-attackers-shouted-anti-lgbtq-racist-slurs-before-beating-him-in-lavender-heights/73565430" TargetMode="External"/><Relationship Id="rId11" Type="http://schemas.openxmlformats.org/officeDocument/2006/relationships/hyperlink" Target="https://www.advocate.com/news/crime/sacramento-gay-beating-hate-crime" TargetMode="External"/><Relationship Id="rId12" Type="http://schemas.openxmlformats.org/officeDocument/2006/relationships/hyperlink" Target="https://thepinktimes.com/article/sacramento-police-investigate-alleged-anti-lgbtq-beating-in-lavender-heights/" TargetMode="External"/><Relationship Id="rId13" Type="http://schemas.openxmlformats.org/officeDocument/2006/relationships/hyperlink" Target="https://www.cbsnews.com/sacramento/news/sacramento-lavender-heights-historic-district-review/" TargetMode="External"/><Relationship Id="rId14" Type="http://schemas.openxmlformats.org/officeDocument/2006/relationships/hyperlink" Target="https://hoodline.com/2026/08/four-men-beat-sacramento-man-in-lavender-heights-shouting-slurs-police-say/" TargetMode="External"/><Relationship Id="rId15" Type="http://schemas.openxmlformats.org/officeDocument/2006/relationships/hyperlink" Target="https://www.lgbtqnation.com/2026/01/gay-elder-dies-after-brutal-assault-outside-queer-nightcl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