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the Musical Tickets: How to See the National Theatre Hit at the Bridge Theatre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snapping up tickets to Pride, the National Theatre’s joyous new musical, as it transfers to the Bridge Theatre in London; fans of pop, protest anthems and a true-life tale of solidarity will want to book early for performances from November 12th 2026.</w:t>
      </w:r>
      <w:r/>
    </w:p>
    <w:p>
      <w:r/>
      <w:r>
        <w:t>Essential Takeaways</w:t>
      </w:r>
      <w:r/>
      <w:r/>
    </w:p>
    <w:p>
      <w:pPr>
        <w:pStyle w:val="ListBullet"/>
        <w:spacing w:line="240" w:lineRule="auto"/>
        <w:ind w:left="720"/>
      </w:pPr>
      <w:r/>
      <w:r>
        <w:rPr>
          <w:b/>
        </w:rPr>
        <w:t>Transfer confirmed:</w:t>
      </w:r>
      <w:r>
        <w:t xml:space="preserve"> Pride moves from the National Theatre to the Bridge Theatre, opening 12 November 2026 and running until 8 May 2027. </w:t>
      </w:r>
      <w:r/>
    </w:p>
    <w:p>
      <w:pPr>
        <w:pStyle w:val="ListBullet"/>
        <w:spacing w:line="240" w:lineRule="auto"/>
        <w:ind w:left="720"/>
      </w:pPr>
      <w:r/>
      <w:r>
        <w:rPr>
          <w:b/>
        </w:rPr>
        <w:t>Tickets on sale:</w:t>
      </w:r>
      <w:r>
        <w:t xml:space="preserve"> London Theatre Direct opens sales on Wednesday 2 September; prices start at around £35. </w:t>
      </w:r>
      <w:r/>
    </w:p>
    <w:p>
      <w:pPr>
        <w:pStyle w:val="ListBullet"/>
        <w:spacing w:line="240" w:lineRule="auto"/>
        <w:ind w:left="720"/>
      </w:pPr>
      <w:r/>
      <w:r>
        <w:rPr>
          <w:b/>
        </w:rPr>
        <w:t>Creative team:</w:t>
      </w:r>
      <w:r>
        <w:t xml:space="preserve"> Writer Stephen Beresford and director Matthew Warchus, who worked on the 2014 film, lead the production’s creative vision. </w:t>
      </w:r>
      <w:r/>
    </w:p>
    <w:p>
      <w:pPr>
        <w:pStyle w:val="ListBullet"/>
        <w:spacing w:line="240" w:lineRule="auto"/>
        <w:ind w:left="720"/>
      </w:pPr>
      <w:r/>
      <w:r>
        <w:rPr>
          <w:b/>
        </w:rPr>
        <w:t>Music mix:</w:t>
      </w:r>
      <w:r>
        <w:t xml:space="preserve"> The score blends pop, disco, protest songs and Welsh choral elements, creating a lively, emotional soundscape. </w:t>
      </w:r>
      <w:r/>
    </w:p>
    <w:p>
      <w:pPr>
        <w:pStyle w:val="ListBullet"/>
        <w:spacing w:line="240" w:lineRule="auto"/>
        <w:ind w:left="720"/>
      </w:pPr>
      <w:r/>
      <w:r>
        <w:rPr>
          <w:b/>
        </w:rPr>
        <w:t>Atmosphere:</w:t>
      </w:r>
      <w:r>
        <w:t xml:space="preserve"> Audiences report an uplifting, communal experience, expect laughter, tears and the occasional tissue.</w:t>
      </w:r>
      <w:r/>
      <w:r/>
    </w:p>
    <w:p>
      <w:pPr>
        <w:pStyle w:val="Heading2"/>
      </w:pPr>
      <w:r>
        <w:t>Why Pride's Bridge transfer matters , it's a night out with heart</w:t>
      </w:r>
      <w:r/>
    </w:p>
    <w:p>
      <w:r/>
      <w:r>
        <w:t>This is one of those theatre stories where the applause tells you everything: Pride landed at the National Theatre to sold-out houses and now heads to the Bridge Theatre for a longer run. The show feels warm and noisy in the best way, with music that makes you want to clap along and moments that snag your throat. For anyone who enjoys theatre that’s both political and party-like, this is proper must-see material.</w:t>
      </w:r>
      <w:r/>
    </w:p>
    <w:p>
      <w:r/>
      <w:r>
        <w:t>The transfer also underscores how audiences are craving feel-good shows rooted in real history. According to press coverage, the production started life in Cardiff and earned a vociferous welcome before its London success, so the run at the Bridge is really the next, sensible step. If you want a theatre night that doubles as a communal hug, this is it.</w:t>
      </w:r>
      <w:r/>
    </w:p>
    <w:p>
      <w:pPr>
        <w:pStyle w:val="Heading2"/>
      </w:pPr>
      <w:r>
        <w:t>Who made it , pedigree you can trust</w:t>
      </w:r>
      <w:r/>
    </w:p>
    <w:p>
      <w:r/>
      <w:r>
        <w:t>The creative team gives Pride a certain pedigree. Stephen Beresford, who wrote the original film, and director Matthew Warchus reprise their roles here, bringing both authenticity and theatrical craft. The music team, Christopher Nightingale, Josh Cohen and DJ Walde, mix genres in a way that keeps the energy high and the emotions real.</w:t>
      </w:r>
      <w:r/>
    </w:p>
    <w:p>
      <w:r/>
      <w:r>
        <w:t>That mix of pop, disco, protest anthems and Welsh choral tradition is a clever move: it reflects the story’s two worlds, urban London and small-town Wales. If you like a soundtrack that’s as diverse as the characters on stage, you’ll leave humming something unexpected.</w:t>
      </w:r>
      <w:r/>
    </w:p>
    <w:p>
      <w:pPr>
        <w:pStyle w:val="Heading2"/>
      </w:pPr>
      <w:r>
        <w:t>Ticket tips , how to snag seats without the stress</w:t>
      </w:r>
      <w:r/>
    </w:p>
    <w:p>
      <w:r/>
      <w:r>
        <w:t>Tickets go on sale via London Theatre Direct on 2 September, so make a note in your calendar. Prices reportedly start at £35, but expect premium seats to move fast for early performances and weekend slots. If you miss the initial sale, check weekly releases or returns, popular shows often drop extra seats closer to performance dates.</w:t>
      </w:r>
      <w:r/>
    </w:p>
    <w:p>
      <w:r/>
      <w:r>
        <w:t>Practical tip: book midweek or matinee performances for better availability and often lower prices. And if you’re going in a group, look for block bookings or contact the box office, the Bridge is smaller than some West End houses, so plan ahead.</w:t>
      </w:r>
      <w:r/>
    </w:p>
    <w:p>
      <w:pPr>
        <w:pStyle w:val="Heading2"/>
      </w:pPr>
      <w:r>
        <w:t>What audiences are saying , emotional, joyful, communal</w:t>
      </w:r>
      <w:r/>
    </w:p>
    <w:p>
      <w:r/>
      <w:r>
        <w:t>Both the creative team and the National Theatre have highlighted the audience reaction as part of the show’s success. Stephen Beresford has spoken about seeing strangers pass tissues and hug each other, which says a lot about the tone: this is a play that invites feeling. National Theatre leadership have called it a "tremendous night out," reflecting its box-office success and broad appeal.</w:t>
      </w:r>
      <w:r/>
    </w:p>
    <w:p>
      <w:r/>
      <w:r>
        <w:t>That kind of reaction matters because theatre nights are social currency, people want to leave feeling they’ve shared something. Expect laughter, a few tears, and a vibrant crowd.</w:t>
      </w:r>
      <w:r/>
    </w:p>
    <w:p>
      <w:pPr>
        <w:pStyle w:val="Heading2"/>
      </w:pPr>
      <w:r>
        <w:t>Why the Bridge Theatre is the right home next</w:t>
      </w:r>
      <w:r/>
    </w:p>
    <w:p>
      <w:r/>
      <w:r>
        <w:t>The Bridge Theatre has earned a reputation since 2017 for staging bold, varied work outside the traditional West End track. It’s hosted big-name transfers and immersive pieces, and it’s the kind of space that suits a musical with both heart and theatrical flair. The intimacy helps amplify those communal moments that reviewers and audiences have flagged.</w:t>
      </w:r>
      <w:r/>
    </w:p>
    <w:p>
      <w:r/>
      <w:r>
        <w:t>For Londoners and visitors alike, the move means more opportunity to catch a hit show without navigating the largest West End houses. If you enjoy theatre that feels immediate and shared, the Bridge will deliver.</w:t>
      </w:r>
      <w:r/>
    </w:p>
    <w:p>
      <w:r/>
      <w:r>
        <w:t>It's a small change that can make every performance feel like a shared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[7]</w:t>
        </w:r>
      </w:hyperlink>
      <w:r>
        <w:t xml:space="preserve">- Paragraph 4: </w:t>
      </w:r>
      <w:hyperlink r:id="rId11">
        <w:r>
          <w:rPr>
            <w:color w:val="0000EE"/>
            <w:u w:val="single"/>
          </w:rPr>
          <w:t>[3]</w:t>
        </w:r>
      </w:hyperlink>
      <w:r>
        <w:t xml:space="preserve">, </w:t>
      </w:r>
      <w:hyperlink r:id="rId12">
        <w:r>
          <w:rPr>
            <w:color w:val="0000EE"/>
            <w:u w:val="single"/>
          </w:rPr>
          <w:t>[5]</w:t>
        </w:r>
      </w:hyperlink>
      <w:r>
        <w:t xml:space="preserve">- Paragraph 5: </w:t>
      </w:r>
      <w:hyperlink r:id="rId10">
        <w:r>
          <w:rPr>
            <w:color w:val="0000EE"/>
            <w:u w:val="single"/>
          </w:rPr>
          <w:t>[4]</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https://www.radiotimes.com/going-out/tickets/pride-musical-tickets/</w:t>
        </w:r>
      </w:hyperlink>
      <w:r>
        <w:t xml:space="preserve"> - Please view link - unable to able to access data</w:t>
      </w:r>
      <w:r/>
    </w:p>
    <w:p>
      <w:pPr>
        <w:pStyle w:val="ListNumber"/>
        <w:spacing w:line="240" w:lineRule="auto"/>
        <w:ind w:left="720"/>
      </w:pPr>
      <w:r/>
      <w:hyperlink r:id="rId9">
        <w:r>
          <w:rPr>
            <w:color w:val="0000EE"/>
            <w:u w:val="single"/>
          </w:rPr>
          <w:t>https://www.radiotimes.com/going-out/tickets/pride-musical-tickets/</w:t>
        </w:r>
      </w:hyperlink>
      <w:r>
        <w:t xml:space="preserve"> - The National Theatre's acclaimed production of 'Pride' is set to transfer to the Bridge Theatre in November 2026. The musical, based on the true story of Lesbians and Gays Support the Miners during the 1984 miners' strike, features a creative team including writer Stephen Beresford and director Matthew Warchus. The score blends pop, disco, protest anthems, and Welsh choral traditions, composed by Christopher Nightingale, Josh Cohen, and DJ Walde. Tickets for the Bridge Theatre run, starting 12 November 2026, are available from London Theatre Direct, with prices beginning at £35.</w:t>
      </w:r>
      <w:r/>
    </w:p>
    <w:p>
      <w:pPr>
        <w:pStyle w:val="ListNumber"/>
        <w:spacing w:line="240" w:lineRule="auto"/>
        <w:ind w:left="720"/>
      </w:pPr>
      <w:r/>
      <w:hyperlink r:id="rId11">
        <w:r>
          <w:rPr>
            <w:color w:val="0000EE"/>
            <w:u w:val="single"/>
          </w:rPr>
          <w:t>https://www.londontheatredirect.com/musical/pride-tickets</w:t>
        </w:r>
      </w:hyperlink>
      <w:r>
        <w:t xml:space="preserve"> - Following a sold-out run at the National Theatre, 'Pride' the musical is transferring to the Bridge Theatre in November 2026. The production reunites director Matthew Warchus and writer Stephen Beresford, with a score by Christopher Nightingale, Josh Cohen, and DJ Walde. The cast includes Samuel Barnett as Jonathan, Matthew Durkan as Mike, and Gillian Elisa as Gwen. Tickets are available through London Theatre Direct, with performances running from 12 November 2026 to 8 May 2027.</w:t>
      </w:r>
      <w:r/>
    </w:p>
    <w:p>
      <w:pPr>
        <w:pStyle w:val="ListNumber"/>
        <w:spacing w:line="240" w:lineRule="auto"/>
        <w:ind w:left="720"/>
      </w:pPr>
      <w:r/>
      <w:hyperlink r:id="rId10">
        <w:r>
          <w:rPr>
            <w:color w:val="0000EE"/>
            <w:u w:val="single"/>
          </w:rPr>
          <w:t>https://www.broadwayworld.com/westend/article/PRIDE-Musical-to-Transfer-to-The-Bridge-Theatre-20260825</w:t>
        </w:r>
      </w:hyperlink>
      <w:r>
        <w:t xml:space="preserve"> - The new British musical 'Pride' is set to transfer to the Bridge Theatre from November 2026. After sold-out seasons at Cardiff's Sherman Theatre and the National Theatre, the production will be the inaugural show at London's 900-seat Bridge Theatre, now operated by Trafalgar Entertainment. The musical, based on the true story of Lesbians and Gays Support the Miners during the 1984 miners' strike, features a score blending protest anthems, pop, rock, disco, and Welsh choral traditions.</w:t>
      </w:r>
      <w:r/>
    </w:p>
    <w:p>
      <w:pPr>
        <w:pStyle w:val="ListNumber"/>
        <w:spacing w:line="240" w:lineRule="auto"/>
        <w:ind w:left="720"/>
      </w:pPr>
      <w:r/>
      <w:hyperlink r:id="rId12">
        <w:r>
          <w:rPr>
            <w:color w:val="0000EE"/>
            <w:u w:val="single"/>
          </w:rPr>
          <w:t>https://www.londontheatredirect.com/news/pride-musical-to-transfer-to-the-bridge-theatre-following-sold-out-national-theatre-run</w:t>
        </w:r>
      </w:hyperlink>
      <w:r>
        <w:t xml:space="preserve"> - 'Pride' the musical, based on the true story of Lesbians and Gays Support the Miners during the 1984 miners' strike, is transferring to the Bridge Theatre in November 2026. The production has been a major hit at the National Theatre's Dorfman Theatre, where its run continues until 12 September 2026. Tickets for the Bridge Theatre run, starting 12 November 2026, are available from London Theatre Direct, with prices beginning at £35.</w:t>
      </w:r>
      <w:r/>
    </w:p>
    <w:p>
      <w:pPr>
        <w:pStyle w:val="ListNumber"/>
        <w:spacing w:line="240" w:lineRule="auto"/>
        <w:ind w:left="720"/>
      </w:pPr>
      <w:r/>
      <w:hyperlink r:id="rId14">
        <w:r>
          <w:rPr>
            <w:color w:val="0000EE"/>
            <w:u w:val="single"/>
          </w:rPr>
          <w:t>https://www.broadwayworld.com/translate/pl/PRIDE-Musical-to-Transfer-to-The-Bridge-Theatre-20260825</w:t>
        </w:r>
      </w:hyperlink>
      <w:r>
        <w:t xml:space="preserve"> - The new British musical 'Pride' is set to transfer to the Bridge Theatre from November 2026. After sold-out seasons at Cardiff's Sherman Theatre and the National Theatre, the production will be the inaugural show at London's 900-seat Bridge Theatre, now operated by Trafalgar Entertainment. The musical, based on the true story of Lesbians and Gays Support the Miners during the 1984 miners' strike, features a score blending protest anthems, pop, rock, disco, and Welsh choral traditions.</w:t>
      </w:r>
      <w:r/>
    </w:p>
    <w:p>
      <w:pPr>
        <w:pStyle w:val="ListNumber"/>
        <w:spacing w:line="240" w:lineRule="auto"/>
        <w:ind w:left="720"/>
      </w:pPr>
      <w:r/>
      <w:hyperlink r:id="rId13">
        <w:r>
          <w:rPr>
            <w:color w:val="0000EE"/>
            <w:u w:val="single"/>
          </w:rPr>
          <w:t>https://www.londontheatre.co.uk/theatre-news/news/new-musical-pride-to-transfer-to-bridge-theatre</w:t>
        </w:r>
      </w:hyperlink>
      <w:r>
        <w:t xml:space="preserve"> - 'Pride' the musical, based on the true story of Lesbians and Gays Support the Miners during the 1984 miners' strike, is transferring to the Bridge Theatre in November 2026. The production has been a major hit at the National Theatre's Dorfman Theatre, where its run continues until 12 September 2026. Tickets for the Bridge Theatre run, starting 12 November 2026, are available from London Theatre Direct, with prices beginning at £35.</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radiotimes.com/going-out/tickets/pride-musical-tickets/" TargetMode="External"/><Relationship Id="rId10" Type="http://schemas.openxmlformats.org/officeDocument/2006/relationships/hyperlink" Target="https://www.broadwayworld.com/westend/article/PRIDE-Musical-to-Transfer-to-The-Bridge-Theatre-20260825" TargetMode="External"/><Relationship Id="rId11" Type="http://schemas.openxmlformats.org/officeDocument/2006/relationships/hyperlink" Target="https://www.londontheatredirect.com/musical/pride-tickets" TargetMode="External"/><Relationship Id="rId12" Type="http://schemas.openxmlformats.org/officeDocument/2006/relationships/hyperlink" Target="https://www.londontheatredirect.com/news/pride-musical-to-transfer-to-the-bridge-theatre-following-sold-out-national-theatre-run" TargetMode="External"/><Relationship Id="rId13" Type="http://schemas.openxmlformats.org/officeDocument/2006/relationships/hyperlink" Target="https://www.londontheatre.co.uk/theatre-news/news/new-musical-pride-to-transfer-to-bridge-theatre" TargetMode="External"/><Relationship Id="rId14" Type="http://schemas.openxmlformats.org/officeDocument/2006/relationships/hyperlink" Target="https://www.broadwayworld.com/translate/pl/PRIDE-Musical-to-Transfer-to-The-Bridge-Theatre-2026082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