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Family Day in Luxembourg: Celebrate Rainbow Families on 26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Celebrate together: organisers are bringing back Pride Family Day to Luxembourg‑Ville on 26 September to showcase and normalise rainbow families, with free activities, talks and performances that matter for visibility, support and inclusion.</w:t>
      </w:r>
      <w:r/>
    </w:p>
    <w:p>
      <w:r/>
      <w:r>
        <w:t>Essential Takeaways</w:t>
      </w:r>
      <w:r/>
      <w:r/>
    </w:p>
    <w:p>
      <w:pPr>
        <w:pStyle w:val="ListBullet"/>
        <w:spacing w:line="240" w:lineRule="auto"/>
        <w:ind w:left="720"/>
      </w:pPr>
      <w:r/>
      <w:r>
        <w:rPr>
          <w:b/>
        </w:rPr>
        <w:t>When and where:</w:t>
      </w:r>
      <w:r>
        <w:t xml:space="preserve"> Pride Family Day takes place on 26 September, 10:00–17:00, on Place de la Constitution in Luxembourg‑Ville.</w:t>
      </w:r>
      <w:r/>
    </w:p>
    <w:p>
      <w:pPr>
        <w:pStyle w:val="ListBullet"/>
        <w:spacing w:line="240" w:lineRule="auto"/>
        <w:ind w:left="720"/>
      </w:pPr>
      <w:r/>
      <w:r>
        <w:rPr>
          <w:b/>
        </w:rPr>
        <w:t>Free and accessible:</w:t>
      </w:r>
      <w:r>
        <w:t xml:space="preserve"> Entry is free, the site is accessible to people with reduced mobility, and events run in French, Luxembourgish and English.</w:t>
      </w:r>
      <w:r/>
    </w:p>
    <w:p>
      <w:pPr>
        <w:pStyle w:val="ListBullet"/>
        <w:spacing w:line="240" w:lineRule="auto"/>
        <w:ind w:left="720"/>
      </w:pPr>
      <w:r/>
      <w:r>
        <w:rPr>
          <w:b/>
        </w:rPr>
        <w:t>Family‑friendly programme:</w:t>
      </w:r>
      <w:r>
        <w:t xml:space="preserve"> Expect creative workshops, outdoor games, family yoga, inclusive story readings, artistic performances and round‑tables.</w:t>
      </w:r>
      <w:r/>
    </w:p>
    <w:p>
      <w:pPr>
        <w:pStyle w:val="ListBullet"/>
        <w:spacing w:line="240" w:lineRule="auto"/>
        <w:ind w:left="720"/>
      </w:pPr>
      <w:r/>
      <w:r>
        <w:rPr>
          <w:b/>
        </w:rPr>
        <w:t>Key discussions:</w:t>
      </w:r>
      <w:r>
        <w:t xml:space="preserve"> Sessions will address LGBTIQ+ access to parenthood in Luxembourg and strategies to tackle school bullying.</w:t>
      </w:r>
      <w:r/>
    </w:p>
    <w:p>
      <w:pPr>
        <w:pStyle w:val="ListBullet"/>
        <w:spacing w:line="240" w:lineRule="auto"/>
        <w:ind w:left="720"/>
      </w:pPr>
      <w:r/>
      <w:r>
        <w:rPr>
          <w:b/>
        </w:rPr>
        <w:t>Organisers and communities:</w:t>
      </w:r>
      <w:r>
        <w:t xml:space="preserve"> The Centre LGBTIQ+ Cigale leads the event alongside communities such as L‑Mums, G‑Dads and Lilies.</w:t>
      </w:r>
      <w:r/>
      <w:r/>
    </w:p>
    <w:p>
      <w:pPr>
        <w:pStyle w:val="Heading2"/>
      </w:pPr>
      <w:r>
        <w:t>A joyful return with a clear purpose</w:t>
      </w:r>
      <w:r/>
    </w:p>
    <w:p>
      <w:r/>
      <w:r>
        <w:t>The second Pride Family Day lands with the same sunny, communal vibe as the first edition, which drew almost 1,500 visitors. You can already picture kids with face paint, parents chatting over coffee and acoustic sets filling the square , it’s as much about celebration as practical solidarity. According to local reports, organisers want to keep the mood convivial while pushing visibility for families who still face isolation and administrative blind spots.</w:t>
      </w:r>
      <w:r/>
    </w:p>
    <w:p>
      <w:pPr>
        <w:pStyle w:val="Heading2"/>
      </w:pPr>
      <w:r>
        <w:t>Practical plans for parents and visitors</w:t>
      </w:r>
      <w:r/>
    </w:p>
    <w:p>
      <w:r/>
      <w:r>
        <w:t>Organisers have catered for families and professionals alike, with a jam‑packed schedule from mid‑morning to late afternoon. There’s something tactile for every age: crafts for little hands, outdoor games to burn energy, and yoga sessions that feel relaxed rather than athletic. If you’re coming with a buggy or a mobility aid, the site is accessible and multilingual, which helps when grandparents, friends or social workers join.</w:t>
      </w:r>
      <w:r/>
    </w:p>
    <w:p>
      <w:pPr>
        <w:pStyle w:val="Heading2"/>
      </w:pPr>
      <w:r>
        <w:t>Talks that matter: parenting rights and school safety</w:t>
      </w:r>
      <w:r/>
    </w:p>
    <w:p>
      <w:r/>
      <w:r>
        <w:t>Beyond the festivities, the event programmes two focused encounters: one on LGBTIQ+ access to parenthood in Luxembourg, the other on school bullying. These conversations are practical rather than theoretical , expect lived experience, legal pointers and contacts for local support. For anyone navigating parenthood options or worried about a child’s experience at school, these panels are a good first stop for signposting and solidarity.</w:t>
      </w:r>
      <w:r/>
    </w:p>
    <w:p>
      <w:pPr>
        <w:pStyle w:val="Heading2"/>
      </w:pPr>
      <w:r>
        <w:t>Who’s behind it and why the visibility counts</w:t>
      </w:r>
      <w:r/>
    </w:p>
    <w:p>
      <w:r/>
      <w:r>
        <w:t>The Centre LGBTIQ+ Cigale coordinates the day alongside community groups L‑Mums, G‑Dads and Lilies, reflecting a grassroots push to make diverse family structures visible. Organisers say the event is as much about recognition as celebration , many rainbow families still encounter prejudice or bureaucratic hurdles, so turning up en masse changes the story on the ground. It’s also a chance for allies to show up, learn and support.</w:t>
      </w:r>
      <w:r/>
    </w:p>
    <w:p>
      <w:pPr>
        <w:pStyle w:val="Heading2"/>
      </w:pPr>
      <w:r>
        <w:t>How to make the most of the day</w:t>
      </w:r>
      <w:r/>
    </w:p>
    <w:p>
      <w:r/>
      <w:r>
        <w:t>Plan to arrive early if you want a quieter moment at the activities, and bring a blanket for impromptu picnics on the square. If you need information on legal or medical resources, check the information stands and the scheduled panels , volunteers will usually point you to follow‑up contacts. Finally, don’t be shy about asking organisers for materials in your language; the multilingual setup is there to help.</w:t>
      </w:r>
      <w:r/>
    </w:p>
    <w:p>
      <w:r/>
      <w:r>
        <w:t>It's a small change that can make every family day feel safer and more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[7]</w:t>
        </w:r>
      </w:hyperlink>
      <w:r>
        <w:t xml:space="preserve">- Paragraph 2: </w:t>
      </w:r>
      <w:hyperlink r:id="rId9">
        <w:r>
          <w:rPr>
            <w:color w:val="0000EE"/>
            <w:u w:val="single"/>
          </w:rPr>
          <w:t>[7]</w:t>
        </w:r>
      </w:hyperlink>
      <w:r>
        <w:t xml:space="preserve">, </w:t>
      </w:r>
      <w:hyperlink r:id="rId11">
        <w:r>
          <w:rPr>
            <w:color w:val="0000EE"/>
            <w:u w:val="single"/>
          </w:rPr>
          <w:t>[3]</w:t>
        </w:r>
      </w:hyperlink>
      <w:r>
        <w:t xml:space="preserve">- Paragraph 3: </w:t>
      </w:r>
      <w:hyperlink r:id="rId9">
        <w:r>
          <w:rPr>
            <w:color w:val="0000EE"/>
            <w:u w:val="single"/>
          </w:rPr>
          <w:t>[7]</w:t>
        </w:r>
      </w:hyperlink>
      <w:r>
        <w:t xml:space="preserve">, </w:t>
      </w:r>
      <w:hyperlink r:id="rId11">
        <w:r>
          <w:rPr>
            <w:color w:val="0000EE"/>
            <w:u w:val="single"/>
          </w:rPr>
          <w:t>[3]</w:t>
        </w:r>
      </w:hyperlink>
      <w:r>
        <w:t xml:space="preserve">- Paragraph 4: </w:t>
      </w:r>
      <w:hyperlink r:id="rId9">
        <w:r>
          <w:rPr>
            <w:color w:val="0000EE"/>
            <w:u w:val="single"/>
          </w:rPr>
          <w:t>[7]</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https://lequotidien.lu/luxembourg/le-pride-family-day-revient-a-luxembourg/</w:t>
        </w:r>
      </w:hyperlink>
      <w:r>
        <w:t xml:space="preserve"> - Please view link - unable to able to access data</w:t>
      </w:r>
      <w:r/>
    </w:p>
    <w:p>
      <w:pPr>
        <w:pStyle w:val="ListNumber"/>
        <w:spacing w:line="240" w:lineRule="auto"/>
        <w:ind w:left="720"/>
      </w:pPr>
      <w:r/>
      <w:hyperlink r:id="rId10">
        <w:r>
          <w:rPr>
            <w:color w:val="0000EE"/>
            <w:u w:val="single"/>
          </w:rPr>
          <w:t>https://www.vdl.lu/en/whats-on/pride-family-day</w:t>
        </w:r>
      </w:hyperlink>
      <w:r>
        <w:t xml:space="preserve"> - The City of Luxembourg's official website provides details about the Pride Family Day event scheduled for 26 September 2026. The event aims to celebrate diversity and inclusion, offering a range of activities for families, including games, magic shows, face painting, yoga, and community stands. The event is free and open to everyone, emphasizing the joy of being together and celebrating all forms of family.</w:t>
      </w:r>
      <w:r/>
    </w:p>
    <w:p>
      <w:pPr>
        <w:pStyle w:val="ListNumber"/>
        <w:spacing w:line="240" w:lineRule="auto"/>
        <w:ind w:left="720"/>
      </w:pPr>
      <w:r/>
      <w:hyperlink r:id="rId11">
        <w:r>
          <w:rPr>
            <w:color w:val="0000EE"/>
            <w:u w:val="single"/>
          </w:rPr>
          <w:t>https://www.cigale.lu/?lang=en</w:t>
        </w:r>
      </w:hyperlink>
      <w:r>
        <w:t xml:space="preserve"> - Centre LGBTIQ+ CIGALE is a professional centre in Luxembourg that offers support, training, and empowerment for the LGBTIQ+ community. Established in 2002, it provides workshops, individual consultations, and community-building activities. The centre is open on Tuesdays and Thursdays from 1:00 PM to 6:00 PM and is located at 16 rue Notre-Dame, Luxembourg.</w:t>
      </w:r>
      <w:r/>
    </w:p>
    <w:p>
      <w:pPr>
        <w:pStyle w:val="ListNumber"/>
        <w:spacing w:line="240" w:lineRule="auto"/>
        <w:ind w:left="720"/>
      </w:pPr>
      <w:r/>
      <w:hyperlink r:id="rId13">
        <w:r>
          <w:rPr>
            <w:color w:val="0000EE"/>
            <w:u w:val="single"/>
          </w:rPr>
          <w:t>https://www.cigale.lu/qui-sommes-nous?lang=en</w:t>
        </w:r>
      </w:hyperlink>
      <w:r>
        <w:t xml:space="preserve"> - Centre LGBTIQ+ CIGALE is a professional service approved by the Ministry of Family, Integration, and the Greater Region in Luxembourg. Since 2002, it has been working within the LGBTIQ+ community, offering support, education, empowerment, and community-building services. The centre aims to address issues related to sexual and gender diversity.</w:t>
      </w:r>
      <w:r/>
    </w:p>
    <w:p>
      <w:pPr>
        <w:pStyle w:val="ListNumber"/>
        <w:spacing w:line="240" w:lineRule="auto"/>
        <w:ind w:left="720"/>
      </w:pPr>
      <w:r/>
      <w:hyperlink r:id="rId14">
        <w:r>
          <w:rPr>
            <w:color w:val="0000EE"/>
            <w:u w:val="single"/>
          </w:rPr>
          <w:t>https://www.cigale.lu/contact-us?lang=en</w:t>
        </w:r>
      </w:hyperlink>
      <w:r>
        <w:t xml:space="preserve"> - Centre LGBTIQ+ CIGALE provides contact information for those seeking support or more details about their services. The centre is located at 16 rue Notre-Dame, Luxembourg 2240, and can be reached by phone at 26190018 or via email at info@cigale.lu. They also offer a newsletter to keep the community informed about upcoming activities and events.</w:t>
      </w:r>
      <w:r/>
    </w:p>
    <w:p>
      <w:pPr>
        <w:pStyle w:val="ListNumber"/>
        <w:spacing w:line="240" w:lineRule="auto"/>
        <w:ind w:left="720"/>
      </w:pPr>
      <w:r/>
      <w:hyperlink r:id="rId12">
        <w:r>
          <w:rPr>
            <w:color w:val="0000EE"/>
            <w:u w:val="single"/>
          </w:rPr>
          <w:t>https://imslux.lu/eng/qui-sommes-nous/membres-associes/94_centre-lgbtiq-cigale</w:t>
        </w:r>
      </w:hyperlink>
      <w:r>
        <w:t xml:space="preserve"> - Centre LGBTIQ+ CIGALE is a member of IMS Luxembourg, a network promoting diversity and inclusion in the workplace. The centre offers advice, support, and training on issues related to sexual orientation, gender identity, and diversity. Their services are available to the LGBTIQ+ community and anyone interested in sexual and gender diversity topics.</w:t>
      </w:r>
      <w:r/>
    </w:p>
    <w:p>
      <w:pPr>
        <w:pStyle w:val="ListNumber"/>
        <w:spacing w:line="240" w:lineRule="auto"/>
        <w:ind w:left="720"/>
      </w:pPr>
      <w:r/>
      <w:hyperlink r:id="rId9">
        <w:r>
          <w:rPr>
            <w:color w:val="0000EE"/>
            <w:u w:val="single"/>
          </w:rPr>
          <w:t>https://lequotidien.lu/luxembourg/le-pride-family-day-revient-a-luxembourg/</w:t>
        </w:r>
      </w:hyperlink>
      <w:r>
        <w:t xml:space="preserve"> - An article from Le Quotidien announcing the return of the Pride Family Day to Luxembourg on 26 September 2026. The event aims to celebrate family diversity and increase visibility for 'rainbow' families. Organised by Centre LGBTIQ+ CIGALE and its communities L-Mums, G-Dads, and Lilies, the event will feature creative workshops, outdoor games, family yoga, inclusive storytelling, artistic performances, and roundtable discussions. The event is free and accessible to people with reduced mobility, with activities conducted in French, Luxembourgish, and English.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quotidien.lu/luxembourg/le-pride-family-day-revient-a-luxembourg/" TargetMode="External"/><Relationship Id="rId10" Type="http://schemas.openxmlformats.org/officeDocument/2006/relationships/hyperlink" Target="https://www.vdl.lu/en/whats-on/pride-family-day" TargetMode="External"/><Relationship Id="rId11" Type="http://schemas.openxmlformats.org/officeDocument/2006/relationships/hyperlink" Target="https://www.cigale.lu/?lang=en" TargetMode="External"/><Relationship Id="rId12" Type="http://schemas.openxmlformats.org/officeDocument/2006/relationships/hyperlink" Target="https://imslux.lu/eng/qui-sommes-nous/membres-associes/94_centre-lgbtiq-cigale" TargetMode="External"/><Relationship Id="rId13" Type="http://schemas.openxmlformats.org/officeDocument/2006/relationships/hyperlink" Target="https://www.cigale.lu/qui-sommes-nous?lang=en" TargetMode="External"/><Relationship Id="rId14" Type="http://schemas.openxmlformats.org/officeDocument/2006/relationships/hyperlink" Target="https://www.cigale.lu/contact-us?lan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