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Spanish Novel Te hice dios: Why Readers Are Talking About Its Raw, Risky Love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this brutal, poetic read: Marcos Augusto’s Te hice dios charts a feverish romance born on a hookup app and hurtling toward ruin, and readers across Spain are noticing its daring blend of erotica, stigma and lyrical prose. It matters because it upends expectations about queer desire, illness and why we’re still fascinated by self-destruction.</w:t>
      </w:r>
      <w:r/>
    </w:p>
    <w:p>
      <w:r/>
      <w:r>
        <w:t>Essential Takeaways</w:t>
      </w:r>
      <w:r/>
      <w:r/>
    </w:p>
    <w:p>
      <w:pPr>
        <w:pStyle w:val="ListBullet"/>
        <w:spacing w:line="240" w:lineRule="auto"/>
        <w:ind w:left="720"/>
      </w:pPr>
      <w:r/>
      <w:r>
        <w:rPr>
          <w:b/>
        </w:rPr>
        <w:t>Compact and intense:</w:t>
      </w:r>
      <w:r>
        <w:t xml:space="preserve"> Roughly 160 pages of fast, absorbing prose that moves like a plunge rather than a long swim. </w:t>
      </w:r>
      <w:r/>
    </w:p>
    <w:p>
      <w:pPr>
        <w:pStyle w:val="ListBullet"/>
        <w:spacing w:line="240" w:lineRule="auto"/>
        <w:ind w:left="720"/>
      </w:pPr>
      <w:r/>
      <w:r>
        <w:rPr>
          <w:b/>
        </w:rPr>
        <w:t>Unreliable, intimate voice:</w:t>
      </w:r>
      <w:r>
        <w:t xml:space="preserve"> The narrator blurs confession and distance, keeping motivations partly obscured. </w:t>
      </w:r>
      <w:r/>
    </w:p>
    <w:p>
      <w:pPr>
        <w:pStyle w:val="ListBullet"/>
        <w:spacing w:line="240" w:lineRule="auto"/>
        <w:ind w:left="720"/>
      </w:pPr>
      <w:r/>
      <w:r>
        <w:rPr>
          <w:b/>
        </w:rPr>
        <w:t>Contrasting tones:</w:t>
      </w:r>
      <w:r>
        <w:t xml:space="preserve"> Gritty, explicit scenes sit beside moments of finely wrought, almost poetic language. </w:t>
      </w:r>
      <w:r/>
    </w:p>
    <w:p>
      <w:pPr>
        <w:pStyle w:val="ListBullet"/>
        <w:spacing w:line="240" w:lineRule="auto"/>
        <w:ind w:left="720"/>
      </w:pPr>
      <w:r/>
      <w:r>
        <w:rPr>
          <w:b/>
        </w:rPr>
        <w:t>Themes that bite:</w:t>
      </w:r>
      <w:r>
        <w:t xml:space="preserve"> The book tackles bareback culture, stigma, illness, and the pull toward decay and denial. </w:t>
      </w:r>
      <w:r/>
    </w:p>
    <w:p>
      <w:pPr>
        <w:pStyle w:val="ListBullet"/>
        <w:spacing w:line="240" w:lineRule="auto"/>
        <w:ind w:left="720"/>
      </w:pPr>
      <w:r/>
      <w:r>
        <w:rPr>
          <w:b/>
        </w:rPr>
        <w:t>Polarising, intentional:</w:t>
      </w:r>
      <w:r>
        <w:t xml:space="preserve"> Augusto writes to provoke; some readers will recoil, others will find the honesty electric.</w:t>
      </w:r>
      <w:r/>
      <w:r/>
    </w:p>
    <w:p>
      <w:pPr>
        <w:pStyle w:val="Heading2"/>
      </w:pPr>
      <w:r>
        <w:t>A visceral hook: desire, apps and a story that begins in the throat</w:t>
      </w:r>
      <w:r/>
    </w:p>
    <w:p>
      <w:r/>
      <w:r>
        <w:t>Te hice dios opens with an emotional and physical tumble that feels immediate and hot; you can almost smell the sweat and the thrill. Readers have noticed how the book’s opening pages set the direction , not toward a tidy moral, but toward an inevitable collapse. According to Spanish coverage, Augusto deliberately keeps the narrator unreliable, so you never fully know whether you’re reading a truth, a fantasy, or both. That unease is part of the pleasure for some and a trigger for others, and it’s why the novel has become a talking point.</w:t>
      </w:r>
      <w:r/>
    </w:p>
    <w:p>
      <w:pPr>
        <w:pStyle w:val="Heading2"/>
      </w:pPr>
      <w:r>
        <w:t>Why the narrator’s ambiguity matters</w:t>
      </w:r>
      <w:r/>
    </w:p>
    <w:p>
      <w:r/>
      <w:r>
        <w:t>Augusto tells the story through a first person that both knows and misleads, a technique that makes the book feel like an interrogation of memory as much as a love story. Journalism on the release points out that the author wanted to avoid a single, closed narrative , instead he offers hints and fragments so readers supply motives themselves. That choice connects Te hice dios to a longer queer literary tradition where narrators are partial, theatrical, and sometimes dangerous, and it forces you to question who gets to define desire.</w:t>
      </w:r>
      <w:r/>
    </w:p>
    <w:p>
      <w:pPr>
        <w:pStyle w:val="Heading2"/>
      </w:pPr>
      <w:r>
        <w:t>Grit and lyricism: two voices in one slim book</w:t>
      </w:r>
      <w:r/>
    </w:p>
    <w:p>
      <w:r/>
      <w:r>
        <w:t>One of the novel’s most striking features is how explicitly sexual, even violent scenes coexist with passages of crafted, poetic prose. Critics and interviews note that Augusto began as a poet, and that sensibility surfaces in the book’s quieter, luminous lines. The alternation between rough edges and refined language keeps the rhythm jagged and alive; some readers who came for the shock find themselves surprised by moments of tenderness. If you’re sensitive to graphic content, consider this before you dive in, but don’t skip the lyrical payoffs.</w:t>
      </w:r>
      <w:r/>
    </w:p>
    <w:p>
      <w:pPr>
        <w:pStyle w:val="Heading2"/>
      </w:pPr>
      <w:r>
        <w:t>The cultural frame: barebacking, stigma and the politics of desire</w:t>
      </w:r>
      <w:r/>
    </w:p>
    <w:p>
      <w:r/>
      <w:r>
        <w:t>Te hice dios doesn’t shy away from controversial realities: it engages with bareback culture from the 1990s, distrust of medicine, and the ways stigma can shape sexual communities. Coverage in Spanish outlets explains that Augusto read essayistic work on those histories while researching, but he ultimately wanted to write something else , a story of compulsive love and decay. The novel sits within a broader conversation about how queer desire has been pathologised and romanticised, and it asks why certain forms of risk remain fetishised.</w:t>
      </w:r>
      <w:r/>
    </w:p>
    <w:p>
      <w:pPr>
        <w:pStyle w:val="Heading2"/>
      </w:pPr>
      <w:r>
        <w:t>Reader reaction and where this fits in contemporary Spanish letters</w:t>
      </w:r>
      <w:r/>
    </w:p>
    <w:p>
      <w:r/>
      <w:r>
        <w:t>Reactions at the book fairs and in regional press suggest a split: some hail Te hice dios as a bold new voice in Spanish queer literature, others warn that its provocations will alienate readers. The author himself anticipated rejection, saying he knew the work might provoke. That frankness feels oddly refreshing; books that aim to unsettle rarely apologise for their methods. Expect heated conversations if you bring this to a book group , it’s the kind of short novel that lingers like a late-night encounter.</w:t>
      </w:r>
      <w:r/>
    </w:p>
    <w:p>
      <w:r/>
      <w:r>
        <w:t>It's a small, sharp book that asks uncomfortable questions about love, risk and why we keep seeking what might harm 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https://www.vogue.es/articulos/marcos-augusto-entrevista-te-hice-dios-libros-2026</w:t>
        </w:r>
      </w:hyperlink>
      <w:r>
        <w:t xml:space="preserve"> - Please view link - unable to able to access data</w:t>
      </w:r>
      <w:r/>
    </w:p>
    <w:p>
      <w:pPr>
        <w:pStyle w:val="ListNumber"/>
        <w:spacing w:line="240" w:lineRule="auto"/>
        <w:ind w:left="720"/>
      </w:pPr>
      <w:r/>
      <w:hyperlink r:id="rId10">
        <w:r>
          <w:rPr>
            <w:color w:val="0000EE"/>
            <w:u w:val="single"/>
          </w:rPr>
          <w:t>https://www.eldiario.es/cultura/libros/hice-dios-proximo-fenomeno-literatura-espanola-habla-deseo-autodestruccion-entrelazan_1_13372132.html</w:t>
        </w:r>
      </w:hyperlink>
      <w:r>
        <w:t xml:space="preserve"> - Marcos Augusto's debut novel, 'Te hice dios', delves into the intertwining of desire and self-destruction. The narrative follows two men who meet on a dating app, leading to a complex relationship marked by impulsive desires and moral ambiguity. The story explores themes of love, guilt, and the human need for connection, set against the backdrop of modern queer intimacy. The novel has been lauded as a potential phenomenon in Spanish literature, offering a fresh perspective on contemporary relationships and the challenges they entail.</w:t>
      </w:r>
      <w:r/>
    </w:p>
    <w:p>
      <w:pPr>
        <w:pStyle w:val="ListNumber"/>
        <w:spacing w:line="240" w:lineRule="auto"/>
        <w:ind w:left="720"/>
      </w:pPr>
      <w:r/>
      <w:hyperlink r:id="rId11">
        <w:r>
          <w:rPr>
            <w:color w:val="0000EE"/>
            <w:u w:val="single"/>
          </w:rPr>
          <w:t>https://cadenaser.com/baleares/2026/06/11/marcos-augusto-queria-hablar-de-la-enfermedad-la-decadencia-del-cuerpo-la-pulsion-de-muerte-la-mentira-y-que-deseamos-cuando-deseamos-radio-mallorca/</w:t>
        </w:r>
      </w:hyperlink>
      <w:r>
        <w:t xml:space="preserve"> - In an interview, Marcos Augusto discusses his novel 'Te hice dios', highlighting his intention to explore themes of illness, bodily decay, the death drive, and the complexities of desire. He reflects on the moral ambiguities present in the story, emphasizing the novel's focus on the darker aspects of human relationships and the pursuit of understanding one's desires. Augusto's work challenges conventional narratives, offering a profound examination of the human condition through the lens of contemporary queer experiences.</w:t>
      </w:r>
      <w:r/>
    </w:p>
    <w:p>
      <w:pPr>
        <w:pStyle w:val="ListNumber"/>
        <w:spacing w:line="240" w:lineRule="auto"/>
        <w:ind w:left="720"/>
      </w:pPr>
      <w:r/>
      <w:hyperlink r:id="rId12">
        <w:r>
          <w:rPr>
            <w:color w:val="0000EE"/>
            <w:u w:val="single"/>
          </w:rPr>
          <w:t>https://www.ultimahora.es/noticias/cultura/2026/06/05/2643775/arcos-augusto-cuando-escribia-novela-era-muy-consciente-podia-provocar-rechazo.html</w:t>
        </w:r>
      </w:hyperlink>
      <w:r>
        <w:t xml:space="preserve"> - Marcos Augusto, author and collaborator for Ultima Hora, presents his debut novel 'Te hice dios' at the Fira del Llibre de Palma. The novel delves into the complexities of desire, self-destruction, and moral boundaries, exploring a relationship that begins through a dating app and evolves into a profound narrative. Augusto acknowledges the potential for the novel to provoke discomfort, aiming to confront readers with uncomfortable truths about human relationships and the darker facets of desire.</w:t>
      </w:r>
      <w:r/>
    </w:p>
    <w:p>
      <w:pPr>
        <w:pStyle w:val="ListNumber"/>
        <w:spacing w:line="240" w:lineRule="auto"/>
        <w:ind w:left="720"/>
      </w:pPr>
      <w:r/>
      <w:hyperlink r:id="rId14">
        <w:r>
          <w:rPr>
            <w:color w:val="0000EE"/>
            <w:u w:val="single"/>
          </w:rPr>
          <w:t>https://www.eldiario.es/illes-balears/cat/desig-vih-i-autodestruccio-temps-grindr-amb-marcos-augusto-l-amor-necessita-seva-dosi-mentida_1_13247275.html</w:t>
        </w:r>
      </w:hyperlink>
      <w:r>
        <w:t xml:space="preserve"> - Marcos Augusto's debut novel 'Te hice dios' explores themes of desire, HIV, and self-destruction in the context of modern queer intimacy. The narrative follows two men who meet on a dating app, leading to a complex relationship marked by impulsive desires and moral ambiguity. Augusto discusses his intention to delve into the complexities of love and desire, emphasizing the novel's focus on uncomfortable truths and the human need for connection, set against the backdrop of contemporary queer experiences.</w:t>
      </w:r>
      <w:r/>
    </w:p>
    <w:p>
      <w:pPr>
        <w:pStyle w:val="ListNumber"/>
        <w:spacing w:line="240" w:lineRule="auto"/>
        <w:ind w:left="720"/>
      </w:pPr>
      <w:r/>
      <w:hyperlink r:id="rId13">
        <w:r>
          <w:rPr>
            <w:color w:val="0000EE"/>
            <w:u w:val="single"/>
          </w:rPr>
          <w:t>https://www.arabalears.cat/cultura/incomoda-violencia-comporta-qualsevol-desig_128_5785927.html</w:t>
        </w:r>
      </w:hyperlink>
      <w:r>
        <w:t xml:space="preserve"> - Marcos Augusto's debut novel 'Te hice dios' delves into themes of desire, illness, guilt, and moral boundaries. The story follows two men who meet on a chat platform seeking sex, leading to a relationship marked by self-destructive impulses and the need for love and understanding. The novel has been described as both uncomfortable and ambitious, exploring the complexities of human relationships and the darker aspects of desire within the context of modern queer intimacy.</w:t>
      </w:r>
      <w:r/>
    </w:p>
    <w:p>
      <w:pPr>
        <w:pStyle w:val="ListNumber"/>
        <w:spacing w:line="240" w:lineRule="auto"/>
        <w:ind w:left="720"/>
      </w:pPr>
      <w:r/>
      <w:hyperlink r:id="rId15">
        <w:r>
          <w:rPr>
            <w:color w:val="0000EE"/>
            <w:u w:val="single"/>
          </w:rPr>
          <w:t>https://www.ultimahora.es/noticias/cultura/2026/06/16/2651697/marcos-augusto-presenta-hice-dios-feria-del-libro-madrid.html</w:t>
        </w:r>
      </w:hyperlink>
      <w:r>
        <w:t xml:space="preserve"> - Marcos Augusto presents his debut novel 'Te hice dios' at the Feria del Libro de Madrid. The novel, published by Random House, narrates a story of love and deceit within the LGBTQ+ community. Augusto was invited by Berkana, a leading queer literature reference in Spain, to present his work. The novel has received positive critical reception, exploring themes of desire, illness, and the complexities of modern queer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gue.es/articulos/marcos-augusto-entrevista-te-hice-dios-libros-2026" TargetMode="External"/><Relationship Id="rId10" Type="http://schemas.openxmlformats.org/officeDocument/2006/relationships/hyperlink" Target="https://www.eldiario.es/cultura/libros/hice-dios-proximo-fenomeno-literatura-espanola-habla-deseo-autodestruccion-entrelazan_1_13372132.html" TargetMode="External"/><Relationship Id="rId11" Type="http://schemas.openxmlformats.org/officeDocument/2006/relationships/hyperlink" Target="https://cadenaser.com/baleares/2026/06/11/marcos-augusto-queria-hablar-de-la-enfermedad-la-decadencia-del-cuerpo-la-pulsion-de-muerte-la-mentira-y-que-deseamos-cuando-deseamos-radio-mallorca/" TargetMode="External"/><Relationship Id="rId12" Type="http://schemas.openxmlformats.org/officeDocument/2006/relationships/hyperlink" Target="https://www.ultimahora.es/noticias/cultura/2026/06/05/2643775/arcos-augusto-cuando-escribia-novela-era-muy-consciente-podia-provocar-rechazo.html" TargetMode="External"/><Relationship Id="rId13" Type="http://schemas.openxmlformats.org/officeDocument/2006/relationships/hyperlink" Target="https://www.arabalears.cat/cultura/incomoda-violencia-comporta-qualsevol-desig_128_5785927.html" TargetMode="External"/><Relationship Id="rId14" Type="http://schemas.openxmlformats.org/officeDocument/2006/relationships/hyperlink" Target="https://www.eldiario.es/illes-balears/cat/desig-vih-i-autodestruccio-temps-grindr-amb-marcos-augusto-l-amor-necessita-seva-dosi-mentida_1_13247275.html" TargetMode="External"/><Relationship Id="rId15" Type="http://schemas.openxmlformats.org/officeDocument/2006/relationships/hyperlink" Target="https://www.ultimahora.es/noticias/cultura/2026/06/16/2651697/marcos-augusto-presenta-hice-dios-feria-del-libro-madri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