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Orleans LGBTQ+ Festival Guide for Labor Day Weekend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may chase sunshine elsewhere, but New Orleans turns Labor Day Weekend into a vivid celebration of LGBTQ+ culture, music and community. Southern Decadence fills the French Quarter with costumes, performances and packed streets, while the Golden Lantern on Royal Street remains a key gathering point for visitors keen to understand the festival’s history as well as enjoy its unmistakable energy.</w:t>
      </w:r>
      <w:r/>
    </w:p>
    <w:p>
      <w:pPr>
        <w:pStyle w:val="Heading2"/>
      </w:pPr>
      <w:r>
        <w:t>Essential Takeaways</w:t>
      </w:r>
      <w:r/>
      <w:r/>
    </w:p>
    <w:p>
      <w:pPr>
        <w:pStyle w:val="ListBullet"/>
        <w:spacing w:line="240" w:lineRule="auto"/>
        <w:ind w:left="720"/>
      </w:pPr>
      <w:r/>
      <w:r>
        <w:rPr>
          <w:b/>
        </w:rPr>
        <w:t>A historic starting point:</w:t>
      </w:r>
      <w:r>
        <w:t xml:space="preserve"> The Golden Lantern is closely linked to Southern Decadence’s early costume gatherings.</w:t>
      </w:r>
      <w:r/>
    </w:p>
    <w:p>
      <w:pPr>
        <w:pStyle w:val="ListBullet"/>
        <w:spacing w:line="240" w:lineRule="auto"/>
        <w:ind w:left="720"/>
      </w:pPr>
      <w:r/>
      <w:r>
        <w:rPr>
          <w:b/>
        </w:rPr>
        <w:t>A busy parade weekend:</w:t>
      </w:r>
      <w:r>
        <w:t xml:space="preserve"> The 2026 festival is scheduled for 3-7 September, with the Grand Marshal Parade due on Sunday afternoon.</w:t>
      </w:r>
      <w:r/>
    </w:p>
    <w:p>
      <w:pPr>
        <w:pStyle w:val="ListBullet"/>
        <w:spacing w:line="240" w:lineRule="auto"/>
        <w:ind w:left="720"/>
      </w:pPr>
      <w:r/>
      <w:r>
        <w:rPr>
          <w:b/>
        </w:rPr>
        <w:t>Expect heavy crowds:</w:t>
      </w:r>
      <w:r>
        <w:t xml:space="preserve"> Royal Street and surrounding French Quarter roads can become difficult to navigate during major events.</w:t>
      </w:r>
      <w:r/>
    </w:p>
    <w:p>
      <w:pPr>
        <w:pStyle w:val="ListBullet"/>
        <w:spacing w:line="240" w:lineRule="auto"/>
        <w:ind w:left="720"/>
      </w:pPr>
      <w:r/>
      <w:r>
        <w:rPr>
          <w:b/>
        </w:rPr>
        <w:t>Dress for movement:</w:t>
      </w:r>
      <w:r>
        <w:t xml:space="preserve"> Breathable clothes, secure pockets and comfortable shoes are more useful than elaborate accessories.</w:t>
      </w:r>
      <w:r/>
    </w:p>
    <w:p>
      <w:pPr>
        <w:pStyle w:val="ListBullet"/>
        <w:spacing w:line="240" w:lineRule="auto"/>
        <w:ind w:left="720"/>
      </w:pPr>
      <w:r/>
      <w:r>
        <w:rPr>
          <w:b/>
        </w:rPr>
        <w:t>Plan your base early:</w:t>
      </w:r>
      <w:r>
        <w:t xml:space="preserve"> Staying within walking distance can make a crowded weekend considerably easier.</w:t>
      </w:r>
      <w:r/>
      <w:r/>
    </w:p>
    <w:p>
      <w:pPr>
        <w:pStyle w:val="Heading2"/>
      </w:pPr>
      <w:r>
        <w:t>Why Southern Decadence Still Feels So Electric</w:t>
      </w:r>
      <w:r/>
    </w:p>
    <w:p>
      <w:r/>
      <w:r>
        <w:t>New Orleans knows how to make a public celebration feel theatrical, but Southern Decadence adds a particularly vivid layer. Costumes shimmer through the French Quarter, music spills into the streets and the atmosphere can shift from relaxed to exuberant in minutes.</w:t>
      </w:r>
      <w:r/>
    </w:p>
    <w:p>
      <w:r/>
      <w:r>
        <w:t>The festival has grown into a major LGBTQ+ event, yet its appeal isn't only about scale. According to Southern Decadence's official history, the celebration developed from a small gathering among friends in the early 1970s before becoming the large annual tradition visitors know today.</w:t>
      </w:r>
      <w:r/>
    </w:p>
    <w:p>
      <w:r/>
      <w:r>
        <w:t xml:space="preserve">That evolution gives the weekend a pleasing sense of continuity. The crowds may be enormous, but the event still carries the warmth of something that began with people simply wanting to celebrate together. </w:t>
      </w:r>
      <w:hyperlink r:id="rId9">
        <w:r>
          <w:rPr>
            <w:color w:val="0000EE"/>
            <w:u w:val="single"/>
          </w:rPr>
          <w:t>[2]</w:t>
        </w:r>
      </w:hyperlink>
      <w:r>
        <w:t xml:space="preserve">, </w:t>
      </w:r>
      <w:hyperlink r:id="rId10">
        <w:r>
          <w:rPr>
            <w:color w:val="0000EE"/>
            <w:u w:val="single"/>
          </w:rPr>
          <w:t>[3]</w:t>
        </w:r>
      </w:hyperlink>
      <w:r/>
    </w:p>
    <w:p>
      <w:pPr>
        <w:pStyle w:val="Heading2"/>
      </w:pPr>
      <w:r>
        <w:t>Golden Lantern Is More Than a Bar Stop</w:t>
      </w:r>
      <w:r/>
    </w:p>
    <w:p>
      <w:r/>
      <w:r>
        <w:t>On Royal Street, the Golden Lantern occupies an important place in the festival's story. The venue is associated with the early Southern Decadence gatherings and remains a traditional launch point for the Sunday Grand Marshal Parade.</w:t>
      </w:r>
      <w:r/>
    </w:p>
    <w:p>
      <w:r/>
      <w:r>
        <w:t>That makes it worth treating as a cultural landmark rather than merely somewhere to order a drink. The venue's own website highlights its long-standing connection to New Orleans nightlife, while Southern Decadence lists it among the event's recognised venues.</w:t>
      </w:r>
      <w:r/>
    </w:p>
    <w:p>
      <w:r/>
      <w:r>
        <w:t xml:space="preserve">The space itself is intimate, with a close-up atmosphere that suits performances and conversation but can feel tightly packed at peak times. Drag shows and a lively crowd add to its reputation, so visitors should expect energy rather than elbow room. </w:t>
      </w:r>
      <w:hyperlink r:id="rId11">
        <w:r>
          <w:rPr>
            <w:color w:val="0000EE"/>
            <w:u w:val="single"/>
          </w:rPr>
          <w:t>[4]</w:t>
        </w:r>
      </w:hyperlink>
      <w:r>
        <w:t xml:space="preserve">, </w:t>
      </w:r>
      <w:hyperlink r:id="rId12">
        <w:r>
          <w:rPr>
            <w:color w:val="0000EE"/>
            <w:u w:val="single"/>
          </w:rPr>
          <w:t>[5]</w:t>
        </w:r>
      </w:hyperlink>
      <w:r>
        <w:t xml:space="preserve">, </w:t>
      </w:r>
      <w:hyperlink r:id="rId12">
        <w:r>
          <w:rPr>
            <w:color w:val="0000EE"/>
            <w:u w:val="single"/>
          </w:rPr>
          <w:t>[7]</w:t>
        </w:r>
      </w:hyperlink>
      <w:r/>
    </w:p>
    <w:p>
      <w:pPr>
        <w:pStyle w:val="Heading2"/>
      </w:pPr>
      <w:r>
        <w:t>What to Know Before Parade Sunday</w:t>
      </w:r>
      <w:r/>
    </w:p>
    <w:p>
      <w:r/>
      <w:r>
        <w:t>For 2026, Southern Decadence is scheduled for 3-7 September, with the parade due to begin at 3pm on Sunday, 6 September. The official festival information is the best place to check timings, route details and any updates before travelling.</w:t>
      </w:r>
      <w:r/>
    </w:p>
    <w:p>
      <w:r/>
      <w:r>
        <w:t>Arriving early is sensible. The area around Royal and Barracks streets can become congested well before the procession gets moving, and walking becomes slower once spectators gather. A little extra time also lets you notice the costumes, greetings and anticipation before the crowd reaches full volume.</w:t>
      </w:r>
      <w:r/>
    </w:p>
    <w:p>
      <w:r/>
      <w:r>
        <w:t xml:space="preserve">The French Quarter is easiest to manage with a simple mental map. Use Royal Street and the Golden Lantern as a reference point, then plan to walk towards the busier parade areas rather than relying on last-minute driving or parking. </w:t>
      </w:r>
      <w:hyperlink r:id="rId9">
        <w:r>
          <w:rPr>
            <w:color w:val="0000EE"/>
            <w:u w:val="single"/>
          </w:rPr>
          <w:t>[2]</w:t>
        </w:r>
      </w:hyperlink>
      <w:r>
        <w:t xml:space="preserve">, </w:t>
      </w:r>
      <w:hyperlink r:id="rId12">
        <w:r>
          <w:rPr>
            <w:color w:val="0000EE"/>
            <w:u w:val="single"/>
          </w:rPr>
          <w:t>[5]</w:t>
        </w:r>
      </w:hyperlink>
      <w:r/>
    </w:p>
    <w:p>
      <w:pPr>
        <w:pStyle w:val="Heading2"/>
      </w:pPr>
      <w:r>
        <w:t>Dress Brightly, But Pack Practicality</w:t>
      </w:r>
      <w:r/>
    </w:p>
    <w:p>
      <w:r/>
      <w:r>
        <w:t>Southern Decadence rewards creativity. The streets are full of colour, sparkle and wonderfully bold outfits, so visitors who dress festively won't feel out of place. The 2026 theme, "Phoenix Rising: Together We Rise", comes with a palette including turquoise, red, black, royal blue and gold.</w:t>
      </w:r>
      <w:r/>
    </w:p>
    <w:p>
      <w:r/>
      <w:r>
        <w:t>Still, a dramatic outfit needs to survive heat, uneven pavements and several hours on foot. Choose breathable fabrics, dependable shoes and a bag that stays close to your body. Public nudity is prohibited, so expressive doesn't have to mean impractical or unlawful.</w:t>
      </w:r>
      <w:r/>
    </w:p>
    <w:p>
      <w:r/>
      <w:r>
        <w:t xml:space="preserve">Identification and essentials should be easy to reach but securely stored. In a dense crowd, comfort is a quiet superpower, and your feet will make their opinion known long before the parade ends. </w:t>
      </w:r>
      <w:hyperlink r:id="rId9">
        <w:r>
          <w:rPr>
            <w:color w:val="0000EE"/>
            <w:u w:val="single"/>
          </w:rPr>
          <w:t>[2]</w:t>
        </w:r>
      </w:hyperlink>
      <w:r>
        <w:t xml:space="preserve">, </w:t>
      </w:r>
      <w:hyperlink r:id="rId12">
        <w:r>
          <w:rPr>
            <w:color w:val="0000EE"/>
            <w:u w:val="single"/>
          </w:rPr>
          <w:t>[5]</w:t>
        </w:r>
      </w:hyperlink>
      <w:r/>
    </w:p>
    <w:p>
      <w:pPr>
        <w:pStyle w:val="Heading2"/>
      </w:pPr>
      <w:r>
        <w:t>Make the French Quarter Easier to Navigate</w:t>
      </w:r>
      <w:r/>
    </w:p>
    <w:p>
      <w:r/>
      <w:r>
        <w:t>Driving into the heart of the celebration is rarely the most relaxing option. Road restrictions, dense foot traffic and limited parking can turn a short journey into an unnecessary test of patience, particularly around parade activity.</w:t>
      </w:r>
      <w:r/>
    </w:p>
    <w:p>
      <w:r/>
      <w:r>
        <w:t>If you're staying elsewhere, consider parking at the edge of the Quarter and walking in. The French Market area offers public parking options along the riverfront, including the Farmers Market Lot on Decatur Street, although availability and arrangements can change.</w:t>
      </w:r>
      <w:r/>
    </w:p>
    <w:p>
      <w:r/>
      <w:r>
        <w:t xml:space="preserve">Booking accommodation nearby is another practical move. Demand rises over Labor Day Weekend, so reserving early may offer a better choice of location and price. Walking back to a nearby room, rather than organising transport after a long day, is one of those unglamorous decisions that can save the trip. </w:t>
      </w:r>
      <w:hyperlink r:id="rId9">
        <w:r>
          <w:rPr>
            <w:color w:val="0000EE"/>
            <w:u w:val="single"/>
          </w:rPr>
          <w:t>[2]</w:t>
        </w:r>
      </w:hyperlink>
      <w:r>
        <w:t xml:space="preserve">, </w:t>
      </w:r>
      <w:hyperlink r:id="rId12">
        <w:r>
          <w:rPr>
            <w:color w:val="0000EE"/>
            <w:u w:val="single"/>
          </w:rPr>
          <w:t>[5]</w:t>
        </w:r>
      </w:hyperlink>
      <w:r/>
    </w:p>
    <w:p>
      <w:pPr>
        <w:pStyle w:val="Heading2"/>
      </w:pPr>
      <w:r>
        <w:t>Enjoy the Weekend Beyond One Address</w:t>
      </w:r>
      <w:r/>
    </w:p>
    <w:p>
      <w:r/>
      <w:r>
        <w:t>The Golden Lantern may be a useful starting point, but it isn't the whole festival. Southern Decadence spreads across the French Quarter, with activity around Bourbon, Royal and neighbouring streets, alongside performances, gatherings and spontaneous street scenes.</w:t>
      </w:r>
      <w:r/>
    </w:p>
    <w:p>
      <w:r/>
      <w:r>
        <w:t>That wider atmosphere is part of the charm. You might begin with a planned parade viewing spot, then follow the music or pause to watch the crowd's costumes take over the pavement. Leave some room in the itinerary for wandering, because New Orleans is rarely at its best when every minute is scheduled.</w:t>
      </w:r>
      <w:r/>
    </w:p>
    <w:p>
      <w:r/>
      <w:r>
        <w:t xml:space="preserve">Respect matters just as much as enthusiasm. Keep your group loosely connected, look after valuables and stay aware when streets become crowded. The festival's inclusive spirit is strongest when visitors arrive with curiosity, good manners and a willingness to let others enjoy the celebration too. </w:t>
      </w:r>
      <w:hyperlink r:id="rId9">
        <w:r>
          <w:rPr>
            <w:color w:val="0000EE"/>
            <w:u w:val="single"/>
          </w:rPr>
          <w:t>[2]</w:t>
        </w:r>
      </w:hyperlink>
      <w:r>
        <w:t xml:space="preserve">, </w:t>
      </w:r>
      <w:hyperlink r:id="rId12">
        <w:r>
          <w:rPr>
            <w:color w:val="0000EE"/>
            <w:u w:val="single"/>
          </w:rPr>
          <w:t>[5]</w:t>
        </w:r>
      </w:hyperlink>
      <w:r>
        <w:t xml:space="preserve">, </w:t>
      </w:r>
      <w:hyperlink r:id="rId12">
        <w:r>
          <w:rPr>
            <w:color w:val="0000EE"/>
            <w:u w:val="single"/>
          </w:rPr>
          <w:t>[7]</w:t>
        </w:r>
      </w:hyperlink>
      <w:r/>
    </w:p>
    <w:p>
      <w:r/>
      <w:r>
        <w:t>It's a small planning effort that makes a very big weekend feel far more enjoyable.</w:t>
      </w:r>
      <w:r/>
    </w:p>
    <w:p>
      <w:pPr>
        <w:pStyle w:val="Heading3"/>
      </w:pPr>
      <w:r>
        <w:t>Source Reference Map</w:t>
      </w:r>
      <w:r/>
    </w:p>
    <w:p>
      <w:r/>
      <w:r>
        <w:rPr>
          <w:b/>
        </w:rPr>
        <w:t>Story idea inspired by:</w:t>
      </w:r>
      <w:r>
        <w:t xml:space="preserve"> </w:t>
      </w:r>
      <w:hyperlink r:id="rId13">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1">
        <w:r>
          <w:rPr>
            <w:color w:val="0000EE"/>
            <w:u w:val="single"/>
          </w:rPr>
          <w:t>[4]</w:t>
        </w:r>
      </w:hyperlink>
      <w:r>
        <w:t xml:space="preserve">, </w:t>
      </w:r>
      <w:hyperlink r:id="rId12">
        <w:r>
          <w:rPr>
            <w:color w:val="0000EE"/>
            <w:u w:val="single"/>
          </w:rPr>
          <w:t>[5]</w:t>
        </w:r>
      </w:hyperlink>
      <w:r>
        <w:t xml:space="preserve">, </w:t>
      </w:r>
      <w:hyperlink r:id="rId12">
        <w:r>
          <w:rPr>
            <w:color w:val="0000EE"/>
            <w:u w:val="single"/>
          </w:rPr>
          <w:t>[7]</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2">
        <w:r>
          <w:rPr>
            <w:color w:val="0000EE"/>
            <w:u w:val="single"/>
          </w:rPr>
          <w:t>[5]</w:t>
        </w:r>
      </w:hyperlink>
      <w:r>
        <w:t xml:space="preserve">- Paragraph 5: </w:t>
      </w:r>
      <w:hyperlink r:id="rId9">
        <w:r>
          <w:rPr>
            <w:color w:val="0000EE"/>
            <w:u w:val="single"/>
          </w:rPr>
          <w:t>[2]</w:t>
        </w:r>
      </w:hyperlink>
      <w:r>
        <w:t xml:space="preserve">, </w:t>
      </w:r>
      <w:hyperlink r:id="rId12">
        <w:r>
          <w:rPr>
            <w:color w:val="0000EE"/>
            <w:u w:val="single"/>
          </w:rPr>
          <w:t>[5]</w:t>
        </w:r>
      </w:hyperlink>
      <w:r>
        <w:t xml:space="preserve">- Paragraph 6: </w:t>
      </w:r>
      <w:hyperlink r:id="rId9">
        <w:r>
          <w:rPr>
            <w:color w:val="0000EE"/>
            <w:u w:val="single"/>
          </w:rPr>
          <w:t>[2]</w:t>
        </w:r>
      </w:hyperlink>
      <w:r>
        <w:t xml:space="preserve">, </w:t>
      </w:r>
      <w:hyperlink r:id="rId12">
        <w:r>
          <w:rPr>
            <w:color w:val="0000EE"/>
            <w:u w:val="single"/>
          </w:rPr>
          <w:t>[5]</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13">
        <w:r>
          <w:rPr>
            <w:color w:val="0000EE"/>
            <w:u w:val="single"/>
          </w:rPr>
          <w:t>https://www.travelmag.com/this-famous-new-orleans-festival-takes-over-the-french-quarter-every-labor-day-weekend-a1b31b75/</w:t>
        </w:r>
      </w:hyperlink>
      <w:r>
        <w:t xml:space="preserve"> - Please view link - unable to able to access data</w:t>
      </w:r>
      <w:r/>
    </w:p>
    <w:p>
      <w:pPr>
        <w:pStyle w:val="ListNumber"/>
        <w:spacing w:line="240" w:lineRule="auto"/>
        <w:ind w:left="720"/>
      </w:pPr>
      <w:r/>
      <w:hyperlink r:id="rId9">
        <w:r>
          <w:rPr>
            <w:color w:val="0000EE"/>
            <w:u w:val="single"/>
          </w:rPr>
          <w:t>https://www.southerndecadence.com/</w:t>
        </w:r>
      </w:hyperlink>
      <w:r>
        <w:t xml:space="preserve"> - Southern Decadence is an annual LGBTQ+ celebration in New Orleans, held over Labor Day weekend in the historic French Quarter. The 2026 event is scheduled from September 3 to 7, featuring block parties, drag shows, dance parties, and live music. The Grand Marshal Parade, a highlight of the festival, is set for Sunday, September 6, at 2:00 PM, starting from the Golden Lantern bar. This event is one of the largest LGBTQ+ celebrations in the United States, drawing thousands of visitors each year.</w:t>
      </w:r>
      <w:r/>
    </w:p>
    <w:p>
      <w:pPr>
        <w:pStyle w:val="ListNumber"/>
        <w:spacing w:line="240" w:lineRule="auto"/>
        <w:ind w:left="720"/>
      </w:pPr>
      <w:r/>
      <w:hyperlink r:id="rId10">
        <w:r>
          <w:rPr>
            <w:color w:val="0000EE"/>
            <w:u w:val="single"/>
          </w:rPr>
          <w:t>https://www.southerndecadence.com/history/</w:t>
        </w:r>
      </w:hyperlink>
      <w:r>
        <w:t xml:space="preserve"> - Southern Decadence began in 1972 as a costume farewell party among friends known as 'The Decadents.' Over the years, it evolved into a major LGBTQ+ tradition, expanding into a walking parade and eventually becoming an international draw. The Golden Lantern bar, located at 1239 Royal Street, has been central to this celebration, serving as the traditional starting point for the Grand Marshal Parade. The bar's role underscores its significance in the festival's history and its ongoing connection to the LGBTQ+ community.</w:t>
      </w:r>
      <w:r/>
    </w:p>
    <w:p>
      <w:pPr>
        <w:pStyle w:val="ListNumber"/>
        <w:spacing w:line="240" w:lineRule="auto"/>
        <w:ind w:left="720"/>
      </w:pPr>
      <w:r/>
      <w:hyperlink r:id="rId11">
        <w:r>
          <w:rPr>
            <w:color w:val="0000EE"/>
            <w:u w:val="single"/>
          </w:rPr>
          <w:t>https://www.thegoldenlanternneworleans.com/</w:t>
        </w:r>
      </w:hyperlink>
      <w:r>
        <w:t xml:space="preserve"> - Established in 1964, the Golden Lantern is a historic bar located at 1239 Royal Street in New Orleans' French Quarter. It has long been a central gathering place for the LGBTQ+ community and is renowned as the original home of Southern Decadence. The bar offers a cozy atmosphere with exposed brick walls, serving as a traditional yet inclusive space for both locals and visitors. Its significance is highlighted by its role in hosting the Grand Marshal Parade during Southern Decadence.</w:t>
      </w:r>
      <w:r/>
    </w:p>
    <w:p>
      <w:pPr>
        <w:pStyle w:val="ListNumber"/>
        <w:spacing w:line="240" w:lineRule="auto"/>
        <w:ind w:left="720"/>
      </w:pPr>
      <w:r/>
      <w:hyperlink r:id="rId12">
        <w:r>
          <w:rPr>
            <w:color w:val="0000EE"/>
            <w:u w:val="single"/>
          </w:rPr>
          <w:t>https://www.southerndecadence.com/venue/golden-lantern-bar/</w:t>
        </w:r>
      </w:hyperlink>
      <w:r>
        <w:t xml:space="preserve"> - The Golden Lantern bar, situated at 1239 Royal Street, is a pivotal venue during Southern Decadence. As the traditional starting point for the Grand Marshal Parade, it holds a central role in the festival's activities. The bar's location in the heart of the French Quarter makes it an ideal gathering spot for attendees. Its longstanding association with Southern Decadence underscores its importance in the LGBTQ+ community and the cultural fabric of New Orleans.</w:t>
      </w:r>
      <w:r/>
    </w:p>
    <w:p>
      <w:pPr>
        <w:pStyle w:val="ListNumber"/>
        <w:spacing w:line="240" w:lineRule="auto"/>
        <w:ind w:left="720"/>
      </w:pPr>
      <w:r/>
      <w:hyperlink r:id="rId14">
        <w:r>
          <w:rPr>
            <w:color w:val="0000EE"/>
            <w:u w:val="single"/>
          </w:rPr>
          <w:t>https://www.southerndecadence.com/venue/golden-lantern-bar/?eventDisplay=past</w:t>
        </w:r>
      </w:hyperlink>
      <w:r>
        <w:t xml:space="preserve"> - The Golden Lantern bar has been the starting point for the Southern Decadence Grand Marshal Parade for many years. Events at this venue have included the Southern Decadence Parade, with the 2025 parade taking place on August 31. The bar's consistent role in hosting the parade highlights its enduring significance in the festival's history and its central position in the French Quarter's LGBTQ+ community.</w:t>
      </w:r>
      <w:r/>
    </w:p>
    <w:p>
      <w:pPr>
        <w:pStyle w:val="ListNumber"/>
        <w:spacing w:line="240" w:lineRule="auto"/>
        <w:ind w:left="720"/>
      </w:pPr>
      <w:r/>
      <w:hyperlink r:id="rId12">
        <w:r>
          <w:rPr>
            <w:color w:val="0000EE"/>
            <w:u w:val="single"/>
          </w:rPr>
          <w:t>https://www.southerndecadence.com/venue/golden-lantern-bar/</w:t>
        </w:r>
      </w:hyperlink>
      <w:r>
        <w:t xml:space="preserve"> - The Golden Lantern bar, located at 1239 Royal Street, is a historic establishment in New Orleans' French Quarter. Opened in 1964, it has been a central gathering place for the LGBTQ+ community and is renowned as the original home of Southern Decadence. The bar offers a cozy atmosphere with exposed brick walls, serving as a traditional yet inclusive space for both locals and visitors. Its significance is highlighted by its role in hosting the Grand Marshal Parade during Southern Decadence.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outherndecadence.com/" TargetMode="External"/><Relationship Id="rId10" Type="http://schemas.openxmlformats.org/officeDocument/2006/relationships/hyperlink" Target="https://www.southerndecadence.com/history/" TargetMode="External"/><Relationship Id="rId11" Type="http://schemas.openxmlformats.org/officeDocument/2006/relationships/hyperlink" Target="https://www.thegoldenlanternneworleans.com/" TargetMode="External"/><Relationship Id="rId12" Type="http://schemas.openxmlformats.org/officeDocument/2006/relationships/hyperlink" Target="https://www.southerndecadence.com/venue/golden-lantern-bar/" TargetMode="External"/><Relationship Id="rId13" Type="http://schemas.openxmlformats.org/officeDocument/2006/relationships/hyperlink" Target="https://www.travelmag.com/this-famous-new-orleans-festival-takes-over-the-french-quarter-every-labor-day-weekend-a1b31b75/" TargetMode="External"/><Relationship Id="rId14" Type="http://schemas.openxmlformats.org/officeDocument/2006/relationships/hyperlink" Target="https://www.southerndecadence.com/venue/golden-lantern-bar/?eventDisplay=pa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