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LGBTQ-Inclusive Kids’ Books for Joy, Family and Growing Up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reaching for two fresh, heartwarming queer-inclusive kids’ books this week that blend joy, history, and imagination; parents, teachers and gift-hunters will want to know why these picture-book and middle-grade picks matter for representation, empathy, and delightful storytelling.</w:t>
      </w:r>
      <w:r/>
    </w:p>
    <w:p>
      <w:r/>
      <w:r>
        <w:t>Essential Takeaways</w:t>
      </w:r>
      <w:r/>
      <w:r/>
    </w:p>
    <w:p>
      <w:pPr>
        <w:pStyle w:val="ListBullet"/>
        <w:spacing w:line="240" w:lineRule="auto"/>
        <w:ind w:left="720"/>
      </w:pPr>
      <w:r/>
      <w:r>
        <w:rPr>
          <w:b/>
        </w:rPr>
        <w:t>Picture-book warmth:</w:t>
      </w:r>
      <w:r>
        <w:t xml:space="preserve"> Family Found celebrates chosen family and queer elders with collage illustrations and a tender, conversational tone.</w:t>
      </w:r>
      <w:r/>
    </w:p>
    <w:p>
      <w:pPr>
        <w:pStyle w:val="ListBullet"/>
        <w:spacing w:line="240" w:lineRule="auto"/>
        <w:ind w:left="720"/>
      </w:pPr>
      <w:r/>
      <w:r>
        <w:rPr>
          <w:b/>
        </w:rPr>
        <w:t>Middle-grade magic:</w:t>
      </w:r>
      <w:r>
        <w:t xml:space="preserve"> The Shapeshifter’s Guide to Gym Class mixes fantasy, friendship, and coming-of-age wisdom without reducing trans characters to trauma.</w:t>
      </w:r>
      <w:r/>
    </w:p>
    <w:p>
      <w:pPr>
        <w:pStyle w:val="ListBullet"/>
        <w:spacing w:line="240" w:lineRule="auto"/>
        <w:ind w:left="720"/>
      </w:pPr>
      <w:r/>
      <w:r>
        <w:rPr>
          <w:b/>
        </w:rPr>
        <w:t>Diverse characters:</w:t>
      </w:r>
      <w:r>
        <w:t xml:space="preserve"> Both books foreground racially and culturally mixed families and characters, offering visible representation.</w:t>
      </w:r>
      <w:r/>
    </w:p>
    <w:p>
      <w:pPr>
        <w:pStyle w:val="ListBullet"/>
        <w:spacing w:line="240" w:lineRule="auto"/>
        <w:ind w:left="720"/>
      </w:pPr>
      <w:r/>
      <w:r>
        <w:rPr>
          <w:b/>
        </w:rPr>
        <w:t>Readable lessons:</w:t>
      </w:r>
      <w:r>
        <w:t xml:space="preserve"> Each title teaches history, community, and self-acceptance through story, not lectures, easy to read aloud and discuss.</w:t>
      </w:r>
      <w:r/>
    </w:p>
    <w:p>
      <w:pPr>
        <w:pStyle w:val="ListBullet"/>
        <w:spacing w:line="240" w:lineRule="auto"/>
        <w:ind w:left="720"/>
      </w:pPr>
      <w:r/>
      <w:r>
        <w:rPr>
          <w:b/>
        </w:rPr>
        <w:t>Practical for gifting:</w:t>
      </w:r>
      <w:r>
        <w:t xml:space="preserve"> Suitable for classroom shelves, holiday lists, and home libraries; both are colourful, clever, and emotionally generous.</w:t>
      </w:r>
      <w:r/>
      <w:r/>
    </w:p>
    <w:p>
      <w:pPr>
        <w:pStyle w:val="Heading2"/>
      </w:pPr>
      <w:r>
        <w:t>Why Family Found feels like a warm kitchen table</w:t>
      </w:r>
      <w:r/>
    </w:p>
    <w:p>
      <w:r/>
      <w:r>
        <w:t>The opening images and pages smell of pie and conversation, and that domestic warmth is the book’s chief pleasure. Joanna McClintick’s picture book centres a child watching adults pass down memories while they prepare a Friendsgiving feast, and Keisha Morris’s collage art keeps the scenes tactile and cosy. The book uses small, human moments, peeling apples, fixing a car, to make queer history feel lived-in rather than remote. According to publishers and listings, the title includes an author’s note that lightly expands on references for grown-ups who want context. If you read it aloud, pause for the adults’ answers and invite kids to share their family stories; it’s a natural prompt for talking about chosen family and intergenerational resilience.</w:t>
      </w:r>
      <w:r/>
    </w:p>
    <w:p>
      <w:pPr>
        <w:pStyle w:val="Heading2"/>
      </w:pPr>
      <w:r>
        <w:t>A Friendsgiving that teaches through story, not a textbook</w:t>
      </w:r>
      <w:r/>
    </w:p>
    <w:p>
      <w:r/>
      <w:r>
        <w:t>This book doesn’t try to teach everything at once; instead, it layers personal recollections from elders, stories about coded questions, drag, activism, and lets children absorb history through voice and humour. The narrative repeatedly lands on the comforting line that what matters is people finding each other, which is both a political and emotional takeaway. For teachers, it’s a neat segue into classroom conversations about community traditions, or a gentle introduction to queer history like the Lavender Menace. Practical tip: pair the read with a simple craft or potluck snack so kids can recreate the communal feel, and ask them which family traditions they’d like to invent.</w:t>
      </w:r>
      <w:r/>
    </w:p>
    <w:p>
      <w:pPr>
        <w:pStyle w:val="Heading2"/>
      </w:pPr>
      <w:r>
        <w:t>Maia’s shapeshifting makes adolescence feel magical and true</w:t>
      </w:r>
      <w:r/>
    </w:p>
    <w:p>
      <w:r/>
      <w:r>
        <w:t>Kai Cheng Thom’s middle-grade novel opens with a relatable cringe moment, Maia’s moth wings flaring at the worst time, and it uses that physical awkwardness to anchor empathy. The town’s blight and the mystery around shifters give the book plot momentum, while Maia’s Guidebook entries between chapters offer witty, useful advice on friendship, identity, and rules. The result is a book that’s fun and thoughtful: it never reduces Maia or her friends to a single label, yet it honours their trans and queer experiences. If you’re choosing a middle-grade title for a classroom or book club, this one gives young readers room to talk about belonging, allyship, and how communities protect, or scapegoat, each other.</w:t>
      </w:r>
      <w:r/>
    </w:p>
    <w:p>
      <w:pPr>
        <w:pStyle w:val="Heading2"/>
      </w:pPr>
      <w:r>
        <w:t>Representation without being didactic</w:t>
      </w:r>
      <w:r/>
    </w:p>
    <w:p>
      <w:r/>
      <w:r>
        <w:t>Both books strike a careful balance: identities are present and important, but they aren’t the only thing the stories are about. Family Found celebrates a predominantly Black chosen family with several characters who read as Asian, while The Shapeshifter’s Guide includes a racially mixed cast, Maia has an Asian father and White mother; friends represent Black, East Asian and South Asian backgrounds. That diversity matters on the page and in how young readers see themselves reflected. Teachers and parents should note that these books model inclusion in everyday terms, meals, mischief, mystery, so conversations afterwards feel natural rather than clinical. A simple question like “Which character felt like someone you know?” opens meaningful dialogue.</w:t>
      </w:r>
      <w:r/>
    </w:p>
    <w:p>
      <w:pPr>
        <w:pStyle w:val="Heading2"/>
      </w:pPr>
      <w:r>
        <w:t>How to choose which book to buy, or why you’ll want both</w:t>
      </w:r>
      <w:r/>
    </w:p>
    <w:p>
      <w:r/>
      <w:r>
        <w:t>Pick Family Found if you need a read-aloud that’s short, sensory and perfect for holiday or classroom circle time; it’s also a gentle way to introduce queer history via family lore. Pick The Shapeshifter’s Guide to Gym Class if you want a longer read with plot twists, middle-school stakes, and practical life tips woven into the narrative. It’s great for older children who enjoy fantasy grounded in emotional realism. Honestly, if you can, get both: they complement each other, one offers intimate ritual and history, the other gives expansive imagination and growing-up wisdom.</w:t>
      </w:r>
      <w:r/>
    </w:p>
    <w:p>
      <w:r/>
      <w:r>
        <w:t>It’s a small change that can make story time fuller, kinder and truer.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[7]</w:t>
        </w:r>
      </w:hyperlink>
      <w:r>
        <w:t xml:space="preserve">- Paragraph 3: </w:t>
      </w:r>
      <w:hyperlink r:id="rId14">
        <w:r>
          <w:rPr>
            <w:color w:val="0000EE"/>
            <w:u w:val="single"/>
          </w:rPr>
          <w:t>[6]</w:t>
        </w:r>
      </w:hyperlink>
      <w:r>
        <w:t xml:space="preserve">, </w:t>
      </w:r>
      <w:hyperlink r:id="rId11">
        <w:r>
          <w:rPr>
            <w:color w:val="0000EE"/>
            <w:u w:val="single"/>
          </w:rPr>
          <w:t>[4]</w:t>
        </w:r>
      </w:hyperlink>
      <w:r>
        <w:t xml:space="preserve">- Paragraph 4: </w:t>
      </w:r>
      <w:hyperlink r:id="rId15">
        <w:r>
          <w:rPr>
            <w:color w:val="0000EE"/>
            <w:u w:val="single"/>
          </w:rPr>
          <w:t>[3]</w:t>
        </w:r>
      </w:hyperlink>
      <w:r>
        <w:t xml:space="preserve">, </w:t>
      </w:r>
      <w:hyperlink r:id="rId14">
        <w:r>
          <w:rPr>
            <w:color w:val="0000EE"/>
            <w:u w:val="single"/>
          </w:rPr>
          <w:t>[6]</w:t>
        </w:r>
      </w:hyperlink>
      <w:r>
        <w:t xml:space="preserve">- Paragraph 5: </w:t>
      </w:r>
      <w:hyperlink r:id="rId15">
        <w:r>
          <w:rPr>
            <w:color w:val="0000EE"/>
            <w:u w:val="single"/>
          </w:rPr>
          <w:t>[3]</w:t>
        </w:r>
      </w:hyperlink>
      <w:r>
        <w:t xml:space="preserve">, </w:t>
      </w:r>
      <w:hyperlink r:id="rId14">
        <w:r>
          <w:rPr>
            <w:color w:val="0000EE"/>
            <w:u w:val="single"/>
          </w:rPr>
          <w:t>[6]</w:t>
        </w:r>
      </w:hyperlink>
      <w:r>
        <w:t xml:space="preserve">- Paragraph 6: </w:t>
      </w:r>
      <w:hyperlink r:id="rId10">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https://mombian.com/2026/09/02/2-must-have-new-kids-books-of-queer-joy-and-wisdom/</w:t>
        </w:r>
      </w:hyperlink>
      <w:r>
        <w:t xml:space="preserve"> - Please view link - unable to able to access data</w:t>
      </w:r>
      <w:r/>
    </w:p>
    <w:p>
      <w:pPr>
        <w:pStyle w:val="ListNumber"/>
        <w:spacing w:line="240" w:lineRule="auto"/>
        <w:ind w:left="720"/>
      </w:pPr>
      <w:r/>
      <w:hyperlink r:id="rId10">
        <w:r>
          <w:rPr>
            <w:color w:val="0000EE"/>
            <w:u w:val="single"/>
          </w:rPr>
          <w:t>https://www.goodreads.com/book/show/244707443-family-found</w:t>
        </w:r>
      </w:hyperlink>
      <w:r>
        <w:t xml:space="preserve"> - 'Family Found: A Queer Friendsgiving Celebration' by Joanna McClintick, illustrated by Keisha Morris, is a forthcoming picture book that explores the origins of a family's annual Friendsgiving gathering. The story features a Black child who inquires about the event's history, prompting each family member to share their unique perspective. The narrative intertwines personal anecdotes with LGBTQIA+ history, highlighting themes of love, community, and gratitude. The book is set to be published on September 1, 2026. (</w:t>
      </w:r>
      <w:hyperlink r:id="rId16">
        <w:r>
          <w:rPr>
            <w:color w:val="0000EE"/>
            <w:u w:val="single"/>
          </w:rPr>
          <w:t>goodreads.com</w:t>
        </w:r>
      </w:hyperlink>
      <w:r>
        <w:t>)</w:t>
      </w:r>
      <w:r/>
    </w:p>
    <w:p>
      <w:pPr>
        <w:pStyle w:val="ListNumber"/>
        <w:spacing w:line="240" w:lineRule="auto"/>
        <w:ind w:left="720"/>
      </w:pPr>
      <w:r/>
      <w:hyperlink r:id="rId15">
        <w:r>
          <w:rPr>
            <w:color w:val="0000EE"/>
            <w:u w:val="single"/>
          </w:rPr>
          <w:t>https://www.publishersweekly.com/9781536231182</w:t>
        </w:r>
      </w:hyperlink>
      <w:r>
        <w:t xml:space="preserve"> - In this Publishers Weekly review, 'Family Found: A Queer Friendsgiving Celebration' by Joanna McClintick and illustrated by Keisha Morris is praised for its intersectionally diverse found family and its exploration of LGBTQ+ history. The story follows a Black child who seeks to uncover the origins of their annual Friendsgiving gathering, with each family member offering a different account. The book is noted for its warm, jubilant artwork and its accessible approach to collective history. It is scheduled for release on September 1, 2026. (</w:t>
      </w:r>
      <w:hyperlink r:id="rId17">
        <w:r>
          <w:rPr>
            <w:color w:val="0000EE"/>
            <w:u w:val="single"/>
          </w:rPr>
          <w:t>publishersweekly.com</w:t>
        </w:r>
      </w:hyperlink>
      <w:r>
        <w:t>)</w:t>
      </w:r>
      <w:r/>
    </w:p>
    <w:p>
      <w:pPr>
        <w:pStyle w:val="ListNumber"/>
        <w:spacing w:line="240" w:lineRule="auto"/>
        <w:ind w:left="720"/>
      </w:pPr>
      <w:r/>
      <w:hyperlink r:id="rId11">
        <w:r>
          <w:rPr>
            <w:color w:val="0000EE"/>
            <w:u w:val="single"/>
          </w:rPr>
          <w:t>https://www.penguinrandomhouse.com/books/813745/family-found-a-queer-friendsgiving-celebration-by-joanna-mcclintick-illustrated-by-keisha-morris/</w:t>
        </w:r>
      </w:hyperlink>
      <w:r>
        <w:t xml:space="preserve"> - This Penguin Random House page provides details about 'Family Found: A Queer Friendsgiving Celebration' by Joanna McClintick, illustrated by Keisha Morris. The book tells the story of a Black child who, during their annual Friendsgiving gathering, asks each family member about the event's origins, leading to diverse and heartfelt responses. The narrative celebrates themes of love, community, and LGBTQIA+ history. The book is set to be published on September 1, 2026. (</w:t>
      </w:r>
      <w:hyperlink r:id="rId18">
        <w:r>
          <w:rPr>
            <w:color w:val="0000EE"/>
            <w:u w:val="single"/>
          </w:rPr>
          <w:t>penguinrandomhouse.com</w:t>
        </w:r>
      </w:hyperlink>
      <w:r>
        <w:t>)</w:t>
      </w:r>
      <w:r/>
    </w:p>
    <w:p>
      <w:pPr>
        <w:pStyle w:val="ListNumber"/>
        <w:spacing w:line="240" w:lineRule="auto"/>
        <w:ind w:left="720"/>
      </w:pPr>
      <w:r/>
      <w:hyperlink r:id="rId12">
        <w:r>
          <w:rPr>
            <w:color w:val="0000EE"/>
            <w:u w:val="single"/>
          </w:rPr>
          <w:t>https://www.candlewick.com/9781536253535/family-found-a-queer-friendsgiving-celebration/</w:t>
        </w:r>
      </w:hyperlink>
      <w:r>
        <w:t xml:space="preserve"> - Candlewick Press presents 'Family Found: A Queer Friendsgiving Celebration' by Joanna McClintick, illustrated by Keisha Morris. The story revolves around a Black child who, during their annual Friendsgiving gathering, inquires about the event's origins, prompting each family member to share their unique story. The book intertwines personal narratives with LGBTQIA+ history, highlighting themes of love, community, and gratitude. It is scheduled for release on September 1, 2026. (</w:t>
      </w:r>
      <w:hyperlink r:id="rId19">
        <w:r>
          <w:rPr>
            <w:color w:val="0000EE"/>
            <w:u w:val="single"/>
          </w:rPr>
          <w:t>candlewick.com</w:t>
        </w:r>
      </w:hyperlink>
      <w:r>
        <w:t>)</w:t>
      </w:r>
      <w:r/>
    </w:p>
    <w:p>
      <w:pPr>
        <w:pStyle w:val="ListNumber"/>
        <w:spacing w:line="240" w:lineRule="auto"/>
        <w:ind w:left="720"/>
      </w:pPr>
      <w:r/>
      <w:hyperlink r:id="rId14">
        <w:r>
          <w:rPr>
            <w:color w:val="0000EE"/>
            <w:u w:val="single"/>
          </w:rPr>
          <w:t>https://www.mombian.com/2026/09/02/2-must-have-new-kids-books-of-queer-joy-and-wisdom/</w:t>
        </w:r>
      </w:hyperlink>
      <w:r>
        <w:t xml:space="preserve"> - This Mombian article highlights two new LGBTQ-inclusive children's books: 'Family Found: A Queer Friendsgiving Celebration' by Joanna McClintick and 'The Shapeshifter’s Guide to Gym Class' by Kai Cheng Thom. The former is a picture book that celebrates queer history and the importance of chosen family, while the latter is a middle-grade novel that explores themes of self-discovery and community through the story of a transgender shapeshifter. Both books are praised for their joyful and wise narratives.</w:t>
      </w:r>
      <w:r/>
    </w:p>
    <w:p>
      <w:pPr>
        <w:pStyle w:val="ListNumber"/>
        <w:spacing w:line="240" w:lineRule="auto"/>
        <w:ind w:left="720"/>
      </w:pPr>
      <w:r/>
      <w:hyperlink r:id="rId13">
        <w:r>
          <w:rPr>
            <w:color w:val="0000EE"/>
            <w:u w:val="single"/>
          </w:rPr>
          <w:t>https://www.candlewick.com/9781536231182/family-found-a-queer-friendsgiving-celebration/</w:t>
        </w:r>
      </w:hyperlink>
      <w:r>
        <w:t xml:space="preserve"> - Candlewick Press offers 'Family Found: A Queer Friendsgiving Celebration' by Joanna McClintick, illustrated by Keisha Morris. The book follows a Black child who, during their annual Friendsgiving gathering, asks each family member about the event's origins, leading to diverse and heartfelt responses. The narrative celebrates themes of love, community, and LGBTQIA+ history. It is set to be published on September 1, 2026. (</w:t>
      </w:r>
      <w:hyperlink r:id="rId20">
        <w:r>
          <w:rPr>
            <w:color w:val="0000EE"/>
            <w:u w:val="single"/>
          </w:rPr>
          <w:t>candlewick.com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ombian.com/2026/09/02/2-must-have-new-kids-books-of-queer-joy-and-wisdom/" TargetMode="External"/><Relationship Id="rId10" Type="http://schemas.openxmlformats.org/officeDocument/2006/relationships/hyperlink" Target="https://www.goodreads.com/book/show/244707443-family-found" TargetMode="External"/><Relationship Id="rId11" Type="http://schemas.openxmlformats.org/officeDocument/2006/relationships/hyperlink" Target="https://www.penguinrandomhouse.com/books/813745/family-found-a-queer-friendsgiving-celebration-by-joanna-mcclintick-illustrated-by-keisha-morris/" TargetMode="External"/><Relationship Id="rId12" Type="http://schemas.openxmlformats.org/officeDocument/2006/relationships/hyperlink" Target="https://www.candlewick.com/9781536253535/family-found-a-queer-friendsgiving-celebration/" TargetMode="External"/><Relationship Id="rId13" Type="http://schemas.openxmlformats.org/officeDocument/2006/relationships/hyperlink" Target="https://www.candlewick.com/9781536231182/family-found-a-queer-friendsgiving-celebration/" TargetMode="External"/><Relationship Id="rId14" Type="http://schemas.openxmlformats.org/officeDocument/2006/relationships/hyperlink" Target="https://www.mombian.com/2026/09/02/2-must-have-new-kids-books-of-queer-joy-and-wisdom/" TargetMode="External"/><Relationship Id="rId15" Type="http://schemas.openxmlformats.org/officeDocument/2006/relationships/hyperlink" Target="https://www.publishersweekly.com/9781536231182" TargetMode="External"/><Relationship Id="rId16" Type="http://schemas.openxmlformats.org/officeDocument/2006/relationships/hyperlink" Target="https://www.goodreads.com/book/show/244707443-family-found?utm_source=openai" TargetMode="External"/><Relationship Id="rId17" Type="http://schemas.openxmlformats.org/officeDocument/2006/relationships/hyperlink" Target="https://www.publishersweekly.com/9781536231182?utm_source=openai" TargetMode="External"/><Relationship Id="rId18" Type="http://schemas.openxmlformats.org/officeDocument/2006/relationships/hyperlink" Target="https://www.penguinrandomhouse.com/books/813745/family-found-a-queer-friendsgiving-celebration-by-joanna-mcclintick-illustrated-by-keisha-morris/?utm_source=openai" TargetMode="External"/><Relationship Id="rId19" Type="http://schemas.openxmlformats.org/officeDocument/2006/relationships/hyperlink" Target="https://www.candlewick.com/9781536253535/family-found-a-queer-friendsgiving-celebration/?utm_source=openai" TargetMode="External"/><Relationship Id="rId20" Type="http://schemas.openxmlformats.org/officeDocument/2006/relationships/hyperlink" Target="https://www.candlewick.com/9781536231182/family-found-a-queer-friendsgiving-celebration/?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