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Merton Pride 2026 Plans: What to Expect at Morden Hall Park and Merton Abbey Mills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neighbours are gearing up for a bigger, bolder Merton Pride on 5 September , a day of music, marches and community at Morden Hall Park and Merton Abbey Mills that promises inclusion, family-friendly fun and headline drag from a RuPaul’s Drag Race star. Here’s what to know and why it matters locally.</w:t>
      </w:r>
      <w:r/>
    </w:p>
    <w:p>
      <w:r/>
      <w:r>
        <w:t>Essential Takeaways</w:t>
      </w:r>
      <w:r/>
      <w:r/>
    </w:p>
    <w:p>
      <w:pPr>
        <w:pStyle w:val="ListBullet"/>
        <w:spacing w:line="240" w:lineRule="auto"/>
        <w:ind w:left="720"/>
      </w:pPr>
      <w:r/>
      <w:r>
        <w:rPr>
          <w:b/>
        </w:rPr>
        <w:t>Date and venues:</w:t>
      </w:r>
      <w:r>
        <w:t xml:space="preserve"> Merton Pride takes place on 5 September across Morden Hall Park and Merton Abbey Mills, starting at 10am. </w:t>
      </w:r>
      <w:r/>
    </w:p>
    <w:p>
      <w:pPr>
        <w:pStyle w:val="ListBullet"/>
        <w:spacing w:line="240" w:lineRule="auto"/>
        <w:ind w:left="720"/>
      </w:pPr>
      <w:r/>
      <w:r>
        <w:rPr>
          <w:b/>
        </w:rPr>
        <w:t>Parade and schedule:</w:t>
      </w:r>
      <w:r>
        <w:t xml:space="preserve"> A Pride Fair opens the day, with a 2pm march along the River Wandle to Merton Abbey Mills and evening Pride Fest performances. </w:t>
      </w:r>
      <w:r/>
    </w:p>
    <w:p>
      <w:pPr>
        <w:pStyle w:val="ListBullet"/>
        <w:spacing w:line="240" w:lineRule="auto"/>
        <w:ind w:left="720"/>
      </w:pPr>
      <w:r/>
      <w:r>
        <w:rPr>
          <w:b/>
        </w:rPr>
        <w:t>Headline act:</w:t>
      </w:r>
      <w:r>
        <w:t xml:space="preserve"> Kate Butch from RuPaul’s Drag Race will headline the Pride Show and join a meet-and-greet. </w:t>
      </w:r>
      <w:r/>
    </w:p>
    <w:p>
      <w:pPr>
        <w:pStyle w:val="ListBullet"/>
        <w:spacing w:line="240" w:lineRule="auto"/>
        <w:ind w:left="720"/>
      </w:pPr>
      <w:r/>
      <w:r>
        <w:rPr>
          <w:b/>
        </w:rPr>
        <w:t>Community backing:</w:t>
      </w:r>
      <w:r>
        <w:t xml:space="preserve"> Supported by more than 50 volunteers, sponsors and partners, including Pride in London’s Unity Fund and Wandle as a proud sponsor. </w:t>
      </w:r>
      <w:r/>
    </w:p>
    <w:p>
      <w:pPr>
        <w:pStyle w:val="ListBullet"/>
        <w:spacing w:line="240" w:lineRule="auto"/>
        <w:ind w:left="720"/>
      </w:pPr>
      <w:r/>
      <w:r>
        <w:rPr>
          <w:b/>
        </w:rPr>
        <w:t>Activities on offer:</w:t>
      </w:r>
      <w:r>
        <w:t xml:space="preserve"> Health advice stalls, face painting, dance sessions and a runway-walking workshop with New Wimbledon Theatre , plenty of family-friendly and wellbeing-focused things to do.</w:t>
      </w:r>
      <w:r/>
      <w:r/>
    </w:p>
    <w:p>
      <w:pPr>
        <w:pStyle w:val="Heading2"/>
      </w:pPr>
      <w:r>
        <w:t>A bigger Pride for Merton , what’s new this year?</w:t>
      </w:r>
      <w:r/>
    </w:p>
    <w:p>
      <w:r/>
      <w:r>
        <w:t>Merton Pride is returning bigger than last year, with organisers aiming to build on the event that drew more than 1,000 people. Expect a livelier, more polished festival atmosphere, with the layout split between the leafy setting of Morden Hall Park and the riverside charm of Merton Abbey Mills. The mix feels deliberately inclusive , somewhere between a community fair and an evening gigs programme , so there’s something for families as well as queer night-owls.</w:t>
      </w:r>
      <w:r/>
    </w:p>
    <w:p>
      <w:pPr>
        <w:pStyle w:val="Heading2"/>
      </w:pPr>
      <w:r>
        <w:t>The day in practical terms , timings, route and family bits</w:t>
      </w:r>
      <w:r/>
    </w:p>
    <w:p>
      <w:r/>
      <w:r>
        <w:t>The day launches at 10am with the Pride Fair at Morden Hall Park where you’ll find health advice, face painting and dance taster sessions. At 2pm the march sets off, following the River Wandle to Merton Abbey Mills where the main Pride Fest runs into the evening. If you’re taking children, pack layers and a picnic; the park is green and calm, but the route is also easy to follow if you want to stroll with a buggy or a group.</w:t>
      </w:r>
      <w:r/>
    </w:p>
    <w:p>
      <w:pPr>
        <w:pStyle w:val="Heading2"/>
      </w:pPr>
      <w:r>
        <w:t>Why the community backing matters</w:t>
      </w:r>
      <w:r/>
    </w:p>
    <w:p>
      <w:r/>
      <w:r>
        <w:t>This isn’t just a one-off show , organisers say Merton Pride has grown into a civic movement that keeps community groups working together all year. Pride in London is supporting the event through its Unity Fund, and local organisations like Wandle and Merton Abbey Mills are on board as sponsors and hosts. That mix of grassroots volunteers and institutional support helps the day feel both celebratory and sustainable, and it means more outreach and wellbeing resources on site.</w:t>
      </w:r>
      <w:r/>
    </w:p>
    <w:p>
      <w:pPr>
        <w:pStyle w:val="Heading2"/>
      </w:pPr>
      <w:r>
        <w:t>Who’s performing and why it’s a draw</w:t>
      </w:r>
      <w:r/>
    </w:p>
    <w:p>
      <w:r/>
      <w:r>
        <w:t>One of the headline draws this year is Kate Butch from RuPaul’s Drag Race, who’ll headline the Pride Show and meet fans. That kind of name brings national buzz but the programme also showcases local performers and community groups, keeping the balance between headline sparkle and local talent. If you want a selfie or a chat, plan for meet-and-greet times and arrive early for the best spots near the stage.</w:t>
      </w:r>
      <w:r/>
    </w:p>
    <w:p>
      <w:pPr>
        <w:pStyle w:val="Heading2"/>
      </w:pPr>
      <w:r>
        <w:t>How to make the most of your visit</w:t>
      </w:r>
      <w:r/>
    </w:p>
    <w:p>
      <w:r/>
      <w:r>
        <w:t>Arrive early to catch the Pride Fair and any workshops, bring contactless payment if you plan to buy food or merch, and check transport options , the two venues are walkable along the Wandle but public transport will be busier than usual. Volunteers and event staff will be on hand; if you need first aid or quiet space, look for the wellbeing stall. Finally, wear comfortable shoes , you’ll be on grass and along towpaths for much of the day.</w:t>
      </w:r>
      <w:r/>
    </w:p>
    <w:p>
      <w:r/>
      <w:r>
        <w:t>It's a small change that can make every weekend in Merton feel more inclusive and lively.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2">
        <w:r>
          <w:rPr>
            <w:color w:val="0000EE"/>
            <w:u w:val="single"/>
          </w:rPr>
          <w:t>[4]</w:t>
        </w:r>
      </w:hyperlink>
      <w:r>
        <w:t xml:space="preserve">- Paragraph 5: </w:t>
      </w:r>
      <w:hyperlink r:id="rId14">
        <w:r>
          <w:rPr>
            <w:color w:val="0000EE"/>
            <w:u w:val="single"/>
          </w:rPr>
          <w:t>[5]</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https://www.yourlocalguardian.co.uk/news/26515883.merton-pride-2026-morden-returns-september-weekend/?ref=rss</w:t>
        </w:r>
      </w:hyperlink>
      <w:r>
        <w:t xml:space="preserve"> - Please view link - unable to able to access data</w:t>
      </w:r>
      <w:r/>
    </w:p>
    <w:p>
      <w:pPr>
        <w:pStyle w:val="ListNumber"/>
        <w:spacing w:line="240" w:lineRule="auto"/>
        <w:ind w:left="720"/>
      </w:pPr>
      <w:r/>
      <w:hyperlink r:id="rId10">
        <w:r>
          <w:rPr>
            <w:color w:val="0000EE"/>
            <w:u w:val="single"/>
          </w:rPr>
          <w:t>https://www.merton.gov.uk/communities-and-neighbourhoods/events/events-calendar/merton-pride-2026</w:t>
        </w:r>
      </w:hyperlink>
      <w:r>
        <w:t xml:space="preserve"> - Merton Pride 2026 is scheduled for Saturday, 5 September 2026, from 10:00 am to 10:00 pm in Morden. Organised by MertonPlus LGBTQ+ Community Group, the event aims to build on the success of the inaugural 2025 celebration. The day's festivities include a Pride Fair at Morden Hall Park, a Pride March along the River Wandle to Merton Abbey Mills, and a Pride Show featuring live entertainment. The event is free and open to all, inviting friends, allies, and supporters from across the borough to participate.</w:t>
      </w:r>
      <w:r/>
    </w:p>
    <w:p>
      <w:pPr>
        <w:pStyle w:val="ListNumber"/>
        <w:spacing w:line="240" w:lineRule="auto"/>
        <w:ind w:left="720"/>
      </w:pPr>
      <w:r/>
      <w:hyperlink r:id="rId11">
        <w:r>
          <w:rPr>
            <w:color w:val="0000EE"/>
            <w:u w:val="single"/>
          </w:rPr>
          <w:t>https://www.nationaltrust.org.uk/visit/london/morden-hall-park/events/9e020dce-0628-4e4c-8ec4-ed11a3e7466b</w:t>
        </w:r>
      </w:hyperlink>
      <w:r>
        <w:t xml:space="preserve"> - Merton Pride 2026, celebrating and supporting the LGBTQ+ community in Merton, is set to take place on Saturday, 5 September 2026, at Morden Hall Park. The event begins at 10:00 am with a lively community fair featuring local organisations, performances, and activities. At 2:00 pm, the Pride March will commence, leading participants along the River Wandle and through Morden Hall Park to Merton Abbey Mills, where live performances, music, and cultural showcases will reflect the diversity of Morden. The event is free, and booking is advisable.</w:t>
      </w:r>
      <w:r/>
    </w:p>
    <w:p>
      <w:pPr>
        <w:pStyle w:val="ListNumber"/>
        <w:spacing w:line="240" w:lineRule="auto"/>
        <w:ind w:left="720"/>
      </w:pPr>
      <w:r/>
      <w:hyperlink r:id="rId12">
        <w:r>
          <w:rPr>
            <w:color w:val="0000EE"/>
            <w:u w:val="single"/>
          </w:rPr>
          <w:t>https://www.outsavvy.com/event/37395/merton-pride-2026</w:t>
        </w:r>
      </w:hyperlink>
      <w:r>
        <w:t xml:space="preserve"> - Merton Pride 2026 is scheduled for Saturday, 5 September 2026, at Morden Hall Park in Morden, London. The event includes a Pride Fair from 10:00 am to 2:00 pm, featuring local businesses, community stalls, and activities. The Pride March will follow along the scenic River Wandle through Morden Hall Park, with live entertainment along the route. The Pride Show at Merton Abbey Mills, starting from 3:00 pm, offers family-friendly performances across two stages, with a headline performance by Kate Butch. The event is free, and booking is advisable.</w:t>
      </w:r>
      <w:r/>
    </w:p>
    <w:p>
      <w:pPr>
        <w:pStyle w:val="ListNumber"/>
        <w:spacing w:line="240" w:lineRule="auto"/>
        <w:ind w:left="720"/>
      </w:pPr>
      <w:r/>
      <w:hyperlink r:id="rId14">
        <w:r>
          <w:rPr>
            <w:color w:val="0000EE"/>
            <w:u w:val="single"/>
          </w:rPr>
          <w:t>https://mertonpride.co.uk/faqs/</w:t>
        </w:r>
      </w:hyperlink>
      <w:r>
        <w:t xml:space="preserve"> - The Merton Pride 2026 FAQs provide essential information about the event scheduled for Saturday, 5 September 2026, at Morden Hall Park and Merton Abbey Mills. The event is free and open to everyone, including LGBTQ+ community members, allies, families, and anyone who shares the vision for a more inclusive Merton. The FAQs address various aspects, including ticketing, accessibility, safety measures, and how to get involved as a volunteer or participant. The organisers emphasise the commitment to creating a safe and welcoming environment for all attendees.</w:t>
      </w:r>
      <w:r/>
    </w:p>
    <w:p>
      <w:pPr>
        <w:pStyle w:val="ListNumber"/>
        <w:spacing w:line="240" w:lineRule="auto"/>
        <w:ind w:left="720"/>
      </w:pPr>
      <w:r/>
      <w:hyperlink r:id="rId13">
        <w:r>
          <w:rPr>
            <w:color w:val="0000EE"/>
            <w:u w:val="single"/>
          </w:rPr>
          <w:t>https://www.wandle.com/were-proud-to-be-attending-merton-pride/</w:t>
        </w:r>
      </w:hyperlink>
      <w:r>
        <w:t xml:space="preserve"> - Wandle Housing Association expresses its pride in attending Merton Pride 2026, scheduled for Saturday, 5 September 2026. The event, organised by Merton Plus, is a free community-led celebration supporting the LGBTQ+ community in the Borough of Merton. Wandle Housing Association highlights the importance of inclusion, equality, and belonging, and their participation underscores their commitment to these values. The event includes a Pride fair at Morden Hall Park, a Pride march along the River Wandle, and a Pride show at Merton Abbey Mills, featuring family-friendly performances and entertainment.</w:t>
      </w:r>
      <w:r/>
    </w:p>
    <w:p>
      <w:pPr>
        <w:pStyle w:val="ListNumber"/>
        <w:spacing w:line="240" w:lineRule="auto"/>
        <w:ind w:left="720"/>
      </w:pPr>
      <w:r/>
      <w:hyperlink r:id="rId15">
        <w:r>
          <w:rPr>
            <w:color w:val="0000EE"/>
            <w:u w:val="single"/>
          </w:rPr>
          <w:t>https://mertonpride.co.uk/</w:t>
        </w:r>
      </w:hyperlink>
      <w:r>
        <w:t xml:space="preserve"> - Merton Pride 2026 is a free and open event scheduled for Saturday, 5 September 2026, in Morden, London. Organised by Merton Plus, the event aims to celebrate and empower Merton’s LGBTQ+ community. The day's activities include a community fair, a Pride March along the River Wandle, and a Pride Show at Merton Abbey Mills featuring live entertainment. The event is entirely volunteer-led and supported by a diverse group of local organisations, sports clubs, health charities, businesses, and trade unions, reflecting the community's commitment to inclusion and diversity.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yourlocalguardian.co.uk/news/26515883.merton-pride-2026-morden-returns-september-weekend/?ref=rss" TargetMode="External"/><Relationship Id="rId10" Type="http://schemas.openxmlformats.org/officeDocument/2006/relationships/hyperlink" Target="https://www.merton.gov.uk/communities-and-neighbourhoods/events/events-calendar/merton-pride-2026" TargetMode="External"/><Relationship Id="rId11" Type="http://schemas.openxmlformats.org/officeDocument/2006/relationships/hyperlink" Target="https://www.nationaltrust.org.uk/visit/london/morden-hall-park/events/9e020dce-0628-4e4c-8ec4-ed11a3e7466b" TargetMode="External"/><Relationship Id="rId12" Type="http://schemas.openxmlformats.org/officeDocument/2006/relationships/hyperlink" Target="https://www.outsavvy.com/event/37395/merton-pride-2026" TargetMode="External"/><Relationship Id="rId13" Type="http://schemas.openxmlformats.org/officeDocument/2006/relationships/hyperlink" Target="https://www.wandle.com/were-proud-to-be-attending-merton-pride/" TargetMode="External"/><Relationship Id="rId14" Type="http://schemas.openxmlformats.org/officeDocument/2006/relationships/hyperlink" Target="https://mertonpride.co.uk/faqs/" TargetMode="External"/><Relationship Id="rId15" Type="http://schemas.openxmlformats.org/officeDocument/2006/relationships/hyperlink" Target="https://mertonpride.co.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