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Parade Moments: Why “No Place Like Home” Resonated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locals and visitors watched Manchester Village Pride reclaim the streets today, with thousands lining Deansgate to celebrate community, colour and connection as the parade , themed "No Place Like Home" , wound its way through the city to Sackville Gardens. It mattered because this Pride has been rebuilt by the community, for the community.</w:t>
      </w:r>
      <w:r/>
    </w:p>
    <w:p>
      <w:r/>
      <w:r>
        <w:t>Essential Takeaways</w:t>
      </w:r>
      <w:r/>
      <w:r/>
    </w:p>
    <w:p>
      <w:pPr>
        <w:pStyle w:val="ListBullet"/>
        <w:spacing w:line="240" w:lineRule="auto"/>
        <w:ind w:left="720"/>
      </w:pPr>
      <w:r/>
      <w:r>
        <w:rPr>
          <w:b/>
        </w:rPr>
        <w:t>Community-led comeback:</w:t>
      </w:r>
      <w:r>
        <w:t xml:space="preserve"> Manchester Village Pride is organised by a new Community Interest Company, putting the Village and venues at the heart of planning.</w:t>
      </w:r>
      <w:r/>
    </w:p>
    <w:p>
      <w:pPr>
        <w:pStyle w:val="ListBullet"/>
        <w:spacing w:line="240" w:lineRule="auto"/>
        <w:ind w:left="720"/>
      </w:pPr>
      <w:r/>
      <w:r>
        <w:rPr>
          <w:b/>
        </w:rPr>
        <w:t>Parade route:</w:t>
      </w:r>
      <w:r>
        <w:t xml:space="preserve"> The procession set off from Deansgate at noon, passed Oxford Road and Princess Street, and finished at Sackville Gardens around 3pm.</w:t>
      </w:r>
      <w:r/>
    </w:p>
    <w:p>
      <w:pPr>
        <w:pStyle w:val="ListBullet"/>
        <w:spacing w:line="240" w:lineRule="auto"/>
        <w:ind w:left="720"/>
      </w:pPr>
      <w:r/>
      <w:r>
        <w:rPr>
          <w:b/>
        </w:rPr>
        <w:t>Theme and mood:</w:t>
      </w:r>
      <w:r>
        <w:t xml:space="preserve"> "No Place Like Home" referenced The Wizard of Oz and celebrated chosen family, with streets full of colour, music and solidarity.</w:t>
      </w:r>
      <w:r/>
    </w:p>
    <w:p>
      <w:pPr>
        <w:pStyle w:val="ListBullet"/>
        <w:spacing w:line="240" w:lineRule="auto"/>
        <w:ind w:left="720"/>
      </w:pPr>
      <w:r/>
      <w:r>
        <w:rPr>
          <w:b/>
        </w:rPr>
        <w:t>After-party atmosphere:</w:t>
      </w:r>
      <w:r>
        <w:t xml:space="preserve"> The Village filled with bar takeovers and live acts , the day balanced heartfelt moments with pop energy.</w:t>
      </w:r>
      <w:r/>
    </w:p>
    <w:p>
      <w:pPr>
        <w:pStyle w:val="ListBullet"/>
        <w:spacing w:line="240" w:lineRule="auto"/>
        <w:ind w:left="720"/>
      </w:pPr>
      <w:r/>
      <w:r>
        <w:rPr>
          <w:b/>
        </w:rPr>
        <w:t>Sensory note:</w:t>
      </w:r>
      <w:r>
        <w:t xml:space="preserve"> The city felt vibrant and warm, with confetti, music, and a constant hum of cheering.</w:t>
      </w:r>
      <w:r/>
      <w:r/>
    </w:p>
    <w:p>
      <w:pPr>
        <w:pStyle w:val="Heading2"/>
      </w:pPr>
      <w:r>
        <w:t>A vivid return , streets mottled in pride and paint</w:t>
      </w:r>
      <w:r/>
    </w:p>
    <w:p>
      <w:r/>
      <w:r>
        <w:t>The strongest sight today was colour everywhere: flags, glitter, huge smiles and a tangible buzz as marchers and onlookers soaked up the sunshine. According to Manchester Village Pride’s own messaging, the group has rebuilt the event around the Gay Village and its venues, and that community focus showed in every float and banner. For locals, it felt less like a corporate festival and more like a homecoming party; the sensory hit of music and laughter backed that up. If you’re picking a spot to watch next year, aim for the route around Deansgate where the parade gathers real momentum.</w:t>
      </w:r>
      <w:r/>
    </w:p>
    <w:p>
      <w:pPr>
        <w:pStyle w:val="Heading2"/>
      </w:pPr>
      <w:r>
        <w:t>How the community rewired Pride for 2024</w:t>
      </w:r>
      <w:r/>
    </w:p>
    <w:p>
      <w:r/>
      <w:r>
        <w:t>This year’s event follows a shake-up in the organisation behind Manchester’s Pride celebrations, with a new CIC stepping in to run Village Pride and reconnect with grassroots supporters. Organisers have emphasised returning control to those who live and work in the Gay Village, which explains the abundance of local bars and venues programming takeovers after the parade. That shift matters because it changes priorities , accessibility, visibility and community input now come to the fore. If you care about supporting locally led events, look out for fundraisers and volunteer opportunities run by the CIC.</w:t>
      </w:r>
      <w:r/>
    </w:p>
    <w:p>
      <w:pPr>
        <w:pStyle w:val="Heading2"/>
      </w:pPr>
      <w:r>
        <w:t>"No Place Like Home" , nostalgia with a message</w:t>
      </w:r>
      <w:r/>
    </w:p>
    <w:p>
      <w:r/>
      <w:r>
        <w:t>The theme borrowed from a queer classic, but it wasn’t just playful nostalgia; it honed in on belonging and chosen family in a city that’s long been a refuge for LGBTQ+ people. Parade organisers said the theme celebrates the “found families” that make community life meaningful, and you could see that in small gestures , people embracing, older attendees waving proudly, new friends meeting for the first time. For anyone planning to join next time, consider bringing simple comforts , a foldable chair, a water bottle and a small flag , to make your spot feel like home too.</w:t>
      </w:r>
      <w:r/>
    </w:p>
    <w:p>
      <w:pPr>
        <w:pStyle w:val="Heading2"/>
      </w:pPr>
      <w:r>
        <w:t>From procession to party , what happens after the parade</w:t>
      </w:r>
      <w:r/>
    </w:p>
    <w:p>
      <w:r/>
      <w:r>
        <w:t>Once the march reached Sackville Gardens, the day shifted to the Village proper, where bars staged takeovers and live performances kept the energy high. Acts and entertainers gave the afternoon a festival feel without the distance of a stadium show; it was up-close, loud and celebratory. For visitors, the Village’s network of pubs and clubs makes it easy to hop between stages and crowds. If you’re organising a Pride pub crawl, map set times in advance and check accessibility info from venue websites to avoid long waits.</w:t>
      </w:r>
      <w:r/>
    </w:p>
    <w:p>
      <w:pPr>
        <w:pStyle w:val="Heading2"/>
      </w:pPr>
      <w:r>
        <w:t>Why this year felt different , outlook and impact</w:t>
      </w:r>
      <w:r/>
    </w:p>
    <w:p>
      <w:r/>
      <w:r>
        <w:t>There’s a pragmatic side to this revival: a community-led model can be leaner and more responsive, but it also relies on volunteers, local buy-in and careful finance. Industry watchers and regulars say the atmosphere this year suggested a successful reset , people felt seen and welcomed. Looking ahead, organisers will want to sustain that momentum by widening reach, supporting grassroots groups, and maintaining safety and inclusivity on the route. For festival-goers, it’s a reminder that Pride is as much about everyday belonging as it is about spectacle.</w:t>
      </w:r>
      <w:r/>
    </w:p>
    <w:p>
      <w:r/>
      <w:r>
        <w:t>It’s a small change that can make every parade feel more like coming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5">
        <w:r>
          <w:rPr>
            <w:color w:val="0000EE"/>
            <w:u w:val="single"/>
          </w:rPr>
          <w:t>[4]</w:t>
        </w:r>
      </w:hyperlink>
      <w:r>
        <w:t xml:space="preserve">, </w:t>
      </w:r>
      <w:hyperlink r:id="rId11">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https://www.manchestereveningnews.co.uk/whats-on/whats-on-news/manchester-village-pride-live-colourful-34529355</w:t>
        </w:r>
      </w:hyperlink>
      <w:r>
        <w:t xml:space="preserve"> - Please view link - unable to able to access data</w:t>
      </w:r>
      <w:r/>
    </w:p>
    <w:p>
      <w:pPr>
        <w:pStyle w:val="ListNumber"/>
        <w:spacing w:line="240" w:lineRule="auto"/>
        <w:ind w:left="720"/>
      </w:pPr>
      <w:r/>
      <w:hyperlink r:id="rId10">
        <w:r>
          <w:rPr>
            <w:color w:val="0000EE"/>
            <w:u w:val="single"/>
          </w:rPr>
          <w:t>https://www.manchestervillagepride.org/about-us/</w:t>
        </w:r>
      </w:hyperlink>
      <w:r>
        <w:t xml:space="preserve"> - Manchester Village Pride is a Community Interest Company (CIC) established to serve the LGBTQ+ community in Manchester. Formed after the previous organiser's collapse in late 2025, the CIC is committed to reinvesting profits into grassroots queer activism. The board comprises unpaid volunteers, and the organisation has secured £120,000 in startup loans from local venues. Their mission is to ensure Pride remains community-led and accessible, with a focus on inclusivity and representation.</w:t>
      </w:r>
      <w:r/>
    </w:p>
    <w:p>
      <w:pPr>
        <w:pStyle w:val="ListNumber"/>
        <w:spacing w:line="240" w:lineRule="auto"/>
        <w:ind w:left="720"/>
      </w:pPr>
      <w:r/>
      <w:hyperlink r:id="rId12">
        <w:r>
          <w:rPr>
            <w:color w:val="0000EE"/>
            <w:u w:val="single"/>
          </w:rPr>
          <w:t>https://www.itv.com/news/granada/2023-08-25/everything-you-need-to-know-about-manchester-pride-2023</w:t>
        </w:r>
      </w:hyperlink>
      <w:r>
        <w:t xml:space="preserve"> - Manchester Pride 2023 was a vibrant celebration of the LGBTQ+ community, featuring a diverse lineup of events over the August bank holiday weekend. Highlights included the Gay Village Party, the annual parade, and a candlelight vigil. The festival showcased performances from artists like Pabllo Vittar, BIMINI, Jake Shears, and Gok Wan. The theme for the parade was 'Queerly Beloved', celebrating love and marking the 10th anniversary of marriage equality in the UK.</w:t>
      </w:r>
      <w:r/>
    </w:p>
    <w:p>
      <w:pPr>
        <w:pStyle w:val="ListNumber"/>
        <w:spacing w:line="240" w:lineRule="auto"/>
        <w:ind w:left="720"/>
      </w:pPr>
      <w:r/>
      <w:hyperlink r:id="rId15">
        <w:r>
          <w:rPr>
            <w:color w:val="0000EE"/>
            <w:u w:val="single"/>
          </w:rPr>
          <w:t>https://www.manchestersfinest.com/arts-and-culture/manchester-pride-2023-line-up/</w:t>
        </w:r>
      </w:hyperlink>
      <w:r>
        <w:t xml:space="preserve"> - Manchester Pride 2023 unveiled its most diverse lineup to date, co-created with Manchester’s queer communities and collectives. The four-day celebration, held over the August bank holiday weekend, featured a range of local and global talent, with a particular emphasis on homegrown queer performers, especially women, people of colour, and trans and non-binary artists. The festival aimed to reflect the city's commitment to inclusivity and representation within the LGBTQ+ community.</w:t>
      </w:r>
      <w:r/>
    </w:p>
    <w:p>
      <w:pPr>
        <w:pStyle w:val="ListNumber"/>
        <w:spacing w:line="240" w:lineRule="auto"/>
        <w:ind w:left="720"/>
      </w:pPr>
      <w:r/>
      <w:hyperlink r:id="rId14">
        <w:r>
          <w:rPr>
            <w:color w:val="0000EE"/>
            <w:u w:val="single"/>
          </w:rPr>
          <w:t>https://www.manchesterpride.com/manchester-pride-announces-parade-theme-for-2023</w:t>
        </w:r>
      </w:hyperlink>
      <w:r>
        <w:t xml:space="preserve"> - Manchester Pride announced the theme for the 2023 Parade as 'Queerly Beloved', aiming to showcase the power of love and celebrate love for oneself and the LGBTQ+ community. The theme also highlighted the 10th anniversary of marriage equality in the UK, following the passage of the Marriage (Same Sex Couples) Act in 2013. The parade was scheduled to start on Liverpool Road, pass by the Town Hall and the Gay Village, and conclude on Whitworth Street.</w:t>
      </w:r>
      <w:r/>
    </w:p>
    <w:p>
      <w:pPr>
        <w:pStyle w:val="ListNumber"/>
        <w:spacing w:line="240" w:lineRule="auto"/>
        <w:ind w:left="720"/>
      </w:pPr>
      <w:r/>
      <w:hyperlink r:id="rId13">
        <w:r>
          <w:rPr>
            <w:color w:val="0000EE"/>
            <w:u w:val="single"/>
          </w:rPr>
          <w:t>https://www.visitmanchester.com/ideas-and-inspiration/lgbt/manchester-pride/</w:t>
        </w:r>
      </w:hyperlink>
      <w:r>
        <w:t xml:space="preserve"> - Manchester Village Pride, under the new direction of the Community Interest Company (CIC), confirmed the return of the Summer Bank Holiday Weekend celebrations in 2026. Wristbands were made available for purchase, with funds supporting LGBTQ+ charities, grassroots organisations, and community services. The event aimed to revitalise the original style of Manchester Pride while increasing balance and representation on major stages, ensuring the Gay Village remained the heart of the festivities.</w:t>
      </w:r>
      <w:r/>
    </w:p>
    <w:p>
      <w:pPr>
        <w:pStyle w:val="ListNumber"/>
        <w:spacing w:line="240" w:lineRule="auto"/>
        <w:ind w:left="720"/>
      </w:pPr>
      <w:r/>
      <w:hyperlink r:id="rId11">
        <w:r>
          <w:rPr>
            <w:color w:val="0000EE"/>
            <w:u w:val="single"/>
          </w:rPr>
          <w:t>https://www.manchestervillagepride.org/</w:t>
        </w:r>
      </w:hyperlink>
      <w:r>
        <w:t xml:space="preserve"> - Manchester Village Pride CIC is a new organisation dedicated to serving Manchester's LGBTQ+ community. Established after the previous organiser's collapse in late 2025, the CIC is committed to ensuring Pride remains community-led and accessible. The board comprises unpaid volunteers, and the organisation has secured £120,000 in startup loans from local venues. Their mission is to reinvest profits into grassroots queer activism and maintain the event's focus on inclusivity and representation.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whats-on-news/manchester-village-pride-live-colourful-34529355" TargetMode="External"/><Relationship Id="rId10" Type="http://schemas.openxmlformats.org/officeDocument/2006/relationships/hyperlink" Target="https://www.manchestervillagepride.org/about-us/" TargetMode="External"/><Relationship Id="rId11" Type="http://schemas.openxmlformats.org/officeDocument/2006/relationships/hyperlink" Target="https://www.manchestervillagepride.org/" TargetMode="External"/><Relationship Id="rId12" Type="http://schemas.openxmlformats.org/officeDocument/2006/relationships/hyperlink" Target="https://www.itv.com/news/granada/2023-08-25/everything-you-need-to-know-about-manchester-pride-2023" TargetMode="External"/><Relationship Id="rId13" Type="http://schemas.openxmlformats.org/officeDocument/2006/relationships/hyperlink" Target="https://www.visitmanchester.com/ideas-and-inspiration/lgbt/manchester-pride/" TargetMode="External"/><Relationship Id="rId14" Type="http://schemas.openxmlformats.org/officeDocument/2006/relationships/hyperlink" Target="https://www.manchesterpride.com/manchester-pride-announces-parade-theme-for-2023" TargetMode="External"/><Relationship Id="rId15" Type="http://schemas.openxmlformats.org/officeDocument/2006/relationships/hyperlink" Target="https://www.manchestersfinest.com/arts-and-culture/manchester-pride-2023-line-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