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Timings: Parade, Main Stage and Vigil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partygoers are planning trips back to the Gay Village this August Bank Holiday; here’s who’s on, when things open and the key start and finish times so you can join the parade, catch headline sets or attend the candlelit vigil.</w:t>
      </w:r>
      <w:r/>
    </w:p>
    <w:p>
      <w:r/>
      <w:r>
        <w:t>Essential Takeaways</w:t>
      </w:r>
      <w:r/>
      <w:r/>
    </w:p>
    <w:p>
      <w:pPr>
        <w:pStyle w:val="ListBullet"/>
        <w:spacing w:line="240" w:lineRule="auto"/>
        <w:ind w:left="720"/>
      </w:pPr>
      <w:r/>
      <w:r>
        <w:rPr>
          <w:b/>
        </w:rPr>
        <w:t>Event dates:</w:t>
      </w:r>
      <w:r>
        <w:t xml:space="preserve"> Manchester Village Pride runs Friday 28 to Monday 31 August across the Gay Village and Sackville Gardens. </w:t>
      </w:r>
      <w:r/>
    </w:p>
    <w:p>
      <w:pPr>
        <w:pStyle w:val="ListBullet"/>
        <w:spacing w:line="240" w:lineRule="auto"/>
        <w:ind w:left="720"/>
      </w:pPr>
      <w:r/>
      <w:r>
        <w:rPr>
          <w:b/>
        </w:rPr>
        <w:t>Daily gate hours:</w:t>
      </w:r>
      <w:r>
        <w:t xml:space="preserve"> Gates open Friday 6pm–11pm, Saturday and Sunday 12pm–11pm, Monday from 10am (family day). </w:t>
      </w:r>
      <w:r/>
    </w:p>
    <w:p>
      <w:pPr>
        <w:pStyle w:val="ListBullet"/>
        <w:spacing w:line="240" w:lineRule="auto"/>
        <w:ind w:left="720"/>
      </w:pPr>
      <w:r/>
      <w:r>
        <w:rPr>
          <w:b/>
        </w:rPr>
        <w:t>Late-night access:</w:t>
      </w:r>
      <w:r>
        <w:t xml:space="preserve"> Site access via two gates is available 11pm–4am each night. </w:t>
      </w:r>
      <w:r/>
    </w:p>
    <w:p>
      <w:pPr>
        <w:pStyle w:val="ListBullet"/>
        <w:spacing w:line="240" w:lineRule="auto"/>
        <w:ind w:left="720"/>
      </w:pPr>
      <w:r/>
      <w:r>
        <w:rPr>
          <w:b/>
        </w:rPr>
        <w:t>Parade time:</w:t>
      </w:r>
      <w:r>
        <w:t xml:space="preserve"> The Pride parade starts at midday on Saturday and finishes at Sackville Gardens around 3pm with accessible viewing points. </w:t>
      </w:r>
      <w:r/>
    </w:p>
    <w:p>
      <w:pPr>
        <w:pStyle w:val="ListBullet"/>
        <w:spacing w:line="240" w:lineRule="auto"/>
        <w:ind w:left="720"/>
      </w:pPr>
      <w:r/>
      <w:r>
        <w:rPr>
          <w:b/>
        </w:rPr>
        <w:t>Candlelit vigil:</w:t>
      </w:r>
      <w:r>
        <w:t xml:space="preserve"> Doors open 6.30pm on Monday with the vigil from 8.30pm; it will be livestreamed.</w:t>
      </w:r>
      <w:r/>
      <w:r/>
    </w:p>
    <w:p>
      <w:pPr>
        <w:pStyle w:val="Heading2"/>
      </w:pPr>
      <w:r>
        <w:t>What to expect on arrival: gate times and wristband info</w:t>
      </w:r>
      <w:r/>
    </w:p>
    <w:p>
      <w:r/>
      <w:r>
        <w:t>If you’re planning to pop in for a headline act or a family day, timings are refreshingly clear , gates open at set times each day so you can plan travel, meet-ups or childcare around them. The wristband exchange sits next to Vimto Park on Granby Row and runs 10am–11pm on Friday and Saturday, and 12pm–11pm on Sunday, so collect early to avoid queues. Late-night access is available from 11pm until 4am via the Portland Street/Sackville Street and Bloom Street/Princess Street gates, which helps if you’re hopping between bars afterwards.</w:t>
      </w:r>
      <w:r/>
    </w:p>
    <w:p>
      <w:r/>
      <w:r>
        <w:t>Practical tip: arrive at least 30 minutes before your favourite set to navigate security and grab a good spot.</w:t>
      </w:r>
      <w:r/>
    </w:p>
    <w:p>
      <w:pPr>
        <w:pStyle w:val="Heading2"/>
      </w:pPr>
      <w:r>
        <w:t>Friday night: a lively opener with evening-only hours</w:t>
      </w:r>
      <w:r/>
    </w:p>
    <w:p>
      <w:r/>
      <w:r>
        <w:t>Friday is billed as an evening session , the site opens at 6pm and closes at 11pm , so it’s a concentrated night of music and atmosphere rather than an all-day festival. Acts on the Friday bill include club and pop names, giving you an energetic start to the long weekend. Because the session is shorter, crowds can feel denser; expect a lively, buzzy vibe with a warm, carnival-like soundtrack.</w:t>
      </w:r>
      <w:r/>
    </w:p>
    <w:p>
      <w:r/>
      <w:r>
        <w:t>If you want a calmer experience, plan to visit on Saturday or Sunday afternoon instead.</w:t>
      </w:r>
      <w:r/>
    </w:p>
    <w:p>
      <w:pPr>
        <w:pStyle w:val="Heading2"/>
      </w:pPr>
      <w:r>
        <w:t>Saturday parade and festival peak: midday start, city centre route</w:t>
      </w:r>
      <w:r/>
    </w:p>
    <w:p>
      <w:r/>
      <w:r>
        <w:t>Saturday is the big parade day, with the march kicking off at 12pm and winding through Liverpool Road, Deansgate, Peter Street, Oxford Road, Portland Street, Princess Street and Whitworth Street before finishing at Sackville Gardens , the procession is due to reach the gardens around 3pm. The parade theme this year is ‘No Place Like Home’, and there are accessible viewing platforms on Watson Street and Waterloo Street.</w:t>
      </w:r>
      <w:r/>
    </w:p>
    <w:p>
      <w:r/>
      <w:r>
        <w:t>Expect big crowds on the route and near Sackville Gardens after the parade finishes; if you’re bringing a buggy or a wheelchair, use the accessible platforms or arrive early to get a spot.</w:t>
      </w:r>
      <w:r/>
    </w:p>
    <w:p>
      <w:pPr>
        <w:pStyle w:val="Heading2"/>
      </w:pPr>
      <w:r>
        <w:t>Sunday acts and family-friendly vibes: daytime music and features</w:t>
      </w:r>
      <w:r/>
    </w:p>
    <w:p>
      <w:r/>
      <w:r>
        <w:t>Sunday keeps the gates open from midday to 11pm, with family-friendly stages and a mix of pop and dance acts across the Main Stage, Community Showcase and Dance Arena. The Community Showcase in Sackville Gardens offers a quieter, more local feel, while the Main Stage on Bloom Street/Sackville Street hosts headline names. Sensory considerations: if you or someone you’re with is noise-sensitive, scout the Community Showcase for a gentler atmosphere.</w:t>
      </w:r>
      <w:r/>
    </w:p>
    <w:p>
      <w:r/>
      <w:r>
        <w:t>Tip: pack water and a lightweight sunshade for daytime sets , the site fills up quickly and shade can be scarce.</w:t>
      </w:r>
      <w:r/>
    </w:p>
    <w:p>
      <w:pPr>
        <w:pStyle w:val="Heading2"/>
      </w:pPr>
      <w:r>
        <w:t>Monday Family Fun Day and the Candlelit Vigil: gentle close and reflection</w:t>
      </w:r>
      <w:r/>
    </w:p>
    <w:p>
      <w:r/>
      <w:r>
        <w:t>Monday opens at 10am for the Family Fun Day, which is free to attend and a chance for a quieter, community-focused finish to the long weekend. In the evening, doors open at 6.30pm ahead of the Candlelit Vigil at 8.30pm, held in partnership with George House Trust to remember lives lost to HIV and to push back against stigma. The vigil will be livestreamed for those who can’t attend in person.</w:t>
      </w:r>
      <w:r/>
    </w:p>
    <w:p>
      <w:r/>
      <w:r>
        <w:t>This is the moment the festival pivots from celebration to reflection; arrive early for a seat and a calm atmosphere.</w:t>
      </w:r>
      <w:r/>
    </w:p>
    <w:p>
      <w:pPr>
        <w:pStyle w:val="Heading2"/>
      </w:pPr>
      <w:r>
        <w:t>Getting there, accessibility and last-minute pointers</w:t>
      </w:r>
      <w:r/>
    </w:p>
    <w:p>
      <w:r/>
      <w:r>
        <w:t>Manchester Village Pride places gates on Sackville Street, Bloom Street, Chorlton Street and Richmond Street, so plan which entrance suits your route. According to official guidance, accessible viewing platforms and assistance are provided along the parade route and at the site. Road closures around the parade route will be in place, so check Transport for Greater Manchester or the council site for updates before you travel.</w:t>
      </w:r>
      <w:r/>
    </w:p>
    <w:p>
      <w:r/>
      <w:r>
        <w:t>Final thought: whether you’re there for the parade, the pop classics or the vigil, a bit of planning , wristband in hand, water bottle topped up and an arrival window locked down , will make the weekend feel smoother and more joyful.</w:t>
      </w:r>
      <w:r/>
    </w:p>
    <w:p>
      <w:r/>
      <w:r>
        <w:t>It's a small change that can make every Pride moment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[5]</w:t>
        </w:r>
      </w:hyperlink>
      <w:r>
        <w:t xml:space="preserve">- Paragraph 6: </w:t>
      </w:r>
      <w:hyperlink r:id="rId9">
        <w:r>
          <w:rPr>
            <w:color w:val="0000EE"/>
            <w:u w:val="single"/>
          </w:rPr>
          <w:t>[2]</w:t>
        </w:r>
      </w:hyperlink>
      <w:r>
        <w:t xml:space="preserve">- Paragraph 7: </w:t>
      </w:r>
      <w:hyperlink r:id="rId13">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https://www.manchestereveningnews.co.uk/whats-on/music-nightlife-news/what-time-manchester-village-pride-34528601</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https://www.manchestereveningnews.co.uk/whats-on/music-nightlife-news/what-time-manchester-village-pride-34528601</w:t>
        </w:r>
      </w:hyperlink>
      <w:r>
        <w:t xml:space="preserve"> - Manchester Village Pride 2026 is scheduled for the August Bank Holiday weekend, from Friday 28 to Monday 31 August. The event will feature a parade on Saturday 29 August, starting at noon, with a route through the city centre, concluding in the Gay Village. The theme for this year's parade is 'No Place Like Home', inspired by The Wizard of Oz, celebrating Manchester's reputation as a welcoming, safe space for the LGBTQ+ community. The event will also include live music, bar takeovers, family activities, and a candlelit vigil on Monday evening.</w:t>
      </w:r>
      <w:r/>
    </w:p>
    <w:p>
      <w:pPr>
        <w:pStyle w:val="ListNumber"/>
        <w:spacing w:line="240" w:lineRule="auto"/>
        <w:ind w:left="720"/>
      </w:pPr>
      <w:r/>
      <w:hyperlink r:id="rId11">
        <w:r>
          <w:rPr>
            <w:color w:val="0000EE"/>
            <w:u w:val="single"/>
          </w:rPr>
          <w:t>https://www.visitmanchester.com/event/manchester-village-pride-parade/26853101/</w:t>
        </w:r>
      </w:hyperlink>
      <w:r>
        <w:t xml:space="preserve"> - The Manchester Village Pride Parade is set to take place on Saturday, 29 August 2026, starting at noon. The parade will wind through the city, finishing in the Village—the birthplace of Pride in Manchester over forty years ago. The exact route will be announced soon. This year's theme, 'No Place Like Home', inspired by The Wizard of Oz, celebrates homecoming and Manchester's reputation as a welcoming, safe space for the LGBTQ+ community.</w:t>
      </w:r>
      <w:r/>
    </w:p>
    <w:p>
      <w:pPr>
        <w:pStyle w:val="ListNumber"/>
        <w:spacing w:line="240" w:lineRule="auto"/>
        <w:ind w:left="720"/>
      </w:pPr>
      <w:r/>
      <w:hyperlink r:id="rId13">
        <w:r>
          <w:rPr>
            <w:color w:val="0000EE"/>
            <w:u w:val="single"/>
          </w:rPr>
          <w:t>https://www.manchester.gov.uk/roads-and-transport/roadworks-and-closures/road-closures/manchester-village-pride-parade-2026</w:t>
        </w:r>
      </w:hyperlink>
      <w:r>
        <w:t xml:space="preserve"> - Manchester City Council has announced road closures and traffic restrictions for the Manchester Village Pride Parade on Saturday, 29 August 2026. Some roads will be closed from 6 am to 7 pm, including Liverpool Road, Deansgate, Peter Street, Oxford Street, Portland Street, Princess Street, Whitworth Street, and Fairfield Street. Additional traffic restrictions will be in place, and bus lane suspensions are also planned. Attendees are advised to plan their journeys accordingly and check for updates closer to the event.</w:t>
      </w:r>
      <w:r/>
    </w:p>
    <w:p>
      <w:pPr>
        <w:pStyle w:val="ListNumber"/>
        <w:spacing w:line="240" w:lineRule="auto"/>
        <w:ind w:left="720"/>
      </w:pPr>
      <w:r/>
      <w:hyperlink r:id="rId12">
        <w:r>
          <w:rPr>
            <w:color w:val="0000EE"/>
            <w:u w:val="single"/>
          </w:rPr>
          <w:t>https://www.totalguidetomanchester.com/entertainment/manchester-village-pride/</w:t>
        </w:r>
      </w:hyperlink>
      <w:r>
        <w:t xml:space="preserve"> - Manchester Village Pride 2026 is scheduled to take place at Manchester Gay Village from Friday 28 August 2026 to Tuesday 1 September 2026. The event will run daily from 12:00 pm to 6:00 am, featuring multiple stages and late-night programming. Tickets are available via the booking link provided. The event aims to celebrate the LGBTQ+ community with various performances and activities throughout the weekend.</w:t>
      </w:r>
      <w:r/>
    </w:p>
    <w:p>
      <w:pPr>
        <w:pStyle w:val="ListNumber"/>
        <w:spacing w:line="240" w:lineRule="auto"/>
        <w:ind w:left="720"/>
      </w:pPr>
      <w:r/>
      <w:hyperlink r:id="rId10">
        <w:r>
          <w:rPr>
            <w:color w:val="0000EE"/>
            <w:u w:val="single"/>
          </w:rPr>
          <w:t>https://www.manchestervillagepride.org/faqs/</w:t>
        </w:r>
      </w:hyperlink>
      <w:r>
        <w:t xml:space="preserve"> - The Manchester Village Pride 2026 event will take place from Friday 28th August to Monday 31st August 2026. Event gates will open at 6 pm on Friday, 12 pm on Saturday and Sunday, and 10 am on Monday for the Family Fun Day. Closing times vary throughout the weekend, with late-night access to the Village Pride site maintained from 11 pm to 4 am via specific gates. Tickets are required for entry, and wristbands can be purchased in advance through Skiddle or at event box offices during the weekend.</w:t>
      </w:r>
      <w:r/>
    </w:p>
    <w:p>
      <w:pPr>
        <w:pStyle w:val="ListNumber"/>
        <w:spacing w:line="240" w:lineRule="auto"/>
        <w:ind w:left="720"/>
      </w:pPr>
      <w:r/>
      <w:hyperlink r:id="rId14">
        <w:r>
          <w:rPr>
            <w:color w:val="0000EE"/>
            <w:u w:val="single"/>
          </w:rPr>
          <w:t>https://www.visitmanchester.com/ideas-and-inspiration/lgbt/manchester-pride/</w:t>
        </w:r>
      </w:hyperlink>
      <w:r>
        <w:t xml:space="preserve"> - Following the creation of the Manchester Village Pride CIC, it has been confirmed that the Summer Bank Holiday Weekend celebrations will return in 2026, and wristbands are now on sale via Skiddle. Under the new direction of Manchester Village Pride CIC, funds raised through the sale of wristbands and passes will enable safe delivery of the Summer Bank Holiday Weekend event and will support LGBTQ+ charities, grassroots organisations, and vital community services. Any surplus funds will be legally locked in for public benefit and a 'transparency dashboard' on the Manchester Village Pride CIC website will be updated regularly to show ticket sales, costs, and projected charitable surplus.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what-time-manchester-village-pride-34528601"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visitmanchester.com/event/manchester-village-pride-parade/26853101/" TargetMode="External"/><Relationship Id="rId12" Type="http://schemas.openxmlformats.org/officeDocument/2006/relationships/hyperlink" Target="https://www.totalguidetomanchester.com/entertainment/manchester-village-pride/" TargetMode="External"/><Relationship Id="rId13" Type="http://schemas.openxmlformats.org/officeDocument/2006/relationships/hyperlink" Target="https://www.manchester.gov.uk/roads-and-transport/roadworks-and-closures/road-closures/manchester-village-pride-parade-2026" TargetMode="External"/><Relationship Id="rId14" Type="http://schemas.openxmlformats.org/officeDocument/2006/relationships/hyperlink" Target="https://www.visitmanchester.com/ideas-and-inspiration/lgbt/mancheste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