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Manchester Village Pride 2026 Sunday Line-up and Stage Times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Spot the acts, plan your day and soak up the atmosphere: Manchester Village Pride’s Sunday programme brings big names, local legends and community spaces to the Gay Village, so you can catch Cascada, Kate Nash and a packed schedule while finding calm corners and charity hubs as needed.</w:t>
      </w:r>
      <w:r/>
    </w:p>
    <w:p>
      <w:r/>
      <w:r>
        <w:t>Essential Takeaways</w:t>
      </w:r>
      <w:r/>
      <w:r/>
    </w:p>
    <w:p>
      <w:pPr>
        <w:pStyle w:val="ListBullet"/>
        <w:spacing w:line="240" w:lineRule="auto"/>
        <w:ind w:left="720"/>
      </w:pPr>
      <w:r/>
      <w:r>
        <w:rPr>
          <w:b/>
        </w:rPr>
        <w:t>Headline acts:</w:t>
      </w:r>
      <w:r>
        <w:t xml:space="preserve"> Kate Nash headlines late evening and Cascada closes Sunday night, offering indie-pop and high-energy dance.</w:t>
      </w:r>
      <w:r/>
    </w:p>
    <w:p>
      <w:pPr>
        <w:pStyle w:val="ListBullet"/>
        <w:spacing w:line="240" w:lineRule="auto"/>
        <w:ind w:left="720"/>
      </w:pPr>
      <w:r/>
      <w:r>
        <w:rPr>
          <w:b/>
        </w:rPr>
        <w:t>Local flavour:</w:t>
      </w:r>
      <w:r>
        <w:t xml:space="preserve"> Manchester favourites like DJ Paulette, Misty Chance and Misha B share stages with national stars, creating a varied, hometown feel.</w:t>
      </w:r>
      <w:r/>
    </w:p>
    <w:p>
      <w:pPr>
        <w:pStyle w:val="ListBullet"/>
        <w:spacing w:line="240" w:lineRule="auto"/>
        <w:ind w:left="720"/>
      </w:pPr>
      <w:r/>
      <w:r>
        <w:rPr>
          <w:b/>
        </w:rPr>
        <w:t>Community focus:</w:t>
      </w:r>
      <w:r>
        <w:t xml:space="preserve"> The Community Stage highlights charities including Sparkle, The Albert Kennedy Trust and The LGBT Foundation.</w:t>
      </w:r>
      <w:r/>
    </w:p>
    <w:p>
      <w:pPr>
        <w:pStyle w:val="ListBullet"/>
        <w:spacing w:line="240" w:lineRule="auto"/>
        <w:ind w:left="720"/>
      </w:pPr>
      <w:r/>
      <w:r>
        <w:rPr>
          <w:b/>
        </w:rPr>
        <w:t>Accessibility and calm:</w:t>
      </w:r>
      <w:r>
        <w:t xml:space="preserve"> A Neuroqueerz calm space with wheelchair charging is available at the Holiday Inn on Aytoun Street.</w:t>
      </w:r>
      <w:r/>
    </w:p>
    <w:p>
      <w:pPr>
        <w:pStyle w:val="ListBullet"/>
        <w:spacing w:line="240" w:lineRule="auto"/>
        <w:ind w:left="720"/>
      </w:pPr>
      <w:r/>
      <w:r>
        <w:rPr>
          <w:b/>
        </w:rPr>
        <w:t>Tickets and times:</w:t>
      </w:r>
      <w:r>
        <w:t xml:space="preserve"> Day tickets start from £20; stage schedules run from midday through to roughly 10pm, though timings can change.</w:t>
      </w:r>
      <w:r/>
      <w:r/>
    </w:p>
    <w:p>
      <w:pPr>
        <w:pStyle w:val="Heading2"/>
      </w:pPr>
      <w:r>
        <w:t>Who’s playing and when , the headline rundown</w:t>
      </w:r>
      <w:r/>
    </w:p>
    <w:p>
      <w:r/>
      <w:r>
        <w:t>If you’re plotting your Pride day, the Main Stage is where the biggest names appear. Kate Nash is scheduled for a prime 7.30pm slot, while Cascada is set to bring the party to a close at around 10.05pm. Expect a mix of pop, dance and nostalgia across the evening, so there’s something whether you like quieter singer-songwriters or full-on club anthems.</w:t>
      </w:r>
      <w:r/>
    </w:p>
    <w:p>
      <w:r/>
      <w:r>
        <w:t>This first-ever Manchester Village Pride deliberately mixes household names with local talent, so you’ll see Manchester favourites alongside visiting acts. It’s handy to plan around the big slots, but arrive early for surprise pockets of great music and DJs warming up the crowd.</w:t>
      </w:r>
      <w:r/>
    </w:p>
    <w:p>
      <w:pPr>
        <w:pStyle w:val="Heading2"/>
      </w:pPr>
      <w:r>
        <w:t>Community Stage , charity work and local voices</w:t>
      </w:r>
      <w:r/>
    </w:p>
    <w:p>
      <w:r/>
      <w:r>
        <w:t>The Community Stage is built around charities and local groups, with scheduled appearances from Sparkle, The Albert Kennedy Trust and The Proud Trust through the afternoon. That means you can take in performances while learning about local support services and community projects.</w:t>
      </w:r>
      <w:r/>
    </w:p>
    <w:p>
      <w:r/>
      <w:r>
        <w:t>For families or anyone wanting meaning alongside the music, this stage is a calm, informative option. It’s also a good way to meet volunteers and find out how to get involved beyond the day itself.</w:t>
      </w:r>
      <w:r/>
    </w:p>
    <w:p>
      <w:pPr>
        <w:pStyle w:val="Heading2"/>
      </w:pPr>
      <w:r>
        <w:t>Quiet spaces and accessibility , practical comfort matters</w:t>
      </w:r>
      <w:r/>
    </w:p>
    <w:p>
      <w:r/>
      <w:r>
        <w:t>If loud crowds aren’t your thing, there’s a Neuroqueerz calm space at the Holiday Inn on Aytoun Street offering a low-stimulation area and wheelchair charging. That practical detail makes a real difference for people who need to recharge devices or decompress between sets.</w:t>
      </w:r>
      <w:r/>
    </w:p>
    <w:p>
      <w:r/>
      <w:r>
        <w:t>Bring earplugs if you’re sensitive to noise, and note the location of the calm space before you set off , it’s a small change that keeps the day enjoyable for more people.</w:t>
      </w:r>
      <w:r/>
    </w:p>
    <w:p>
      <w:pPr>
        <w:pStyle w:val="Heading2"/>
      </w:pPr>
      <w:r>
        <w:t>DJs, arenas and dance , where to catch the party</w:t>
      </w:r>
      <w:r/>
    </w:p>
    <w:p>
      <w:r/>
      <w:r>
        <w:t>Beyond the Main Stage, the Gaydio Dance Arena and other DJ slots string out continuous beats from mid-afternoon. Expect back-to-back DJ sets from Angel Pinks, Kadey, Kynn and others, with dance-focused programming that keeps energy levels high while the sun (hopefully) stays out.</w:t>
      </w:r>
      <w:r/>
    </w:p>
    <w:p>
      <w:r/>
      <w:r>
        <w:t>If you want to dance without the crush of the headline crowd, the arenas and late DJ sets are the place to be. They’re great for moving between quieter zones and the main action, too.</w:t>
      </w:r>
      <w:r/>
    </w:p>
    <w:p>
      <w:pPr>
        <w:pStyle w:val="Heading2"/>
      </w:pPr>
      <w:r>
        <w:t>Tickets, timing and getting the most out of the day</w:t>
      </w:r>
      <w:r/>
    </w:p>
    <w:p>
      <w:r/>
      <w:r>
        <w:t>Tickets start from around £20 for a day pass, with family and weekend options available. Stages run from midday into late evening; still, timing can shift, so treat the printed schedule as a guide rather than gospel.</w:t>
      </w:r>
      <w:r/>
    </w:p>
    <w:p>
      <w:r/>
      <w:r>
        <w:t>Plan early if you want front-of-stage spots, map your quiet spaces and charity stalls, and pace yourself with food and water. A well-timed break at the Neuroqueerz area or a wander to the Community Stage will keep your day fun and sustainable.</w:t>
      </w:r>
      <w:r/>
    </w:p>
    <w:p>
      <w:r/>
      <w:r>
        <w:t>It's a small change that can make every Pride moment better.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[4]</w:t>
        </w:r>
      </w:hyperlink>
      <w:r>
        <w:t xml:space="preserve">- Paragraph 2: </w:t>
      </w:r>
      <w:hyperlink r:id="rId9">
        <w:r>
          <w:rPr>
            <w:color w:val="0000EE"/>
            <w:u w:val="single"/>
          </w:rPr>
          <w:t>[2]</w:t>
        </w:r>
      </w:hyperlink>
      <w:r>
        <w:t xml:space="preserve">, </w:t>
      </w:r>
      <w:hyperlink r:id="rId11">
        <w:r>
          <w:rPr>
            <w:color w:val="0000EE"/>
            <w:u w:val="single"/>
          </w:rPr>
          <w:t>[3]</w:t>
        </w:r>
      </w:hyperlink>
      <w:r>
        <w:t xml:space="preserve">- Paragraph 3: </w:t>
      </w:r>
      <w:hyperlink r:id="rId12">
        <w:r>
          <w:rPr>
            <w:color w:val="0000EE"/>
            <w:u w:val="single"/>
          </w:rPr>
          <w:t>[5]</w:t>
        </w:r>
      </w:hyperlink>
      <w:r>
        <w:t xml:space="preserve">, </w:t>
      </w:r>
      <w:hyperlink r:id="rId9">
        <w:r>
          <w:rPr>
            <w:color w:val="0000EE"/>
            <w:u w:val="single"/>
          </w:rPr>
          <w:t>[2]</w:t>
        </w:r>
      </w:hyperlink>
      <w:r>
        <w:t xml:space="preserve">- Paragraph 4: </w:t>
      </w:r>
      <w:hyperlink r:id="rId9">
        <w:r>
          <w:rPr>
            <w:color w:val="0000EE"/>
            <w:u w:val="single"/>
          </w:rPr>
          <w:t>[2]</w:t>
        </w:r>
      </w:hyperlink>
      <w:r>
        <w:t xml:space="preserve">, </w:t>
      </w:r>
      <w:hyperlink r:id="rId13">
        <w:r>
          <w:rPr>
            <w:color w:val="0000EE"/>
            <w:u w:val="single"/>
          </w:rPr>
          <w:t>[7]</w:t>
        </w:r>
      </w:hyperlink>
      <w:r>
        <w:t xml:space="preserve">- Paragraph 5: </w:t>
      </w:r>
      <w:hyperlink r:id="rId14">
        <w:r>
          <w:rPr>
            <w:color w:val="0000EE"/>
            <w:u w:val="single"/>
          </w:rPr>
          <w:t>[6]</w:t>
        </w:r>
      </w:hyperlink>
      <w:r>
        <w:t xml:space="preserve">, </w:t>
      </w:r>
      <w:hyperlink r:id="rId9">
        <w:r>
          <w:rPr>
            <w:color w:val="0000EE"/>
            <w:u w:val="single"/>
          </w:rPr>
          <w:t>[2]</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https://www.manchestereveningnews.co.uk/whats-on/music-nightlife-news/manchester-village-pride-2026-sunday-34472237</w:t>
        </w:r>
      </w:hyperlink>
      <w:r>
        <w:t xml:space="preserve"> - Please view link - unable to able to access data</w:t>
      </w:r>
      <w:r/>
    </w:p>
    <w:p>
      <w:pPr>
        <w:pStyle w:val="ListNumber"/>
        <w:spacing w:line="240" w:lineRule="auto"/>
        <w:ind w:left="720"/>
      </w:pPr>
      <w:r/>
      <w:hyperlink r:id="rId9">
        <w:r>
          <w:rPr>
            <w:color w:val="0000EE"/>
            <w:u w:val="single"/>
          </w:rPr>
          <w:t>https://www.manchestereveningnews.co.uk/whats-on/music-nightlife-news/manchester-village-pride-2026-sunday-34472237</w:t>
        </w:r>
      </w:hyperlink>
      <w:r>
        <w:t xml:space="preserve"> - This article provides detailed information about the Sunday line-up for Manchester Village Pride 2026, highlighting performances by Kate Nash, Cascada, DJ Paulette, Misty Chance, Misha B, and others. It also mentions the availability of a Neuroqueerz calm space at the Holiday Inn hotel on Aytoun Street, offering a low-stimulation environment and wheelchair charging facilities. Tickets for the event start from £20 for a day, with various weekend and family tickets available.</w:t>
      </w:r>
      <w:r/>
    </w:p>
    <w:p>
      <w:pPr>
        <w:pStyle w:val="ListNumber"/>
        <w:spacing w:line="240" w:lineRule="auto"/>
        <w:ind w:left="720"/>
      </w:pPr>
      <w:r/>
      <w:hyperlink r:id="rId11">
        <w:r>
          <w:rPr>
            <w:color w:val="0000EE"/>
            <w:u w:val="single"/>
          </w:rPr>
          <w:t>https://britbrief.co.uk/entertainment/reality/manchester-village-pride-2026-saturday-stage-times-and-line-up.html</w:t>
        </w:r>
      </w:hyperlink>
      <w:r>
        <w:t xml:space="preserve"> - This article outlines the Saturday line-up for Manchester Village Pride 2026, featuring performances by Gareth Gates, DJ Sammy, Danny Beard, and others across three stages. It provides a detailed schedule of events, including main stage performances, community stage activities, and the Gaydio Dance Arena. The article also mentions family-friendly events outside the Gay Village, such as Proud Fest at the Great Northern Warehouse and the Neuroqueerz Calm Space at the Holiday Inn hotel on Aytoun Street.</w:t>
      </w:r>
      <w:r/>
    </w:p>
    <w:p>
      <w:pPr>
        <w:pStyle w:val="ListNumber"/>
        <w:spacing w:line="240" w:lineRule="auto"/>
        <w:ind w:left="720"/>
      </w:pPr>
      <w:r/>
      <w:hyperlink r:id="rId10">
        <w:r>
          <w:rPr>
            <w:color w:val="0000EE"/>
            <w:u w:val="single"/>
          </w:rPr>
          <w:t>https://www.skiddle.com/festivals/manchester-village-pride/</w:t>
        </w:r>
      </w:hyperlink>
      <w:r>
        <w:t xml:space="preserve"> - This page offers comprehensive information about Manchester Village Pride 2026, including dates, location, ticket details, and the event's mission to celebrate LGBTQIA+ culture in Manchester. It highlights the festival's commitment to accessibility, mentioning facilities like viewing platforms, quiet zones, and BSL interpreters. The page also lists the performers scheduled for the event, such as Cascada, Kate Nash, Diana Vickers, Misha B, and others, and provides links to purchase tickets.</w:t>
      </w:r>
      <w:r/>
    </w:p>
    <w:p>
      <w:pPr>
        <w:pStyle w:val="ListNumber"/>
        <w:spacing w:line="240" w:lineRule="auto"/>
        <w:ind w:left="720"/>
      </w:pPr>
      <w:r/>
      <w:hyperlink r:id="rId12">
        <w:r>
          <w:rPr>
            <w:color w:val="0000EE"/>
            <w:u w:val="single"/>
          </w:rPr>
          <w:t>https://secretmanchester.com/manchester-village-pride-fringe-guide/</w:t>
        </w:r>
      </w:hyperlink>
      <w:r>
        <w:t xml:space="preserve"> - This guide provides an overview of Manchester Village Pride 2026, detailing the star-studded line-up, free family activities, road closures, and the iconic parade. It mentions performances by Cascada and Kate Nash on the main stage, as well as events like the SCENE film festival and Grindr: The Opera. The article also highlights family events such as Proud Fest at the Great Northern Warehouse and Manchester Arndale’s Pose with Pride weekend, and notes that many events will raise funds for local LGBTQIA+ charities.</w:t>
      </w:r>
      <w:r/>
    </w:p>
    <w:p>
      <w:pPr>
        <w:pStyle w:val="ListNumber"/>
        <w:spacing w:line="240" w:lineRule="auto"/>
        <w:ind w:left="720"/>
      </w:pPr>
      <w:r/>
      <w:hyperlink r:id="rId14">
        <w:r>
          <w:rPr>
            <w:color w:val="0000EE"/>
            <w:u w:val="single"/>
          </w:rPr>
          <w:t>https://themanc.com/things-to-do/manchester-village-pride-parade-tickets/</w:t>
        </w:r>
      </w:hyperlink>
      <w:r>
        <w:t xml:space="preserve"> - This article discusses the line-up for Manchester Village Pride 2026, featuring performances by B*Witched, Danny Beard, Gareth Gates, Kate Nash, Cascada, and Rowetta. It provides information about the event's schedule, including the main stage performances and other activities. The article also mentions the location of the music events in the Gay Village and provides details about ticket prices and availability.</w:t>
      </w:r>
      <w:r/>
    </w:p>
    <w:p>
      <w:pPr>
        <w:pStyle w:val="ListNumber"/>
        <w:spacing w:line="240" w:lineRule="auto"/>
        <w:ind w:left="720"/>
      </w:pPr>
      <w:r/>
      <w:hyperlink r:id="rId13">
        <w:r>
          <w:rPr>
            <w:color w:val="0000EE"/>
            <w:u w:val="single"/>
          </w:rPr>
          <w:t>https://happenmcr.com/events/manchester-village-pride-2026-cmsv3mclw004pktp778mbc1vn</w:t>
        </w:r>
      </w:hyperlink>
      <w:r>
        <w:t xml:space="preserve"> - This event page provides details about Manchester Village Pride 2026, including dates, location, and a list of performers such as Cascada, Kate Nash, DJ Sammy, Gareth Gates, and others. It highlights the festival's focus on celebrating LGBTQ+ culture in the heart of Manchester and provides links to purchase tickets and learn more about the event.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manchestereveningnews.co.uk/whats-on/music-nightlife-news/manchester-village-pride-2026-sunday-34472237" TargetMode="External"/><Relationship Id="rId10" Type="http://schemas.openxmlformats.org/officeDocument/2006/relationships/hyperlink" Target="https://www.skiddle.com/festivals/manchester-village-pride/" TargetMode="External"/><Relationship Id="rId11" Type="http://schemas.openxmlformats.org/officeDocument/2006/relationships/hyperlink" Target="https://britbrief.co.uk/entertainment/reality/manchester-village-pride-2026-saturday-stage-times-and-line-up.html" TargetMode="External"/><Relationship Id="rId12" Type="http://schemas.openxmlformats.org/officeDocument/2006/relationships/hyperlink" Target="https://secretmanchester.com/manchester-village-pride-fringe-guide/" TargetMode="External"/><Relationship Id="rId13" Type="http://schemas.openxmlformats.org/officeDocument/2006/relationships/hyperlink" Target="https://happenmcr.com/events/manchester-village-pride-2026-cmsv3mclw004pktp778mbc1vn" TargetMode="External"/><Relationship Id="rId14" Type="http://schemas.openxmlformats.org/officeDocument/2006/relationships/hyperlink" Target="https://themanc.com/things-to-do/manchester-village-pride-parade-ticket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