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2023: Why This Year Feels Like a Turning Point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with purpose, Manchester Village Pride has returned to the city this August Bank Holiday with a smaller scale but a louder message , community-led celebrations, grassroots support from Gay Village venues, and a renewed focus on why Pride was started matter more than ever.</w:t>
      </w:r>
      <w:r/>
    </w:p>
    <w:p>
      <w:r/>
      <w:r>
        <w:t>Essential Takeaways</w:t>
      </w:r>
      <w:r/>
      <w:r/>
    </w:p>
    <w:p>
      <w:pPr>
        <w:pStyle w:val="ListBullet"/>
        <w:spacing w:line="240" w:lineRule="auto"/>
        <w:ind w:left="720"/>
      </w:pPr>
      <w:r/>
      <w:r>
        <w:rPr>
          <w:b/>
        </w:rPr>
        <w:t>Community-run:</w:t>
      </w:r>
      <w:r>
        <w:t xml:space="preserve"> Manchester Village Pride is being organised and funded largely by Gay Village venues and local groups, not a single corporate promoter. </w:t>
      </w:r>
      <w:r/>
    </w:p>
    <w:p>
      <w:pPr>
        <w:pStyle w:val="ListBullet"/>
        <w:spacing w:line="240" w:lineRule="auto"/>
        <w:ind w:left="720"/>
      </w:pPr>
      <w:r/>
      <w:r>
        <w:rPr>
          <w:b/>
        </w:rPr>
        <w:t>Smaller, meaningful scale:</w:t>
      </w:r>
      <w:r>
        <w:t xml:space="preserve"> Expect fewer headline acts and more artists who are performing to support the cause; events feel intimate and authentic. </w:t>
      </w:r>
      <w:r/>
    </w:p>
    <w:p>
      <w:pPr>
        <w:pStyle w:val="ListBullet"/>
        <w:spacing w:line="240" w:lineRule="auto"/>
        <w:ind w:left="720"/>
      </w:pPr>
      <w:r/>
      <w:r>
        <w:rPr>
          <w:b/>
        </w:rPr>
        <w:t>Back-to-basics vibe:</w:t>
      </w:r>
      <w:r>
        <w:t xml:space="preserve"> The festival emphasises visibility, safety and grassroots activism , the original spirit of Pride. </w:t>
      </w:r>
      <w:r/>
    </w:p>
    <w:p>
      <w:pPr>
        <w:pStyle w:val="ListBullet"/>
        <w:spacing w:line="240" w:lineRule="auto"/>
        <w:ind w:left="720"/>
      </w:pPr>
      <w:r/>
      <w:r>
        <w:rPr>
          <w:b/>
        </w:rPr>
        <w:t>Local economic boost:</w:t>
      </w:r>
      <w:r>
        <w:t xml:space="preserve"> Village businesses have pitched in, keeping the party local and supporting the area that made Pride possible. </w:t>
      </w:r>
      <w:r/>
    </w:p>
    <w:p>
      <w:pPr>
        <w:pStyle w:val="ListBullet"/>
        <w:spacing w:line="240" w:lineRule="auto"/>
        <w:ind w:left="720"/>
      </w:pPr>
      <w:r/>
      <w:r>
        <w:rPr>
          <w:b/>
        </w:rPr>
        <w:t>Cultural necessity:</w:t>
      </w:r>
      <w:r>
        <w:t xml:space="preserve"> With rights under scrutiny, this year’s Pride feels like both a celebration and a reminder of why visibility still matters.</w:t>
      </w:r>
      <w:r/>
      <w:r/>
    </w:p>
    <w:p>
      <w:pPr>
        <w:pStyle w:val="Heading2"/>
      </w:pPr>
      <w:r>
        <w:t>Why this year’s Pride feels different , and better</w:t>
      </w:r>
      <w:r/>
    </w:p>
    <w:p>
      <w:r/>
      <w:r>
        <w:t>There’s a slightly quieter, closer hum to weekend events this year, a shift you can feel in the air as you walk through the Village. After the previous Manchester Pride company entered voluntary liquidation, the baton has passed to a coalition of venues and community groups determined to keep Pride alive. That practical rescue mission has reshaped the festival: smaller budgets, yes, but a clearer sense of purpose. People I spoke to said the atmosphere feels more authentic , less about spectacle and more about being seen.</w:t>
      </w:r>
      <w:r/>
    </w:p>
    <w:p>
      <w:pPr>
        <w:pStyle w:val="Heading2"/>
      </w:pPr>
      <w:r>
        <w:t>The Gay Village stepped up , what that means on the ground</w:t>
      </w:r>
      <w:r/>
    </w:p>
    <w:p>
      <w:r/>
      <w:r>
        <w:t>Manchester’s Gay Village isn’t just a setting this year, it’s the backbone. Bars, clubs and local businesses put their hands in their pockets and their doors to the festival, underwriting stages, parades and safe spaces. That matters because it keeps money and attention local, and because venues know their patrons’ needs , safe toilets, clear accessibility, and visible stewards. If you want to support Pride beyond attending, spend in the Village: that’s where your ticket-free pound does the most good.</w:t>
      </w:r>
      <w:r/>
    </w:p>
    <w:p>
      <w:pPr>
        <w:pStyle w:val="Heading2"/>
      </w:pPr>
      <w:r>
        <w:t>Line-up: fewer big names, more community-focused acts</w:t>
      </w:r>
      <w:r/>
    </w:p>
    <w:p>
      <w:r/>
      <w:r>
        <w:t>You won’t see six‑figure headliners dominating the bill this time, and for many that’s a relief. Instead, the roster favours artists who want to perform for the cause, community DJs, drag performers and local bands who bring energy without the corporate gloss. According to listings and local reports, the programme is packed with slots that celebrate queer talent from Greater Manchester. If your priority is connection and discovery, this is the Pride to attend.</w:t>
      </w:r>
      <w:r/>
    </w:p>
    <w:p>
      <w:pPr>
        <w:pStyle w:val="Heading2"/>
      </w:pPr>
      <w:r>
        <w:t>Why preserving Pride matters now more than ever</w:t>
      </w:r>
      <w:r/>
    </w:p>
    <w:p>
      <w:r/>
      <w:r>
        <w:t>Across the UK, some local celebrations have faltered due to funding or council support drying up, and those gaps often hit younger people hardest. With debates around rights and visibility growing louder, Pride’s original message , equality, safety, and self-expression , is still urgently relevant. This year’s Manchester Village Pride acts as both a reminder and a rallying point: community organising can protect spaces that matter when institutions fail.</w:t>
      </w:r>
      <w:r/>
    </w:p>
    <w:p>
      <w:pPr>
        <w:pStyle w:val="Heading2"/>
      </w:pPr>
      <w:r>
        <w:t>Practical tips for enjoying Manchester Village Pride</w:t>
      </w:r>
      <w:r/>
    </w:p>
    <w:p>
      <w:r/>
      <w:r>
        <w:t>Plan for crowds but expect a relaxed feel , arrive early for parades and headline sets. Check the Manchester Village Pride website for accessibility information and family-friendly events. Support local businesses: buy a drink, pick up food, or book a table to help venues recoup costs. If you want to contribute beyond spending, volunteer shifts and charity stalls are often listed on the festival site.</w:t>
      </w:r>
      <w:r/>
    </w:p>
    <w:p>
      <w:r/>
      <w:r>
        <w:t>It’s a small change that could make every celebration feel truer to Pride’s roots.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9">
        <w:r>
          <w:rPr>
            <w:color w:val="0000EE"/>
            <w:u w:val="single"/>
          </w:rPr>
          <w:t>[1]</w:t>
        </w:r>
      </w:hyperlink>
      <w:r>
        <w:t xml:space="preserve">- Paragraph 3: </w:t>
      </w:r>
      <w:hyperlink r:id="rId13">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https://www.manchestereveningnews.co.uk/whats-on/music-nightlife-news/manchester-village-pride-could-mark-34515614</w:t>
        </w:r>
      </w:hyperlink>
      <w:r>
        <w:t xml:space="preserve"> - Please view link - unable to able to access data</w:t>
      </w:r>
      <w:r/>
    </w:p>
    <w:p>
      <w:pPr>
        <w:pStyle w:val="ListNumber"/>
        <w:spacing w:line="240" w:lineRule="auto"/>
        <w:ind w:left="720"/>
      </w:pPr>
      <w:r/>
      <w:hyperlink r:id="rId10">
        <w:r>
          <w:rPr>
            <w:color w:val="0000EE"/>
            <w:u w:val="single"/>
          </w:rPr>
          <w:t>https://www.manchesterpride.com/manchester-pride-announces-parade-theme-for-2023</w:t>
        </w:r>
      </w:hyperlink>
      <w:r>
        <w:t xml:space="preserve"> - Manchester Pride has announced the theme for the 2023 Parade as 'Queerly Beloved', aiming to celebrate love and the 10th anniversary of marriage equality in the UK. The Parade is scheduled for Saturday, 26 August 2023, with applications open for participation. The event is part of the Manchester Pride Festival, taking place over the August bank holiday weekend, featuring various fringe events to advocate for LGBTQ+ equality and celebrate queer arts and culture. The Gay Village Party is a highlight, with tickets available through Ticketmaster, contributing to the Manchester Pride Community Fund.</w:t>
      </w:r>
      <w:r/>
    </w:p>
    <w:p>
      <w:pPr>
        <w:pStyle w:val="ListNumber"/>
        <w:spacing w:line="240" w:lineRule="auto"/>
        <w:ind w:left="720"/>
      </w:pPr>
      <w:r/>
      <w:hyperlink r:id="rId12">
        <w:r>
          <w:rPr>
            <w:color w:val="0000EE"/>
            <w:u w:val="single"/>
          </w:rPr>
          <w:t>https://www.manchestervillagepride.org/about-us/</w:t>
        </w:r>
      </w:hyperlink>
      <w:r>
        <w:t xml:space="preserve"> - Manchester Village Pride is a Community Interest Company (CIC) formed by business owners, residents, and activists from Manchester's Gay Village. Established after the previous organiser's collapse in late 2025, the organisation aims to serve the community by reinvesting profits into grassroots grants for local queer groups. The Board of Directors is entirely unpaid, and a Community Advisory Board holds the 'Golden Share', ensuring accountability and community involvement in decision-making processes.</w:t>
      </w:r>
      <w:r/>
    </w:p>
    <w:p>
      <w:pPr>
        <w:pStyle w:val="ListNumber"/>
        <w:spacing w:line="240" w:lineRule="auto"/>
        <w:ind w:left="720"/>
      </w:pPr>
      <w:r/>
      <w:hyperlink r:id="rId11">
        <w:r>
          <w:rPr>
            <w:color w:val="0000EE"/>
            <w:u w:val="single"/>
          </w:rPr>
          <w:t>https://www.itv.com/news/granada/2023-08-25/everything-you-need-to-know-about-manchester-pride-2023</w:t>
        </w:r>
      </w:hyperlink>
      <w:r>
        <w:t xml:space="preserve"> - The 2023 Manchester Pride festival is set to transform the city into a vibrant celebration of the LGBTQ+ community over the August bank holiday weekend. Key events include the annual Parade, family-friendly stages, and after-hours parties. The Gay Village Party is a central gathering, with performances from local and international artists. The festival aims to be more inclusive and diverse, reflecting the city's commitment to LGBTQ+ rights and culture.</w:t>
      </w:r>
      <w:r/>
    </w:p>
    <w:p>
      <w:pPr>
        <w:pStyle w:val="ListNumber"/>
        <w:spacing w:line="240" w:lineRule="auto"/>
        <w:ind w:left="720"/>
      </w:pPr>
      <w:r/>
      <w:hyperlink r:id="rId13">
        <w:r>
          <w:rPr>
            <w:color w:val="0000EE"/>
            <w:u w:val="single"/>
          </w:rPr>
          <w:t>https://www.manchestersfinest.com/arts-and-culture/manchester-pride-2023-line-up/</w:t>
        </w:r>
      </w:hyperlink>
      <w:r>
        <w:t xml:space="preserve"> - Manchester Pride's 2023 line-up features a diverse array of local and global talent, co-created with Manchester’s queer communities and collectives. The four-day Pride celebration, taking place from 25–28 August, highlights homegrown queer performers, particularly women, people of colour, and trans and non-binary artists. The event aims to showcase Manchester’s extraordinary LGBTQ+ talent and reflects the city's commitment to diversity and inclusion.</w:t>
      </w:r>
      <w:r/>
    </w:p>
    <w:p>
      <w:pPr>
        <w:pStyle w:val="ListNumber"/>
        <w:spacing w:line="240" w:lineRule="auto"/>
        <w:ind w:left="720"/>
      </w:pPr>
      <w:r/>
      <w:hyperlink r:id="rId14">
        <w:r>
          <w:rPr>
            <w:color w:val="0000EE"/>
            <w:u w:val="single"/>
          </w:rPr>
          <w:t>https://www.onemanchester.co.uk/news-stories/manchester-pride-2023-bee-proud</w:t>
        </w:r>
      </w:hyperlink>
      <w:r>
        <w:t xml:space="preserve"> - One Manchester, an LGBTQ+ inclusive organisation, participated in the 2023 Manchester Pride parade, joining forces with HouseProud North-West members. The parade saw tens of thousands of LGBTQ+ people and allies marching through the city centre, celebrating the community's diversity and vibrancy. The event underscores Manchester's commitment to supporting and delivering services to its LGBTQ+ colleagues and communities.</w:t>
      </w:r>
      <w:r/>
    </w:p>
    <w:p>
      <w:pPr>
        <w:pStyle w:val="ListNumber"/>
        <w:spacing w:line="240" w:lineRule="auto"/>
        <w:ind w:left="720"/>
      </w:pPr>
      <w:r/>
      <w:hyperlink r:id="rId15">
        <w:r>
          <w:rPr>
            <w:color w:val="0000EE"/>
            <w:u w:val="single"/>
          </w:rPr>
          <w:t>https://www.youtube.com/watch?v=nSpwQPpPEe4</w:t>
        </w:r>
      </w:hyperlink>
      <w:r>
        <w:t xml:space="preserve"> - This video showcases highlights from the 2023 Manchester Pride parade, featuring over 200 floats and a vibrant celebration of the LGBTQ+ community. The parade, themed 'Queerly Beloved', marks the 10th anniversary of marriage equality in the UK. The event includes performances from artists like Pabllo Vittar, Alison Goldfrapp, Jodie Harsh, and Gok Wan, reflecting Manchester's commitment to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music-nightlife-news/manchester-village-pride-could-mark-34515614" TargetMode="External"/><Relationship Id="rId10" Type="http://schemas.openxmlformats.org/officeDocument/2006/relationships/hyperlink" Target="https://www.manchesterpride.com/manchester-pride-announces-parade-theme-for-2023" TargetMode="External"/><Relationship Id="rId11" Type="http://schemas.openxmlformats.org/officeDocument/2006/relationships/hyperlink" Target="https://www.itv.com/news/granada/2023-08-25/everything-you-need-to-know-about-manchester-pride-2023" TargetMode="External"/><Relationship Id="rId12" Type="http://schemas.openxmlformats.org/officeDocument/2006/relationships/hyperlink" Target="https://www.manchestervillagepride.org/about-us/" TargetMode="External"/><Relationship Id="rId13" Type="http://schemas.openxmlformats.org/officeDocument/2006/relationships/hyperlink" Target="https://www.manchestersfinest.com/arts-and-culture/manchester-pride-2023-line-up/" TargetMode="External"/><Relationship Id="rId14" Type="http://schemas.openxmlformats.org/officeDocument/2006/relationships/hyperlink" Target="https://www.onemanchester.co.uk/news-stories/manchester-pride-2023-bee-proud" TargetMode="External"/><Relationship Id="rId15" Type="http://schemas.openxmlformats.org/officeDocument/2006/relationships/hyperlink" Target="https://www.youtube.com/watch?v=nSpwQPpPEe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