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Jersey Pride Performers to Watch: Joel Dunn, Mr. Blue Lotus, and New Beginnings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music lovers and Pride-goers are heading to Cooper River Park on Sept. 6 for OUT in the Park Festival, where South Jersey’s Jersey Gay Pride will showcase vendors, food and a stacked live bill , including Joel Dunn, aka Mr. Blue Lotus, whose new single and personal rebirth make him a must-see.</w:t>
      </w:r>
      <w:r/>
    </w:p>
    <w:p>
      <w:r/>
      <w:r>
        <w:t>Essential Takeaways</w:t>
      </w:r>
      <w:r/>
      <w:r/>
    </w:p>
    <w:p>
      <w:pPr>
        <w:pStyle w:val="ListBullet"/>
        <w:spacing w:line="240" w:lineRule="auto"/>
        <w:ind w:left="720"/>
      </w:pPr>
      <w:r/>
      <w:r>
        <w:rPr>
          <w:b/>
        </w:rPr>
        <w:t>Event draw:</w:t>
      </w:r>
      <w:r>
        <w:t xml:space="preserve"> OUT in the Park Festival at Cooper River Park is Jersey Gay Pride’s big annual celebration with vendors, food and live acts.</w:t>
      </w:r>
      <w:r/>
    </w:p>
    <w:p>
      <w:pPr>
        <w:pStyle w:val="ListBullet"/>
        <w:spacing w:line="240" w:lineRule="auto"/>
        <w:ind w:left="720"/>
      </w:pPr>
      <w:r/>
      <w:r>
        <w:rPr>
          <w:b/>
        </w:rPr>
        <w:t>Local flavour:</w:t>
      </w:r>
      <w:r>
        <w:t xml:space="preserve"> Joel Dunn is a proud Salem County native who now lives in Philadelphia and returns home often.</w:t>
      </w:r>
      <w:r/>
    </w:p>
    <w:p>
      <w:pPr>
        <w:pStyle w:val="ListBullet"/>
        <w:spacing w:line="240" w:lineRule="auto"/>
        <w:ind w:left="720"/>
      </w:pPr>
      <w:r/>
      <w:r>
        <w:rPr>
          <w:b/>
        </w:rPr>
        <w:t>Emotional music:</w:t>
      </w:r>
      <w:r>
        <w:t xml:space="preserve"> His new single “Damage” grapples with depression and recovery; his Christmas ballad touches on grief and memory.</w:t>
      </w:r>
      <w:r/>
    </w:p>
    <w:p>
      <w:pPr>
        <w:pStyle w:val="ListBullet"/>
        <w:spacing w:line="240" w:lineRule="auto"/>
        <w:ind w:left="720"/>
      </w:pPr>
      <w:r/>
      <w:r>
        <w:rPr>
          <w:b/>
        </w:rPr>
        <w:t>Rebirth theme:</w:t>
      </w:r>
      <w:r>
        <w:t xml:space="preserve"> After six months sober, Dunn adopted the stage name Mr. Blue Lotus , a symbol of renewal and vivid dreams.</w:t>
      </w:r>
      <w:r/>
    </w:p>
    <w:p>
      <w:pPr>
        <w:pStyle w:val="ListBullet"/>
        <w:spacing w:line="240" w:lineRule="auto"/>
        <w:ind w:left="720"/>
      </w:pPr>
      <w:r/>
      <w:r>
        <w:rPr>
          <w:b/>
        </w:rPr>
        <w:t>Performance tip:</w:t>
      </w:r>
      <w:r>
        <w:t xml:space="preserve"> Expect soulful vocals, theatrical flair and a set informed by church roots, pop divas and a beauty-and-music sensibility.</w:t>
      </w:r>
      <w:r/>
      <w:r/>
    </w:p>
    <w:p>
      <w:pPr>
        <w:pStyle w:val="Heading2"/>
      </w:pPr>
      <w:r>
        <w:t>A hometown voice with farm-country roots , you can almost smell the grass</w:t>
      </w:r>
      <w:r/>
    </w:p>
    <w:p>
      <w:r/>
      <w:r>
        <w:t>Joel Dunn’s story starts in a quiet Salem County neighbourhood, where ponies, goats and a kitchen chair that belonged to his granddad set the scene for a singer who learned early to find solace in music. According to the interview, he was the family DJ at every cookout and Christmas, burning CDs and making mixtapes for anyone who asked. That domestic, tactile beginning still shows in his performances , there’s an earthy warmth to his voice and an intimacy that makes audiences lean in. If you grew up around small-town rituals, his music will feel familiar and grounding.</w:t>
      </w:r>
      <w:r/>
    </w:p>
    <w:p>
      <w:pPr>
        <w:pStyle w:val="Heading2"/>
      </w:pPr>
      <w:r>
        <w:t>From church pews to Pride stages , the tricky, honest path out</w:t>
      </w:r>
      <w:r/>
    </w:p>
    <w:p>
      <w:r/>
      <w:r>
        <w:t>Dunn grew up singing in his family’s church but later found acceptance there complicated when he began to express himself more openly. He told the interviewer that the congregation stopped scheduling him to sing, which drove him away for many years. He came out to his parents in stages and used social media to make his truth public , a move that, as he described, liberated him and eased his depression. This arc from sacred-stage exclusion to celebratory Pride performances mirrors a common narrative in the queer community and helps explain the emotional honesty in his songs.</w:t>
      </w:r>
      <w:r/>
    </w:p>
    <w:p>
      <w:pPr>
        <w:pStyle w:val="Heading2"/>
      </w:pPr>
      <w:r>
        <w:t>Mr. Blue Lotus: why a tea and a myth reshaped his stage name</w:t>
      </w:r>
      <w:r/>
    </w:p>
    <w:p>
      <w:r/>
      <w:r>
        <w:t>The stage name Mr. Blue Lotus came after a difficult period of heavy drinking and a determined recovery. Dunn said he spent six months sober and found solace in blue lotus tea, an herbal brew associated with calm, sleep and lucid dreams , and historically linked to rebirth in Egyptian ritual. That symbolism now anchors his music and forthcoming album, and the trademark filing for “MR-BLUE-LOTUS” suggests he’s formalising the identity. It’s a neat example of how personal healing can become artistic branding, and it gives his live set a thematic through-line: renewal, vulnerability and colour.</w:t>
      </w:r>
      <w:r/>
    </w:p>
    <w:p>
      <w:pPr>
        <w:pStyle w:val="Heading2"/>
      </w:pPr>
      <w:r>
        <w:t>Songs that hit where it hurts , “Damage” and a holiday ballad</w:t>
      </w:r>
      <w:r/>
    </w:p>
    <w:p>
      <w:r/>
      <w:r>
        <w:t>He’s releasing a single called “Damage” on the day of the Pride event, and he described it as coming from a very dark place , a plea for relief from depression. By contrast, his Christmas song examines loss at the holidays, inspired by the empty seat his grandad left at the table. Both tracks show a songwriter who writes from experience, not theory, and that makes them resonate with people who’ve been through similar pain. If you go to his show, expect raw moments between the glam , the sort that leave you feeling seen more than entertained.</w:t>
      </w:r>
      <w:r/>
    </w:p>
    <w:p>
      <w:pPr>
        <w:pStyle w:val="Heading2"/>
      </w:pPr>
      <w:r>
        <w:t>Beauty, food and performance , the multi-hyphenate who knows how to present</w:t>
      </w:r>
      <w:r/>
    </w:p>
    <w:p>
      <w:r/>
      <w:r>
        <w:t>Outside music, Dunn works in the medical and beauty world as an esthetician and medical assistant, and he credits a mentor for helping him find confidence. He also posts sensual, hypnotic skincare and food-review videos that have a devoted audience. That combination of stagecraft, visuals and self-care gives him an edge as a live performer: he knows how to frame a moment, how to make a lyric land, and how to look after himself on the road. For festival-goers, it means a polished, emotive set that’s as much about presence as it is about vocal chops.</w:t>
      </w:r>
      <w:r/>
    </w:p>
    <w:p>
      <w:r/>
      <w:r>
        <w:t>Closing line</w:t>
      </w:r>
      <w:r/>
    </w:p>
    <w:p>
      <w:r/>
      <w:r>
        <w:t>Catch him at Jersey Gay Pride and see how a small-town kid turned his blue-lotus rebirth into music that insists on being felt.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https://epgn.com/2026/09/02/joel-dunn-jersey-strong-jersey-songs/</w:t>
        </w:r>
      </w:hyperlink>
      <w:r>
        <w:t xml:space="preserve"> - Please view link - unable to able to access data</w:t>
      </w:r>
      <w:r/>
    </w:p>
    <w:p>
      <w:pPr>
        <w:pStyle w:val="ListNumber"/>
        <w:spacing w:line="240" w:lineRule="auto"/>
        <w:ind w:left="720"/>
      </w:pPr>
      <w:r/>
      <w:hyperlink r:id="rId10">
        <w:r>
          <w:rPr>
            <w:color w:val="0000EE"/>
            <w:u w:val="single"/>
          </w:rPr>
          <w:t>https://www.aclu-nj.org/event/new-jersey-gay-pride-out-in-the-park-festival/</w:t>
        </w:r>
      </w:hyperlink>
      <w:r>
        <w:t xml:space="preserve"> - The ACLU of New Jersey provides details about the 'Out in the Park' Festival, an annual event celebrating LGBTQ+ pride in Southern New Jersey. The festival features live entertainment, food vendors, and community resources, aiming to promote self-affirmation and increase visibility for the LGBTQ+ community. The 2026 festival is scheduled for September 6 at Cooper River Park in Cherry Hill, NJ. The event is free and open to the public, welcoming individuals of all ages and backgrounds to join in the celebration of diversity and inclusion.</w:t>
      </w:r>
      <w:r/>
    </w:p>
    <w:p>
      <w:pPr>
        <w:pStyle w:val="ListNumber"/>
        <w:spacing w:line="240" w:lineRule="auto"/>
        <w:ind w:left="720"/>
      </w:pPr>
      <w:r/>
      <w:hyperlink r:id="rId11">
        <w:r>
          <w:rPr>
            <w:color w:val="0000EE"/>
            <w:u w:val="single"/>
          </w:rPr>
          <w:t>https://jerseygaypride.com/pride-day-info</w:t>
        </w:r>
      </w:hyperlink>
      <w:r>
        <w:t xml:space="preserve"> - Jersey Gay Pride outlines the specifics of the 18th Annual 'Out in the Park' Festival, set for September 6, 2026, at Cooper River Park in Cherry Hill, NJ. The event begins at 12:00 PM and includes live entertainment, food vendors, and community resources. The theme for this year's festival is 'O.U.T. = Organized Unity &amp; Togetherness.' The festival is pet-friendly and free to attend, encouraging attendees to bring blankets, chairs, and tables to enjoy the festivities. The event aims to unite the South Jersey LGBTQ+ community and its allies in a celebration of pride and unity.</w:t>
      </w:r>
      <w:r/>
    </w:p>
    <w:p>
      <w:pPr>
        <w:pStyle w:val="ListNumber"/>
        <w:spacing w:line="240" w:lineRule="auto"/>
        <w:ind w:left="720"/>
      </w:pPr>
      <w:r/>
      <w:hyperlink r:id="rId13">
        <w:r>
          <w:rPr>
            <w:color w:val="0000EE"/>
            <w:u w:val="single"/>
          </w:rPr>
          <w:t>https://www.kolaminj.org/events/kulanuoutinthepark2026/</w:t>
        </w:r>
      </w:hyperlink>
      <w:r>
        <w:t xml:space="preserve"> - Congregation Kol Ami announces its participation in the 18th Annual 'Out in the Park' Festival at Cooper River Park on September 6, 2026. The event offers a family-friendly environment with live entertainment, food vendors, and community resources. Kol Ami's Kulanu group will have a table at the festival, emphasizing their commitment to being a welcoming house of worship for the LGBTQIA+ community. Volunteers are sought for staffing the table and assisting with setup and breakdown. The event aims to foster inclusivity and support for the LGBTQIA+ community in South Jersey.</w:t>
      </w:r>
      <w:r/>
    </w:p>
    <w:p>
      <w:pPr>
        <w:pStyle w:val="ListNumber"/>
        <w:spacing w:line="240" w:lineRule="auto"/>
        <w:ind w:left="720"/>
      </w:pPr>
      <w:r/>
      <w:hyperlink r:id="rId14">
        <w:r>
          <w:rPr>
            <w:color w:val="0000EE"/>
            <w:u w:val="single"/>
          </w:rPr>
          <w:t>https://outinjersey.net/events/jersey-pride-2026/</w:t>
        </w:r>
      </w:hyperlink>
      <w:r>
        <w:t xml:space="preserve"> - Out In Jersey provides information about Jersey Pride 2026, scheduled for June 7, 2026, in Asbury Park, NJ. The event includes a parade and festival, featuring floats, decorated vehicles, marching bands, and enthusiastic marchers. The festival offers a platform for the LGBTQ+ community to celebrate diversity and inclusion. The event is free and open to the public, welcoming individuals of all ages and backgrounds to join in the celebration of pride and unity. The festival aims to promote self-affirmation and increase visibility for the LGBTQ+ community.</w:t>
      </w:r>
      <w:r/>
    </w:p>
    <w:p>
      <w:pPr>
        <w:pStyle w:val="ListNumber"/>
        <w:spacing w:line="240" w:lineRule="auto"/>
        <w:ind w:left="720"/>
      </w:pPr>
      <w:r/>
      <w:hyperlink r:id="rId15">
        <w:r>
          <w:rPr>
            <w:color w:val="0000EE"/>
            <w:u w:val="single"/>
          </w:rPr>
          <w:t>https://www.camdencounty.com/event/nj-out-in-the-park-pride-parade/</w:t>
        </w:r>
      </w:hyperlink>
      <w:r>
        <w:t xml:space="preserve"> - Camden County details the 'NJ Out In the Park Pride Parade,' a family-friendly Pride festival featuring live entertainment, food trucks, community resources, and plenty of rainbow-filled fun along the scenic Cooper River. The event is scheduled for September 6, 2026, at Cooper River Park in Pennsauken, NJ. The festival aims to promote self-affirmation and increase visibility for the LGBTQ+ community. The event is free and open to the public, welcoming individuals of all ages and backgrounds to join in the celebration of diversity and inclusion.</w:t>
      </w:r>
      <w:r/>
    </w:p>
    <w:p>
      <w:pPr>
        <w:pStyle w:val="ListNumber"/>
        <w:spacing w:line="240" w:lineRule="auto"/>
        <w:ind w:left="720"/>
      </w:pPr>
      <w:r/>
      <w:hyperlink r:id="rId12">
        <w:r>
          <w:rPr>
            <w:color w:val="0000EE"/>
            <w:u w:val="single"/>
          </w:rPr>
          <w:t>https://www.trademarkelite.com/trademark/trademark-detail/99507530/MR-BLUE-LOTUS</w:t>
        </w:r>
      </w:hyperlink>
      <w:r>
        <w:t xml:space="preserve"> - Trademark Elite provides information about the 'MR. BLUE LOTUS' trademark filed by William Joel Dunn. The trademark application, assigned Serial Number 99507530, was filed in November 2025. The application covers a range of entertainment services, including live musical performances, music tours, and the provision of non-downloadable prerecorded music via a website. The trademark aims to protect the branding associated with Joel Dunn's musical endeavors, reflecting his commitment to his artistry and the entertainment industry.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9/02/joel-dunn-jersey-strong-jersey-songs/" TargetMode="External"/><Relationship Id="rId10" Type="http://schemas.openxmlformats.org/officeDocument/2006/relationships/hyperlink" Target="https://www.aclu-nj.org/event/new-jersey-gay-pride-out-in-the-park-festival/" TargetMode="External"/><Relationship Id="rId11" Type="http://schemas.openxmlformats.org/officeDocument/2006/relationships/hyperlink" Target="https://jerseygaypride.com/pride-day-info" TargetMode="External"/><Relationship Id="rId12" Type="http://schemas.openxmlformats.org/officeDocument/2006/relationships/hyperlink" Target="https://www.trademarkelite.com/trademark/trademark-detail/99507530/MR-BLUE-LOTUS" TargetMode="External"/><Relationship Id="rId13" Type="http://schemas.openxmlformats.org/officeDocument/2006/relationships/hyperlink" Target="https://www.kolaminj.org/events/kulanuoutinthepark2026/" TargetMode="External"/><Relationship Id="rId14" Type="http://schemas.openxmlformats.org/officeDocument/2006/relationships/hyperlink" Target="https://outinjersey.net/events/jersey-pride-2026/" TargetMode="External"/><Relationship Id="rId15" Type="http://schemas.openxmlformats.org/officeDocument/2006/relationships/hyperlink" Target="https://www.camdencounty.com/event/nj-out-in-the-park-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