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Dolly Parton tributes and queer cosplay moments lighting up culture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Fans are celebrating Dolly Parton's legacy while queer creators bring glamour, humour and plenty of skin to the week’s online culture round-up. From Nashville memorials and star-studded musical tributes to New York cosplay and late-night anime parties, it’s a colourful snapshot of how pop culture keeps people connected.</w:t>
      </w:r>
      <w:r/>
    </w:p>
    <w:p>
      <w:pPr>
        <w:pStyle w:val="Heading2"/>
      </w:pPr>
      <w:r>
        <w:t>Essential Takeaways</w:t>
      </w:r>
      <w:r/>
      <w:r/>
    </w:p>
    <w:p>
      <w:pPr>
        <w:pStyle w:val="ListBullet"/>
        <w:spacing w:line="240" w:lineRule="auto"/>
        <w:ind w:left="720"/>
      </w:pPr>
      <w:r/>
      <w:r>
        <w:rPr>
          <w:b/>
        </w:rPr>
        <w:t>Dolly's influence endures:</w:t>
      </w:r>
      <w:r>
        <w:t xml:space="preserve"> Musicians, actors and fans are marking her contribution with personal tributes and public celebrations.</w:t>
      </w:r>
      <w:r/>
    </w:p>
    <w:p>
      <w:pPr>
        <w:pStyle w:val="ListBullet"/>
        <w:spacing w:line="240" w:lineRule="auto"/>
        <w:ind w:left="720"/>
      </w:pPr>
      <w:r/>
      <w:r>
        <w:rPr>
          <w:b/>
        </w:rPr>
        <w:t>Tributes are turning musical:</w:t>
      </w:r>
      <w:r>
        <w:t xml:space="preserve"> John Mayer, Harry Styles and Kesha have all helped keep Parton's songs in the live spotlight.</w:t>
      </w:r>
      <w:r/>
    </w:p>
    <w:p>
      <w:pPr>
        <w:pStyle w:val="ListBullet"/>
        <w:spacing w:line="240" w:lineRule="auto"/>
        <w:ind w:left="720"/>
      </w:pPr>
      <w:r/>
      <w:r>
        <w:rPr>
          <w:b/>
        </w:rPr>
        <w:t>Cosplay gets cheeky:</w:t>
      </w:r>
      <w:r>
        <w:t xml:space="preserve"> Creators are mixing superhero costumes, anime references and playful fantasy with unmistakable queer flair.</w:t>
      </w:r>
      <w:r/>
    </w:p>
    <w:p>
      <w:pPr>
        <w:pStyle w:val="ListBullet"/>
        <w:spacing w:line="240" w:lineRule="auto"/>
        <w:ind w:left="720"/>
      </w:pPr>
      <w:r/>
      <w:r>
        <w:rPr>
          <w:b/>
        </w:rPr>
        <w:t>Community remains central:</w:t>
      </w:r>
      <w:r>
        <w:t xml:space="preserve"> Events, conventions and memorials offer fans a chance to celebrate together rather than alone.</w:t>
      </w:r>
      <w:r/>
      <w:r/>
    </w:p>
    <w:p>
      <w:pPr>
        <w:pStyle w:val="Heading2"/>
      </w:pPr>
      <w:r>
        <w:t>Dolly Parton's legacy is getting the tribute treatment</w:t>
      </w:r>
      <w:r/>
    </w:p>
    <w:p>
      <w:r/>
      <w:r>
        <w:t>Dolly Parton's impact is being felt far beyond country music. As tributes continue to appear, the mood has shifted between heartfelt remembrance and the kind of flamboyant celebration that suits her larger-than-life image.</w:t>
      </w:r>
      <w:r/>
    </w:p>
    <w:p>
      <w:r/>
      <w:r>
        <w:t>Jane Fonda has reflected on her friendship with her former 9 to 5 co-star, while Stevie Nicks recalled the joy of recording with Parton in Nashville. Their memories offer different windows into the singer's appeal, but both underline the same point: Parton made people feel welcome.</w:t>
      </w:r>
      <w:r/>
    </w:p>
    <w:p>
      <w:r/>
      <w:r>
        <w:t>That warmth is part of why her fans don't simply mourn. They gather, sing, dress up and swap stories. Even the most glittering tribute tends to carry something personal underneath.</w:t>
      </w:r>
      <w:r/>
    </w:p>
    <w:p>
      <w:pPr>
        <w:pStyle w:val="Heading2"/>
      </w:pPr>
      <w:r>
        <w:t>Live performances keep her songs glowing</w:t>
      </w:r>
      <w:r/>
    </w:p>
    <w:p>
      <w:r/>
      <w:r>
        <w:t>Parton's catalogue is proving particularly durable on stage. According to MusicRadar, John Mayer honoured her with a tender electric-guitar version of I Will Always Love You, while Harry Styles and Kesha also paid tribute during live shows.</w:t>
      </w:r>
      <w:r/>
    </w:p>
    <w:p>
      <w:r/>
      <w:r>
        <w:t>There’s something especially moving about hearing a familiar song stripped back in a concert setting. Without elaborate production, the writing has room to breathe, and the emotion lands cleanly. Parton's songs can sound enormous, but they can also survive with just a voice, a guitar and a quiet room.</w:t>
      </w:r>
      <w:r/>
    </w:p>
    <w:p>
      <w:r/>
      <w:r>
        <w:t>The best tributes don't try to imitate her. They show how widely her work has travelled, from country stages to pop concerts and intimate fan performances.</w:t>
      </w:r>
      <w:r/>
    </w:p>
    <w:p>
      <w:pPr>
        <w:pStyle w:val="Heading2"/>
      </w:pPr>
      <w:r>
        <w:t>Nashville is turning remembrance into a shared experience</w:t>
      </w:r>
      <w:r/>
    </w:p>
    <w:p>
      <w:r/>
      <w:r>
        <w:t>Public events have added another layer to the response. Axios reported on DollyFest celebrations in Nashville and London, where fans gathered to honour Parton's music, personality and cultural reach.</w:t>
      </w:r>
      <w:r/>
    </w:p>
    <w:p>
      <w:r/>
      <w:r>
        <w:t>Memorial events can sometimes feel formal and distant, but Parton's audience has always been more colourful than that. Expect bright wigs, rhinestones, big hair and the occasional emotional singalong. Frankly, a subdued dress code would feel like missing the point.</w:t>
      </w:r>
      <w:r/>
    </w:p>
    <w:p>
      <w:r/>
      <w:r>
        <w:t>For visitors, these gatherings also offer a practical way to connect with the story behind the songs. A museum stop, a live performance or a fan event can turn a playlist favourite into a much richer experience.</w:t>
      </w:r>
      <w:r/>
    </w:p>
    <w:p>
      <w:pPr>
        <w:pStyle w:val="Heading2"/>
      </w:pPr>
      <w:r>
        <w:t>Queer cosplay brings its own kind of sparkle</w:t>
      </w:r>
      <w:r/>
    </w:p>
    <w:p>
      <w:r/>
      <w:r>
        <w:t>Elsewhere, queer creators are making conventions feel like their personal runway. Puerto Rican cosplayer EJ brought high-energy looks to Anime Con in New York before heading to an afterparty and later travelling to Sekaiju Con in Puerto Rico.</w:t>
      </w:r>
      <w:r/>
    </w:p>
    <w:p>
      <w:r/>
      <w:r>
        <w:t>The appeal isn't just the costumes. Cosplay gives people permission to be theatrical, mischievous and joyfully over the top. One moment can be a carefully built character transformation, and the next can become a knowing joke for fans who recognise every reference.</w:t>
      </w:r>
      <w:r/>
    </w:p>
    <w:p>
      <w:r/>
      <w:r>
        <w:t>Recent looks have ranged from superhero-inspired mash-ups to anime characters and playful pup-play imagery. The details matter, but so does the attitude. A convincing cosplay needs confidence, and your audience can usually tell when someone is genuinely having fun.</w:t>
      </w:r>
      <w:r/>
    </w:p>
    <w:p>
      <w:pPr>
        <w:pStyle w:val="Heading2"/>
      </w:pPr>
      <w:r>
        <w:t>Why these fandoms keep colliding online</w:t>
      </w:r>
      <w:r/>
    </w:p>
    <w:p>
      <w:r/>
      <w:r>
        <w:t>Music tributes and cosplay may seem like separate corners of the internet, yet they run on similar fuel: shared recognition. Fans gather around a song, a character or a visual joke, then add their own personality to it.</w:t>
      </w:r>
      <w:r/>
    </w:p>
    <w:p>
      <w:r/>
      <w:r>
        <w:t>The result is culture that feels participatory rather than passive. People aren't merely watching a celebrity performance or scrolling past a costume; they're responding, recreating and building a community around it.</w:t>
      </w:r>
      <w:r/>
    </w:p>
    <w:p>
      <w:r/>
      <w:r>
        <w:t>That may explain why these round-ups feel so lively. Dolly Parton's songs invite everyone to sing along, while cosplay invites everyone to play along. Both leave room for camp, tenderness and a little harmless chaos.</w:t>
      </w:r>
      <w:r/>
    </w:p>
    <w:p>
      <w:pPr>
        <w:pStyle w:val="Heading2"/>
      </w:pPr>
      <w:r>
        <w:t>A colourful week for fans and creators</w:t>
      </w:r>
      <w:r/>
    </w:p>
    <w:p>
      <w:r/>
      <w:r>
        <w:t>From star tributes to convention snapshots, the week's stories show how entertainment keeps evolving through its audiences. Parton's legacy is being carried by musicians and fans, while queer creators are turning cosplay into performance art with a wink.</w:t>
      </w:r>
      <w:r/>
    </w:p>
    <w:p>
      <w:r/>
      <w:r>
        <w:t>There’s a shared message beneath all the glitter: being enthusiastic is still one of the most attractive things a person can do. Whether you're holding a guitar, wearing a superhero suit or simply cheering from the crowd, participation makes the moment bigger.</w:t>
      </w:r>
      <w:r/>
    </w:p>
    <w:p>
      <w:r/>
      <w:r>
        <w:t>It's a lively reminder that fandom works best when everyone brings a little sparkle.</w:t>
      </w:r>
      <w:r/>
    </w:p>
    <w:p>
      <w:pPr>
        <w:pStyle w:val="Heading2"/>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5">
        <w:r>
          <w:rPr>
            <w:color w:val="0000EE"/>
            <w:u w:val="single"/>
          </w:rPr>
          <w:t>[7]</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1">
        <w:r>
          <w:rPr>
            <w:color w:val="0000EE"/>
            <w:u w:val="single"/>
          </w:rPr>
          <w:t>[3]</w:t>
        </w:r>
      </w:hyperlink>
      <w:r>
        <w:t xml:space="preserve">, </w:t>
      </w:r>
      <w:hyperlink r:id="rId13">
        <w:r>
          <w:rPr>
            <w:color w:val="0000EE"/>
            <w:u w:val="single"/>
          </w:rPr>
          <w:t>[5]</w:t>
        </w:r>
      </w:hyperlink>
      <w:r>
        <w:t xml:space="preserve">- Paragraph 6: </w:t>
      </w:r>
      <w:hyperlink r:id="rId12">
        <w:r>
          <w:rPr>
            <w:color w:val="0000EE"/>
            <w:u w:val="single"/>
          </w:rPr>
          <w:t>[4]</w:t>
        </w:r>
      </w:hyperlink>
      <w:r>
        <w:t xml:space="preserve">, </w:t>
      </w:r>
      <w:hyperlink r:id="rId14">
        <w:r>
          <w:rPr>
            <w:color w:val="0000EE"/>
            <w:u w:val="single"/>
          </w:rPr>
          <w:t>[6]</w:t>
        </w:r>
      </w:hyperlink>
      <w:r>
        <w:t xml:space="preserve">- Paragraph 7: </w:t>
      </w:r>
      <w:hyperlink r:id="rId13">
        <w:r>
          <w:rPr>
            <w:color w:val="0000EE"/>
            <w:u w:val="single"/>
          </w:rPr>
          <w:t>[5]</w:t>
        </w:r>
      </w:hyperlink>
      <w:r>
        <w:t xml:space="preserve">, </w:t>
      </w:r>
      <w:hyperlink r:id="rId15">
        <w:r>
          <w:rPr>
            <w:color w:val="0000EE"/>
            <w:u w:val="single"/>
          </w:rPr>
          <w:t>[7]</w:t>
        </w:r>
      </w:hyperlink>
      <w:r>
        <w:t xml:space="preserve">- Paragraph 8: </w:t>
      </w:r>
      <w:hyperlink r:id="rId10">
        <w:r>
          <w:rPr>
            <w:color w:val="0000EE"/>
            <w:u w:val="single"/>
          </w:rPr>
          <w:t>[2]</w:t>
        </w:r>
      </w:hyperlink>
      <w:r>
        <w:t xml:space="preserve">, </w:t>
      </w:r>
      <w:hyperlink r:id="rId11">
        <w:r>
          <w:rPr>
            <w:color w:val="0000EE"/>
            <w:u w:val="single"/>
          </w:rPr>
          <w:t>[3]</w:t>
        </w:r>
      </w:hyperlink>
      <w:r>
        <w:t xml:space="preserve">- Paragraph 9: </w:t>
      </w:r>
      <w:hyperlink r:id="rId12">
        <w:r>
          <w:rPr>
            <w:color w:val="0000EE"/>
            <w:u w:val="single"/>
          </w:rPr>
          <w:t>[4]</w:t>
        </w:r>
      </w:hyperlink>
      <w:r>
        <w:t xml:space="preserve">, </w:t>
      </w:r>
      <w:hyperlink r:id="rId13">
        <w:r>
          <w:rPr>
            <w:color w:val="0000EE"/>
            <w:u w:val="single"/>
          </w:rPr>
          <w:t>[5]</w:t>
        </w:r>
      </w:hyperlink>
      <w:r>
        <w:t xml:space="preserve">- Paragraph 10: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https://www.queerty.com/warpath-dylan-does-double-cosplay-ej-hits-the-showers-paul-charles-gobbles-up-a-creamy-donut-20260902/</w:t>
        </w:r>
      </w:hyperlink>
      <w:r>
        <w:t xml:space="preserve"> - Please view link - unable to able to access data</w:t>
      </w:r>
      <w:r/>
    </w:p>
    <w:p>
      <w:pPr>
        <w:pStyle w:val="ListNumber"/>
        <w:spacing w:line="240" w:lineRule="auto"/>
        <w:ind w:left="720"/>
      </w:pPr>
      <w:r/>
      <w:hyperlink r:id="rId10">
        <w:r>
          <w:rPr>
            <w:color w:val="0000EE"/>
            <w:u w:val="single"/>
          </w:rPr>
          <w:t>https://www.cinemablend.com/movies/jane-fonda-latest-tribute-9-to-5-co-star-dolly-parton-after-death-making-me-misty-eyed</w:t>
        </w:r>
      </w:hyperlink>
      <w:r>
        <w:t xml:space="preserve"> - Following Dolly Parton's passing at age 80, tributes have poured in, including a deeply emotional one from her '9 to 5' co-star Jane Fonda. Fonda spoke about Parton's legacy of kindness and empathy, sharing anecdotes that highlighted her compassionate nature. She recalled a photoshoot where Parton objected to a cross-eyed photo out of sensitivity for a family member with the condition, demonstrating her deep consideration for others. Fonda also mentioned how traveling with Parton during film research taught her about respecting and acknowledging fans, as Parton remained true to her image even in remote communities. Known for her generosity, including donating $1 million for COVID-19 vaccine research, and her advocacy for love and acceptance—especially towards the LGBTQ+ community—Parton left a profound impact on those around her. Her co-stars and countless fans continue to honour her incredible legacy, remembering her empathy, authenticity, and larger-than-life presence.</w:t>
      </w:r>
      <w:r/>
    </w:p>
    <w:p>
      <w:pPr>
        <w:pStyle w:val="ListNumber"/>
        <w:spacing w:line="240" w:lineRule="auto"/>
        <w:ind w:left="720"/>
      </w:pPr>
      <w:r/>
      <w:hyperlink r:id="rId11">
        <w:r>
          <w:rPr>
            <w:color w:val="0000EE"/>
            <w:u w:val="single"/>
          </w:rPr>
          <w:t>https://www.loudersound.com/bands-artists/steve-nicks-pays-tribute-to-dolly-parton-recalls-best-week-ever-recording-with-her-in-nashville</w:t>
        </w:r>
      </w:hyperlink>
      <w:r>
        <w:t xml:space="preserve"> - On August 25, 2026, country music legend Dolly Parton passed away in Nashville at the age of 80. Stevie Nicks paid tribute to Parton with a heartfelt handwritten note, recalling their time working together on Parton’s 2023 album 'Rockstar.' The two collaborated on the track 'What Has Rock and Roll Ever Done For You,' a song Nicks originally demoed for her 1985 solo album but never released. Nicks described their week together in Nashville as a 'master class,' highlighting Parton's teaching spirit, humility, and musical versatility. She watched Parton transition seamlessly into rock music, noting her dedication to learning and gathering songs. Nicks concluded her tribute with a touching poem and expression of eternal love and admiration. Other notable tributes came from Paul McCartney, Elton John, and Mick Jagger, all honouring Parton’s immense talent, philanthropic spirit, and unparalleled impact on music and culture.</w:t>
      </w:r>
      <w:r/>
    </w:p>
    <w:p>
      <w:pPr>
        <w:pStyle w:val="ListNumber"/>
        <w:spacing w:line="240" w:lineRule="auto"/>
        <w:ind w:left="720"/>
      </w:pPr>
      <w:r/>
      <w:hyperlink r:id="rId12">
        <w:r>
          <w:rPr>
            <w:color w:val="0000EE"/>
            <w:u w:val="single"/>
          </w:rPr>
          <w:t>https://www.musicradar.com/artists/shows-festivals/john-mayer-honours-dolly-parton-with-a-tender-electric-guitar-cover-of-i-will-always-love-you-as-harry-styles-and-kesha-also-pay-tribute-during-live-shows</w:t>
        </w:r>
      </w:hyperlink>
      <w:r>
        <w:t xml:space="preserve"> - In the wake of Dolly Parton's passing, prominent musicians have paid heartfelt tributes to the legendary artist. During a performance at Stephen Talkhouse in Amagansett, New York, John Mayer honoured Parton with a tender electric guitar rendition of 'I Will Always Love You' as an intro to his hit 'Gravity,' describing her legacy as a reflection of a life beautifully and fully lived. Mayer also shared his emotional response to her death in an interview, highlighting the collective connection her passing inspired. Meanwhile, Harry Styles paid his respects at Madison Square Garden, thanking Parton and playing her original version of the iconic song, encouraging the audience to sing along. In Pittsburgh, singer Kesha delivered an emotional tribute by covering 'Old Flames (Can't Hold A Candle To You),' a song co-written by her mother and later released by Parton. Kesha recounted the personal significance of the song and recalled working with Dolly during a difficult period in her life, calling the experience empowering. More tributes are expected in the coming days as the music world continues to celebrate Dolly Parton’s profound impact across genres.</w:t>
      </w:r>
      <w:r/>
    </w:p>
    <w:p>
      <w:pPr>
        <w:pStyle w:val="ListNumber"/>
        <w:spacing w:line="240" w:lineRule="auto"/>
        <w:ind w:left="720"/>
      </w:pPr>
      <w:r/>
      <w:hyperlink r:id="rId13">
        <w:r>
          <w:rPr>
            <w:color w:val="0000EE"/>
            <w:u w:val="single"/>
          </w:rPr>
          <w:t>https://www.axios.com/local/nashville/2026/08/31/dolly-parton-dollyfest-nashville-london-memorial</w:t>
        </w:r>
      </w:hyperlink>
      <w:r>
        <w:t xml:space="preserve"> - Dolly Parton, who passed away recently and was laid to rest in a private ceremony, had expressed that she did not want a traditional memorial service. In accordance with her wishes, her team is organising a celebration called 'Dollyfest'—a two-weekend music festival slated for next year in both Nashville and London. According to her longtime manager Danny Nozell, the festival reflects Parton's authentic spirit and was a concept originally envisioned by Parton for her 80th birthday. The exact dates for the star-studded event have not yet been announced. This unique tribute aligns with her legacy of joy and music, offering fans a festive way to celebrate her life.</w:t>
      </w:r>
      <w:r/>
    </w:p>
    <w:p>
      <w:pPr>
        <w:pStyle w:val="ListNumber"/>
        <w:spacing w:line="240" w:lineRule="auto"/>
        <w:ind w:left="720"/>
      </w:pPr>
      <w:r/>
      <w:hyperlink r:id="rId14">
        <w:r>
          <w:rPr>
            <w:color w:val="0000EE"/>
            <w:u w:val="single"/>
          </w:rPr>
          <w:t>https://www.thedailybeast.com/obsessed/cnn-apologizes-for-humiliating-dolly-parton-flub/</w:t>
        </w:r>
      </w:hyperlink>
      <w:r>
        <w:t xml:space="preserve"> - CNN issued an apology after mistakenly airing a photo of Dolly Parton impersonator Kelly Vohnn during a tribute segment following Parton's death at age 80. The error occurred on 'Laura Coates Live,' which featured images commemorating Parton's career. Among them was a photo of Vohnn taken in December at a Las Vegas screening of the film 'Song Sung Blue.' The mistake led to confusion and embarrassment, with Vohnn expressing her shock after friends alerted her to the broadcast. She described her heartbreak over Parton’s passing and criticised CNN for the oversight, stating that the network should have selected appropriate images from Parton's extensive career. CNN acknowledged the error and apologised to Parton's family. Vohnn, a longtime admirer and impersonator of Parton, chose not to reach out to the network due to her grief, instead honouring Parton privately. The incident highlights the importance of accuracy and diligence in media tributes.</w:t>
      </w:r>
      <w:r/>
    </w:p>
    <w:p>
      <w:pPr>
        <w:pStyle w:val="ListNumber"/>
        <w:spacing w:line="240" w:lineRule="auto"/>
        <w:ind w:left="720"/>
      </w:pPr>
      <w:r/>
      <w:hyperlink r:id="rId15">
        <w:r>
          <w:rPr>
            <w:color w:val="0000EE"/>
            <w:u w:val="single"/>
          </w:rPr>
          <w:t>https://sobs.com/past-event/shonen-shout-anime-party/</w:t>
        </w:r>
      </w:hyperlink>
      <w:r>
        <w:t xml:space="preserve"> - Shonen Shout is an anime dance party held on the first day of NYC Anime Con, serving as the official afterparty for the Anime Rap Concert. Presented by Something Dope For The People and featuring music by DJ Vega, the event offers free entry for cosplayers from 10-11pm and for everyone else from 10-10:30pm, with RSVP required. Attendees can expect sing-alongs to popular anime OSTs and remixes, anime-themed cocktails and drink specials, surprise performances, giveaways, and late-night happy hour deals. The event is scheduled for August 21, 2025, at SOB’s NYC, located at 204 Varick St, New York, NY 10014.</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warpath-dylan-does-double-cosplay-ej-hits-the-showers-paul-charles-gobbles-up-a-creamy-donut-20260902/" TargetMode="External"/><Relationship Id="rId10" Type="http://schemas.openxmlformats.org/officeDocument/2006/relationships/hyperlink" Target="https://www.cinemablend.com/movies/jane-fonda-latest-tribute-9-to-5-co-star-dolly-parton-after-death-making-me-misty-eyed" TargetMode="External"/><Relationship Id="rId11" Type="http://schemas.openxmlformats.org/officeDocument/2006/relationships/hyperlink" Target="https://www.loudersound.com/bands-artists/steve-nicks-pays-tribute-to-dolly-parton-recalls-best-week-ever-recording-with-her-in-nashville" TargetMode="External"/><Relationship Id="rId12" Type="http://schemas.openxmlformats.org/officeDocument/2006/relationships/hyperlink" Target="https://www.musicradar.com/artists/shows-festivals/john-mayer-honours-dolly-parton-with-a-tender-electric-guitar-cover-of-i-will-always-love-you-as-harry-styles-and-kesha-also-pay-tribute-during-live-shows" TargetMode="External"/><Relationship Id="rId13" Type="http://schemas.openxmlformats.org/officeDocument/2006/relationships/hyperlink" Target="https://www.axios.com/local/nashville/2026/08/31/dolly-parton-dollyfest-nashville-london-memorial" TargetMode="External"/><Relationship Id="rId14" Type="http://schemas.openxmlformats.org/officeDocument/2006/relationships/hyperlink" Target="https://www.thedailybeast.com/obsessed/cnn-apologizes-for-humiliating-dolly-parton-flub/" TargetMode="External"/><Relationship Id="rId15" Type="http://schemas.openxmlformats.org/officeDocument/2006/relationships/hyperlink" Target="https://sobs.com/past-event/shonen-shout-anime-par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