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Brisbane Pride Season Guide: Where to Dance Now Big Gay Day Is Off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revelers and chosen family are pivoting: Big Gay Day is taking a break in 2026, but Brisbane’s Pride season is bigger, brasher and more varied than ever , from block parties at The Wickham to MELT Festival’s pink duck parade, there’s plenty to celebrate and protest across the city.</w:t>
      </w:r>
      <w:r/>
    </w:p>
    <w:p>
      <w:r/>
      <w:r>
        <w:t>Essential Takeaways</w:t>
      </w:r>
      <w:r/>
      <w:r/>
    </w:p>
    <w:p>
      <w:pPr>
        <w:pStyle w:val="ListBullet"/>
        <w:spacing w:line="240" w:lineRule="auto"/>
        <w:ind w:left="720"/>
      </w:pPr>
      <w:r/>
      <w:r>
        <w:rPr>
          <w:b/>
        </w:rPr>
        <w:t>Big Gay Day paused:</w:t>
      </w:r>
      <w:r>
        <w:t xml:space="preserve"> Organisers opted to postpone the flagship Fortitude Valley street party until 2027 due to rising costs and logistical challenges.</w:t>
      </w:r>
      <w:r/>
    </w:p>
    <w:p>
      <w:pPr>
        <w:pStyle w:val="ListBullet"/>
        <w:spacing w:line="240" w:lineRule="auto"/>
        <w:ind w:left="720"/>
      </w:pPr>
      <w:r/>
      <w:r>
        <w:rPr>
          <w:b/>
        </w:rPr>
        <w:t>Wickham still hosting events:</w:t>
      </w:r>
      <w:r>
        <w:t xml:space="preserve"> The venue will host the GAY OUT Block Party and other Pride-adjacent gatherings, keeping the party energy alive.</w:t>
      </w:r>
      <w:r/>
    </w:p>
    <w:p>
      <w:pPr>
        <w:pStyle w:val="ListBullet"/>
        <w:spacing w:line="240" w:lineRule="auto"/>
        <w:ind w:left="720"/>
      </w:pPr>
      <w:r/>
      <w:r>
        <w:rPr>
          <w:b/>
        </w:rPr>
        <w:t>Pride season expanded:</w:t>
      </w:r>
      <w:r>
        <w:t xml:space="preserve"> Brisbane Pride Festival runs 26 September–31 October with the Rally and March on 24 October and Fair Day at New Farm Park.</w:t>
      </w:r>
      <w:r/>
    </w:p>
    <w:p>
      <w:pPr>
        <w:pStyle w:val="ListBullet"/>
        <w:spacing w:line="240" w:lineRule="auto"/>
        <w:ind w:left="720"/>
      </w:pPr>
      <w:r/>
      <w:r>
        <w:rPr>
          <w:b/>
        </w:rPr>
        <w:t>MELT Festival adds scale:</w:t>
      </w:r>
      <w:r>
        <w:t xml:space="preserve"> MELT’s opening weekend includes a River Pride Parade with a giant pink duck, concerts, theatre and over 100 events across 70 venues.</w:t>
      </w:r>
      <w:r/>
    </w:p>
    <w:p>
      <w:pPr>
        <w:pStyle w:val="ListBullet"/>
        <w:spacing w:line="240" w:lineRule="auto"/>
        <w:ind w:left="720"/>
      </w:pPr>
      <w:r/>
      <w:r>
        <w:rPr>
          <w:b/>
        </w:rPr>
        <w:t>Charitable continuity:</w:t>
      </w:r>
      <w:r>
        <w:t xml:space="preserve"> Despite the pause, The Wickham confirmed continued donations to local LGBTQIA+ charities.</w:t>
      </w:r>
      <w:r/>
      <w:r/>
    </w:p>
    <w:p>
      <w:pPr>
        <w:pStyle w:val="Heading2"/>
      </w:pPr>
      <w:r>
        <w:t>Why postponing Big Gay Day was the hard but right call</w:t>
      </w:r>
      <w:r/>
    </w:p>
    <w:p>
      <w:r/>
      <w:r>
        <w:t>There’s a soft ache when a quarter-century tradition goes on pause, and you can almost hear the deflated balloons. Organiser Harry K told Star Observer the decision wasn’t taken lightly, noting costs have skyrocketed and outdoor events in Fortitude Valley bring unique hurdles. The sensible choice was a pause rather than a stripped-back version, which many will appreciate. For punters, that means fewer compromises on production value when the party returns in 2027.</w:t>
      </w:r>
      <w:r/>
    </w:p>
    <w:p>
      <w:pPr>
        <w:pStyle w:val="Heading2"/>
      </w:pPr>
      <w:r>
        <w:t>The Wickham refuses to go quiet , enter GAY OUT Block Party</w:t>
      </w:r>
      <w:r/>
    </w:p>
    <w:p>
      <w:r/>
      <w:r>
        <w:t>If you expected a solemn long weekend, think again. The Wickham has pivoted, staging the GAY OUT Block Party with three arenas of music and an official after-party at The Warehouse. That’s more than 12 hours of DJs, drag and sweaty celebration, and it proves the community can reroute its joy rather than cancel it. For planning: arrive early, expect queues and wear something you don’t mind dancing in till the sun comes up.</w:t>
      </w:r>
      <w:r/>
    </w:p>
    <w:p>
      <w:pPr>
        <w:pStyle w:val="Heading2"/>
      </w:pPr>
      <w:r>
        <w:t>Brisbane Pride Festival: protest, performance and picnic plans</w:t>
      </w:r>
      <w:r/>
    </w:p>
    <w:p>
      <w:r/>
      <w:r>
        <w:t>Brisbane Pride Festival stretches late September into October, culminating in the Rally and March on 24 October and Fair Day at New Farm Park. It’s where politics and party meet , people march, then picnic, then linger for performances. If you care about visibility, bring a sign and a reusable water bottle; if you’re there for the atmosphere, scope out the program in advance and pick a few highlights so you don’t burn out.</w:t>
      </w:r>
      <w:r/>
    </w:p>
    <w:p>
      <w:pPr>
        <w:pStyle w:val="Heading2"/>
      </w:pPr>
      <w:r>
        <w:t>MELT Festival brings spectacle, theatre and a 15‑metre pink duck</w:t>
      </w:r>
      <w:r/>
    </w:p>
    <w:p>
      <w:r/>
      <w:r>
        <w:t>MELT has leaned into scale and spectacle, opening its huge weekend with a twilight River Pride Parade led by Florentijn Hofman’s enormous hot-pink duck and party boats on the Brisbane River. The program is eclectic: music from Courtney Barnett and Melanie C, immersive theatre like Show Me Love, a Trans Theatre Symposium and even Mr First Nation. It’s the kind of festival where you can wander from intimate talks to arena-sized anthems , check schedules and book tickets early for headline shows.</w:t>
      </w:r>
      <w:r/>
    </w:p>
    <w:p>
      <w:pPr>
        <w:pStyle w:val="Heading2"/>
      </w:pPr>
      <w:r>
        <w:t>What this means for community groups and charities</w:t>
      </w:r>
      <w:r/>
    </w:p>
    <w:p>
      <w:r/>
      <w:r>
        <w:t>Even with Big Gay Day on hiatus, The Wickham confirmed it will still donate $10,000 each to 2Spirits and Open Doors Youth Service, showing the fundraising thread remains intact. That continuity matters because many smaller events and grassroots organisations rely on the platform and proceeds that come with big festivals. If you can, support stalls, buy merch, or donate directly , it’s one of the most effective ways to keep community programming vibrant.</w:t>
      </w:r>
      <w:r/>
    </w:p>
    <w:p>
      <w:pPr>
        <w:pStyle w:val="Heading2"/>
      </w:pPr>
      <w:r>
        <w:t>How to choose where to go this Pride season</w:t>
      </w:r>
      <w:r/>
    </w:p>
    <w:p>
      <w:r/>
      <w:r>
        <w:t>Think of this year as a choose-your-own-adventure. Want big crowds and spectacle? MELT’s opening weekend is your bag. Prefer a concentrated clubby vibe? The GAY OUT Block Party and The Warehouse after-party will scratch that itch. Want family-friendly and community-focused? Fair Day at New Farm Park is a staple. Practical tip: map events by date and location to avoid burnout, book tickets for headline acts early, and pack comfy shoes and a portable phone charger.</w:t>
      </w:r>
      <w:r/>
    </w:p>
    <w:p>
      <w:r/>
      <w:r>
        <w:t>It’s a small change in the calendar, but Brisbane’s Pride season is still packed with colour, noise and collective joy , and there’s more than one dancefloor to pick from.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Paragraph 3: </w:t>
      </w:r>
      <w:hyperlink r:id="rId11">
        <w:r>
          <w:rPr>
            <w:color w:val="0000EE"/>
            <w:u w:val="single"/>
          </w:rPr>
          <w:t>[3]</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9">
        <w:r>
          <w:rPr>
            <w:color w:val="0000EE"/>
            <w:u w:val="single"/>
          </w:rPr>
          <w:t>[2]</w:t>
        </w:r>
      </w:hyperlink>
      <w:r>
        <w:t xml:space="preserve">- Paragraph 6: </w:t>
      </w:r>
      <w:hyperlink r:id="rId9">
        <w:r>
          <w:rPr>
            <w:color w:val="0000EE"/>
            <w:u w:val="single"/>
          </w:rPr>
          <w:t>[2]</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https://www.starobserver.com.au/features/yep-big-gay-day-is-taking-a-year-off-but-brisbanes-pride-season-is-bigger-than-ever/243656</w:t>
        </w:r>
      </w:hyperlink>
      <w:r>
        <w:t xml:space="preserve"> - Please view link - unable to able to access data</w:t>
      </w:r>
      <w:r/>
    </w:p>
    <w:p>
      <w:pPr>
        <w:pStyle w:val="ListNumber"/>
        <w:spacing w:line="240" w:lineRule="auto"/>
        <w:ind w:left="720"/>
      </w:pPr>
      <w:r/>
      <w:hyperlink r:id="rId9">
        <w:r>
          <w:rPr>
            <w:color w:val="0000EE"/>
            <w:u w:val="single"/>
          </w:rPr>
          <w:t>https://www.starobserver.com.au/features/yep-big-gay-day-is-taking-a-year-off-but-brisbanes-pride-season-is-bigger-than-ever/243656</w:t>
        </w:r>
      </w:hyperlink>
      <w:r>
        <w:t xml:space="preserve"> - In 2026, Brisbane's LGBTQIA+ community faced the unexpected cancellation of Big Gay Day, a cherished event that had been a staple for 25 years. Organiser Harry K explained that escalating costs and logistical challenges led to the decision to postpone the event until 2027. Despite this setback, the community swiftly adapted, with The Wickham hosting the GAY OUT Block Party on 4 October, featuring three arenas of music and entertainment, followed by an after-party at The Warehouse. Additionally, Brisbane Pride Festival and MELT Festival expanded their offerings, ensuring a vibrant Pride season with numerous events, including the Rally and March on 24 October and the Fair Day at New Farm Park.</w:t>
      </w:r>
      <w:r/>
    </w:p>
    <w:p>
      <w:pPr>
        <w:pStyle w:val="ListNumber"/>
        <w:spacing w:line="240" w:lineRule="auto"/>
        <w:ind w:left="720"/>
      </w:pPr>
      <w:r/>
      <w:hyperlink r:id="rId11">
        <w:r>
          <w:rPr>
            <w:color w:val="0000EE"/>
            <w:u w:val="single"/>
          </w:rPr>
          <w:t>https://happeningnext.com/event/gay-out-block-party-the-wickham-eid1ef0l443euur</w:t>
        </w:r>
      </w:hyperlink>
      <w:r>
        <w:t xml:space="preserve"> - The GAY OUT Block Party, scheduled for 4 October 2026 at The Wickham in Fortitude Valley, Brisbane, is set to be a major LGBTQIA+ event. Organised by Harry K and The Wickham, the event will feature three arenas with a diverse lineup of DJs, drag performances, and live entertainment. The festivities will commence at 2 PM and continue until 9 PM, after which the official after-party will move to The Warehouse, extending the celebration into the night. This event aims to provide a vibrant and inclusive experience for the community.</w:t>
      </w:r>
      <w:r/>
    </w:p>
    <w:p>
      <w:pPr>
        <w:pStyle w:val="ListNumber"/>
        <w:spacing w:line="240" w:lineRule="auto"/>
        <w:ind w:left="720"/>
      </w:pPr>
      <w:r/>
      <w:hyperlink r:id="rId10">
        <w:r>
          <w:rPr>
            <w:color w:val="0000EE"/>
            <w:u w:val="single"/>
          </w:rPr>
          <w:t>https://www.brisbanepride.org.au/</w:t>
        </w:r>
      </w:hyperlink>
      <w:r>
        <w:t xml:space="preserve"> - The Brisbane Pride Festival 2026 is a significant event celebrating the LGBTQIA+ community in Brisbane. Running from 26 September to 31 October, the festival includes key events such as the Queens Ball, Rally and March, and Fair Day. The Queens Ball is an awards night held at Brisbane City Hall, featuring live performances and the Queens Ball Awards. The Rally and March involve a gathering in Fortitude Valley, followed by a march to Fair Day at New Farm Park, which offers a main stage, Rainbow Markets, and various food and community stalls.</w:t>
      </w:r>
      <w:r/>
    </w:p>
    <w:p>
      <w:pPr>
        <w:pStyle w:val="ListNumber"/>
        <w:spacing w:line="240" w:lineRule="auto"/>
        <w:ind w:left="720"/>
      </w:pPr>
      <w:r/>
      <w:hyperlink r:id="rId12">
        <w:r>
          <w:rPr>
            <w:color w:val="0000EE"/>
            <w:u w:val="single"/>
          </w:rPr>
          <w:t>https://happeningnext.com/event/little-gay-day-block-party-the-wickham-eid1ef0kv3radoa</w:t>
        </w:r>
      </w:hyperlink>
      <w:r>
        <w:t xml:space="preserve"> - The LITTLE GAY DAY Block Party, organised by Harry K and The Wickham, took place on 3 May 2026 during the Labour Day Long Weekend. The event transformed The Wickham Courtyard into a full-scale outdoor and indoor block party from 2 PM to 10 PM. Attendees enjoyed live performances, DJs, and full production shows, with Zoë Badwi delivering an anthems set celebrating the re-launch of 'Release Me 2026'. The event aimed to keep Brisbane's LGBTQIA+ community vibrant and engaged.</w:t>
      </w:r>
      <w:r/>
    </w:p>
    <w:p>
      <w:pPr>
        <w:pStyle w:val="ListNumber"/>
        <w:spacing w:line="240" w:lineRule="auto"/>
        <w:ind w:left="720"/>
      </w:pPr>
      <w:r/>
      <w:hyperlink r:id="rId13">
        <w:r>
          <w:rPr>
            <w:color w:val="0000EE"/>
            <w:u w:val="single"/>
          </w:rPr>
          <w:t>https://kikii.com.au/v/the-beat-megaclub</w:t>
        </w:r>
      </w:hyperlink>
      <w:r>
        <w:t xml:space="preserve"> - The Beat Megaclub, established in 1983, is Australia's longest-running nightclub and a cornerstone of Brisbane's LGBTQIA+ community. Located in Fortitude Valley, the club operates five nights a week, offering multiple dancefloors with diverse music styles, including old school retro, R&amp;B/hip hop, and big room EDM/future house. Entertainment also includes nightly drag queen performances. The venue encompasses various areas such as Crystals Nightclub, Street Bar, and Wreckers, providing a varied experience for patrons.</w:t>
      </w:r>
      <w:r/>
    </w:p>
    <w:p>
      <w:pPr>
        <w:pStyle w:val="ListNumber"/>
        <w:spacing w:line="240" w:lineRule="auto"/>
        <w:ind w:left="720"/>
      </w:pPr>
      <w:r/>
      <w:hyperlink r:id="rId14">
        <w:r>
          <w:rPr>
            <w:color w:val="0000EE"/>
            <w:u w:val="single"/>
          </w:rPr>
          <w:t>https://qlist.app/events/Brisbane/GAY-OUT-BLOCK-PARTY-Easter-Saturday/20158</w:t>
        </w:r>
      </w:hyperlink>
      <w:r>
        <w:t xml:space="preserve"> - The GAY OUT: BLOCK PARTY, held on Easter Saturday, was a queer outdoor day-rave in The Wickham Courtyard, organised by Harry K and the team behind OUT on TOP and SPLASH OUT. Running from 2:00 PM to 9:00 PM, the event featured a high-energy block party with a lineup including Emily Williams live, Baiin Twins (Melbourne), Beverly Kills, DJ Donna, Harry K, The Geminiis, Raul Pedro, and Rey Hydrax. Attendees enjoyed pop, R&amp;B, electronic, and club sounds, with drag and live performances throughout the afternoon. The event was 18+ and focused on keeping Brisbane's LGBTQIA+ community vibrant and engaged.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features/yep-big-gay-day-is-taking-a-year-off-but-brisbanes-pride-season-is-bigger-than-ever/243656" TargetMode="External"/><Relationship Id="rId10" Type="http://schemas.openxmlformats.org/officeDocument/2006/relationships/hyperlink" Target="https://www.brisbanepride.org.au/" TargetMode="External"/><Relationship Id="rId11" Type="http://schemas.openxmlformats.org/officeDocument/2006/relationships/hyperlink" Target="https://happeningnext.com/event/gay-out-block-party-the-wickham-eid1ef0l443euur" TargetMode="External"/><Relationship Id="rId12" Type="http://schemas.openxmlformats.org/officeDocument/2006/relationships/hyperlink" Target="https://happeningnext.com/event/little-gay-day-block-party-the-wickham-eid1ef0kv3radoa" TargetMode="External"/><Relationship Id="rId13" Type="http://schemas.openxmlformats.org/officeDocument/2006/relationships/hyperlink" Target="https://kikii.com.au/v/the-beat-megaclub" TargetMode="External"/><Relationship Id="rId14" Type="http://schemas.openxmlformats.org/officeDocument/2006/relationships/hyperlink" Target="https://qlist.app/events/Brisbane/GAY-OUT-BLOCK-PARTY-Easter-Saturday/201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