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Bi Dating Apps for Expressive, Fashion-Forward Singles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daters are turning to bi-friendly apps that do more than match people , they help users express shifting identities and style. From niche communities to mainstream swipes, these platforms shape how bisexual women show up, flirt, and find better matches in a world that values fluidity and fashion.</w:t>
      </w:r>
      <w:r/>
    </w:p>
    <w:p>
      <w:r/>
      <w:r>
        <w:t>Essential Takeaways</w:t>
      </w:r>
      <w:r/>
      <w:r/>
    </w:p>
    <w:p>
      <w:pPr>
        <w:pStyle w:val="ListBullet"/>
        <w:spacing w:line="240" w:lineRule="auto"/>
        <w:ind w:left="720"/>
      </w:pPr>
      <w:r/>
      <w:r>
        <w:rPr>
          <w:b/>
        </w:rPr>
        <w:t>Taimi: community-first.</w:t>
      </w:r>
      <w:r>
        <w:t xml:space="preserve"> Robust groups and identity options let users present whatever vibe they’re feeling, from femme to androgynous.</w:t>
      </w:r>
      <w:r/>
    </w:p>
    <w:p>
      <w:pPr>
        <w:pStyle w:val="ListBullet"/>
        <w:spacing w:line="240" w:lineRule="auto"/>
        <w:ind w:left="720"/>
      </w:pPr>
      <w:r/>
      <w:r>
        <w:rPr>
          <w:b/>
        </w:rPr>
        <w:t>HER: curated comfort.</w:t>
      </w:r>
      <w:r>
        <w:t xml:space="preserve"> Designed by and for queer women, it’s a social space where profiles and photos emphasise style and solidarity.</w:t>
      </w:r>
      <w:r/>
    </w:p>
    <w:p>
      <w:pPr>
        <w:pStyle w:val="ListBullet"/>
        <w:spacing w:line="240" w:lineRule="auto"/>
        <w:ind w:left="720"/>
      </w:pPr>
      <w:r/>
      <w:r>
        <w:rPr>
          <w:b/>
        </w:rPr>
        <w:t>Tinder &amp; OKCupid: reach and variety.</w:t>
      </w:r>
      <w:r>
        <w:t xml:space="preserve"> Mainstream apps deliver huge pools of potential matches and flexible profile tools, good for experimenting.</w:t>
      </w:r>
      <w:r/>
    </w:p>
    <w:p>
      <w:pPr>
        <w:pStyle w:val="ListBullet"/>
        <w:spacing w:line="240" w:lineRule="auto"/>
        <w:ind w:left="720"/>
      </w:pPr>
      <w:r/>
      <w:r>
        <w:rPr>
          <w:b/>
        </w:rPr>
        <w:t>Zoosk: behaviour-driven matches.</w:t>
      </w:r>
      <w:r>
        <w:t xml:space="preserve"> Large membership with algorithmic refinement means the app learns what you like , including the looks you post.</w:t>
      </w:r>
      <w:r/>
    </w:p>
    <w:p>
      <w:pPr>
        <w:pStyle w:val="ListBullet"/>
        <w:spacing w:line="240" w:lineRule="auto"/>
        <w:ind w:left="720"/>
      </w:pPr>
      <w:r/>
      <w:r>
        <w:rPr>
          <w:b/>
        </w:rPr>
        <w:t>Visual-first profiles matter.</w:t>
      </w:r>
      <w:r>
        <w:t xml:space="preserve"> Photos and group spaces let users telegraph fashion choices and mood as part of attraction.</w:t>
      </w:r>
      <w:r/>
      <w:r/>
    </w:p>
    <w:p>
      <w:pPr>
        <w:pStyle w:val="Heading2"/>
      </w:pPr>
      <w:r>
        <w:t>Why fashion and dating apps are a natural pairing</w:t>
      </w:r>
      <w:r/>
    </w:p>
    <w:p>
      <w:r/>
      <w:r>
        <w:t>Visual identity is part of attraction, and clothes are one of the quickest ways people signal who they are today. According to industry listings and app pages, Taimi and HER encourage photo-led profiles and group interaction, so your look, be it glam, tomboy, or minimalist, becomes part of the conversation. That matters if you want matches who get your aesthetic instantly.</w:t>
      </w:r>
      <w:r/>
    </w:p>
    <w:p>
      <w:r/>
      <w:r>
        <w:t>Mainstream apps let you reach more people, while queer-first platforms offer context and safety; both let fashion play a role. If you're curating a profile, pick photos that capture different sides of you , it's the easiest way to test which persona earns the best responses.</w:t>
      </w:r>
      <w:r/>
    </w:p>
    <w:p>
      <w:pPr>
        <w:pStyle w:val="Heading2"/>
      </w:pPr>
      <w:r>
        <w:t>Taimi: the social app that doubles as a style gallery</w:t>
      </w:r>
      <w:r/>
    </w:p>
    <w:p>
      <w:r/>
      <w:r>
        <w:t>Taimi markets itself as more than a dating app; it's a community with groups where people swap advice, events, and outfit inspo. Users can toggle identity options to reflect their mood, which is handy when your look varies with the occasion. The interface leans social, so your wardrobe choices get discussed rather than simply judged by a swipe.</w:t>
      </w:r>
      <w:r/>
    </w:p>
    <w:p>
      <w:r/>
      <w:r>
        <w:t>If you want advice on how to style a certain look or to meet people who share a niche aesthetic, groups are useful. Think of Taimi as a digital queer café where outfits and identities get equal airtime. For practical use: join a couple of groups, post clear, varied photos, and use identity filters so the algorithm learns your current vibe.</w:t>
      </w:r>
      <w:r/>
    </w:p>
    <w:p>
      <w:pPr>
        <w:pStyle w:val="Heading2"/>
      </w:pPr>
      <w:r>
        <w:t>HER: safer, curated spaces where style and solidarity meet</w:t>
      </w:r>
      <w:r/>
    </w:p>
    <w:p>
      <w:r/>
      <w:r>
        <w:t>HER was built specifically for lesbian and bisexual women and highlights community. It’s a place where profile photos, event listings, and group chats create a comfortable environment for people to show off fashion preferences without feeling exposed. The vibe tends to be supportive, and members often use images to communicate personality and style cues.</w:t>
      </w:r>
      <w:r/>
    </w:p>
    <w:p>
      <w:r/>
      <w:r>
        <w:t>For those who prefer smaller, like-minded crowds, HER’s social features make it easy to test looks on a sympathetic audience. If you’re shy about experimenting, start by engaging in groups and sharing outfit photos as part of a conversation rather than a standalone profile shot.</w:t>
      </w:r>
      <w:r/>
    </w:p>
    <w:p>
      <w:pPr>
        <w:pStyle w:val="Heading2"/>
      </w:pPr>
      <w:r>
        <w:t>Tinder and OKCupid: mass reach for mood-based dating</w:t>
      </w:r>
      <w:r/>
    </w:p>
    <w:p>
      <w:r/>
      <w:r>
        <w:t>Tinder and OKCupid remain go-to options when sheer numbers and variety matter. Tinder’s swipe mechanic is instant and visual, so your standout outfit can prompt a right-swipe before anything else. OKCupid leans into personality and questionnaires, which helps when you want someone who appreciates not just your look but your tastes and politics.</w:t>
      </w:r>
      <w:r/>
    </w:p>
    <w:p>
      <w:r/>
      <w:r>
        <w:t>Use mainstream apps if you’re experimenting with multiple personas and want quick feedback. Tip: mix candid lifestyle shots with styled images so matches see both your everyday and your polished sides.</w:t>
      </w:r>
      <w:r/>
    </w:p>
    <w:p>
      <w:pPr>
        <w:pStyle w:val="Heading2"/>
      </w:pPr>
      <w:r>
        <w:t>Zoosk and algorithmic matching: your fashion preferences taught to a machine</w:t>
      </w:r>
      <w:r/>
    </w:p>
    <w:p>
      <w:r/>
      <w:r>
        <w:t>Zoosk uses behavioural data to refine matches over time, meaning it learns the types of profiles you linger on , including particular fashion cues. If you consistently engage with androgynous or vintage-inspired photos, the algorithm will adjust accordingly. That can save time if you know what you like, or it can be a fun way to discover a new aesthetic.</w:t>
      </w:r>
      <w:r/>
    </w:p>
    <w:p>
      <w:r/>
      <w:r>
        <w:t>Practical approach: spend a few sessions swiping thoughtfully so the system gathers useful signals, and update your photos periodically to reflect how you’re dressing now.</w:t>
      </w:r>
      <w:r/>
    </w:p>
    <w:p>
      <w:pPr>
        <w:pStyle w:val="Heading2"/>
      </w:pPr>
      <w:r>
        <w:t>How to choose the right app for your fashion-forward dating life</w:t>
      </w:r>
      <w:r/>
    </w:p>
    <w:p>
      <w:r/>
      <w:r>
        <w:t>Decide whether you want community, reach, or machine learning to guide your matches. If authenticity and safety top the list, pick HER or Taimi for curated spaces. If breadth and quick results matter, try Tinder or OKCupid. If you prefer an app that adapts to your tastes over time, Zoosk’s behavioural matching can be useful.</w:t>
      </w:r>
      <w:r/>
    </w:p>
    <w:p>
      <w:r/>
      <w:r>
        <w:t>Also consider privacy: keep a clear photo that represents you and a second image that shows an alternate style. Use group features to test looks before committing them to your main profile. And remember: your wardrobe is a conversation starter, not the whole story.</w:t>
      </w:r>
      <w:r/>
    </w:p>
    <w:p>
      <w:r/>
      <w:r>
        <w:t>It's a small change that can make every match feel more like meeting the real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9">
        <w:r>
          <w:rPr>
            <w:color w:val="0000EE"/>
            <w:u w:val="single"/>
          </w:rPr>
          <w:t>[1]</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3">
        <w:r>
          <w:rPr>
            <w:color w:val="0000EE"/>
            <w:u w:val="single"/>
          </w:rPr>
          <w:t>[3]</w:t>
        </w:r>
      </w:hyperlink>
      <w:r>
        <w:t xml:space="preserve">- Paragraph 4: </w:t>
      </w:r>
      <w:hyperlink r:id="rId10">
        <w:r>
          <w:rPr>
            <w:color w:val="0000EE"/>
            <w:u w:val="single"/>
          </w:rPr>
          <w:t>[2]</w:t>
        </w:r>
      </w:hyperlink>
      <w:r>
        <w:t xml:space="preserve">, </w:t>
      </w:r>
      <w:hyperlink r:id="rId14">
        <w:r>
          <w:rPr>
            <w:color w:val="0000EE"/>
            <w:u w:val="single"/>
          </w:rPr>
          <w:t>[4]</w:t>
        </w:r>
      </w:hyperlink>
      <w:r>
        <w:t xml:space="preserve">- Paragraph 5: </w:t>
      </w:r>
      <w:hyperlink r:id="rId15">
        <w:r>
          <w:rPr>
            <w:color w:val="0000EE"/>
            <w:u w:val="single"/>
          </w:rPr>
          <w:t>[7]</w:t>
        </w:r>
      </w:hyperlink>
      <w:r>
        <w:t xml:space="preserve">, </w:t>
      </w:r>
      <w:hyperlink r:id="rId11">
        <w:r>
          <w:rPr>
            <w:color w:val="0000EE"/>
            <w:u w:val="single"/>
          </w:rPr>
          <w:t>[5]</w:t>
        </w:r>
      </w:hyperlink>
      <w:r>
        <w:t xml:space="preserve">- Paragraph 6: </w:t>
      </w:r>
      <w:hyperlink r:id="rId10">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https://fashionbombdaily.com/2026/09/01/bi-dating-apps-what-features-create-better-matches/</w:t>
        </w:r>
      </w:hyperlink>
      <w:r>
        <w:t xml:space="preserve"> - Please view link - unable to able to access data</w:t>
      </w:r>
      <w:r/>
    </w:p>
    <w:p>
      <w:pPr>
        <w:pStyle w:val="ListNumber"/>
        <w:spacing w:line="240" w:lineRule="auto"/>
        <w:ind w:left="720"/>
      </w:pPr>
      <w:r/>
      <w:hyperlink r:id="rId10">
        <w:r>
          <w:rPr>
            <w:color w:val="0000EE"/>
            <w:u w:val="single"/>
          </w:rPr>
          <w:t>https://taimi.com/</w:t>
        </w:r>
      </w:hyperlink>
      <w:r>
        <w:t xml:space="preserve"> - Taimi is a fully inclusive LGBTQ+ dating app that embraces the entire spectrum, including lesbian, gay, bisexual, trans, queer, and more. With millions of users worldwide, Taimi redefines queer dating by creating a space where every identity, attraction, and relationship is welcome. The app offers features such as a queer-centric bio, authentic connections through the 'Vibes' feature, and a place to be oneself with stealth mode for privacy. Taimi also implements harassment prevention measures like blocking screenshots on profiles to protect users from harassment, bullying, or being outed.</w:t>
      </w:r>
      <w:r/>
    </w:p>
    <w:p>
      <w:pPr>
        <w:pStyle w:val="ListNumber"/>
        <w:spacing w:line="240" w:lineRule="auto"/>
        <w:ind w:left="720"/>
      </w:pPr>
      <w:r/>
      <w:hyperlink r:id="rId13">
        <w:r>
          <w:rPr>
            <w:color w:val="0000EE"/>
            <w:u w:val="single"/>
          </w:rPr>
          <w:t>https://apps.apple.com/us/app/taimi-lgbtq-dating-meet-up/id1282966364</w:t>
        </w:r>
      </w:hyperlink>
      <w:r>
        <w:t xml:space="preserve"> - Taimi is an all-in-one LGBTQ+ dating app designed for adults 18 and older. From casual conversations to long-term relationships, Taimi provides a safe space for users to express themselves and meet people who understand them. The app offers inclusive matching based on sexuality, gender identity, and interests, advanced filters for searching by location and specific LGBTQ+ identities, and global and local dating options. Premium features include premium filters, seeing visitors, infinity likes, profile preferences, and custom location. Taimi is committed to creating a safe, supportive, and respectful environment for all users.</w:t>
      </w:r>
      <w:r/>
    </w:p>
    <w:p>
      <w:pPr>
        <w:pStyle w:val="ListNumber"/>
        <w:spacing w:line="240" w:lineRule="auto"/>
        <w:ind w:left="720"/>
      </w:pPr>
      <w:r/>
      <w:hyperlink r:id="rId14">
        <w:r>
          <w:rPr>
            <w:color w:val="0000EE"/>
            <w:u w:val="single"/>
          </w:rPr>
          <w:t>https://play.google.com/store/apps/details?id=com.takimi.android</w:t>
        </w:r>
      </w:hyperlink>
      <w:r>
        <w:t xml:space="preserve"> - Taimi is a fully inclusive LGBTQ+ dating app with over 37 million members, where people of all genders and sexualities can meet and connect safely. The app offers features such as the Taimi AI Dating Assistant, inclusive matching based on sexuality, gender identity, and interests, advanced filters for searching by location and specific LGBTQ+ identities, and global and local dating options. Premium features include premium filters, seeing visitors, infinity likes, profile preferences, and custom location. Taimi is committed to creating a safe, supportive, and respectful environment for all users.</w:t>
      </w:r>
      <w:r/>
    </w:p>
    <w:p>
      <w:pPr>
        <w:pStyle w:val="ListNumber"/>
        <w:spacing w:line="240" w:lineRule="auto"/>
        <w:ind w:left="720"/>
      </w:pPr>
      <w:r/>
      <w:hyperlink r:id="rId11">
        <w:r>
          <w:rPr>
            <w:color w:val="0000EE"/>
            <w:u w:val="single"/>
          </w:rPr>
          <w:t>https://apps.apple.com/us/app/her-lesbian-queer-lgbtq-dating/id573328837</w:t>
        </w:r>
      </w:hyperlink>
      <w:r>
        <w:t xml:space="preserve"> - HER is a dating app founded by a lesbian solely for lesbian and bisexual women. Members can browse profiles, communicate with multiple others simultaneously, and upload photos that reveal their fashion preferences. The app also has a large community climate with plenty of social groups to join, providing a pleasant and comfortable environment for users.</w:t>
      </w:r>
      <w:r/>
    </w:p>
    <w:p>
      <w:pPr>
        <w:pStyle w:val="ListNumber"/>
        <w:spacing w:line="240" w:lineRule="auto"/>
        <w:ind w:left="720"/>
      </w:pPr>
      <w:r/>
      <w:hyperlink r:id="rId12">
        <w:r>
          <w:rPr>
            <w:color w:val="0000EE"/>
            <w:u w:val="single"/>
          </w:rPr>
          <w:t>https://play.google.com/store/apps/details?id=com.weareher.her</w:t>
        </w:r>
      </w:hyperlink>
      <w:r>
        <w:t xml:space="preserve"> - HER is a dating app founded by a lesbian solely for lesbian and bisexual women. Members can browse profiles, communicate with multiple others simultaneously, and upload photos that reveal their fashion preferences. The app also has a large community climate with plenty of social groups to join, providing a pleasant and comfortable environment for users.</w:t>
      </w:r>
      <w:r/>
    </w:p>
    <w:p>
      <w:pPr>
        <w:pStyle w:val="ListNumber"/>
        <w:spacing w:line="240" w:lineRule="auto"/>
        <w:ind w:left="720"/>
      </w:pPr>
      <w:r/>
      <w:hyperlink r:id="rId15">
        <w:r>
          <w:rPr>
            <w:color w:val="0000EE"/>
            <w:u w:val="single"/>
          </w:rPr>
          <w:t>https://apps.apple.com/us/app/her-lesbian-queer-lgbtq-dating/id573328837?platform=watch</w:t>
        </w:r>
      </w:hyperlink>
      <w:r>
        <w:t xml:space="preserve"> - HER is a dating app founded by a lesbian solely for lesbian and bisexual women. Members can browse profiles, communicate with multiple others simultaneously, and upload photos that reveal their fashion preferences. The app also has a large community climate with plenty of social groups to join, providing a pleasant and comfortable environment for users.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ashionbombdaily.com/2026/09/01/bi-dating-apps-what-features-create-better-matches/" TargetMode="External"/><Relationship Id="rId10" Type="http://schemas.openxmlformats.org/officeDocument/2006/relationships/hyperlink" Target="https://taimi.com/" TargetMode="External"/><Relationship Id="rId11" Type="http://schemas.openxmlformats.org/officeDocument/2006/relationships/hyperlink" Target="https://apps.apple.com/us/app/her-lesbian-queer-lgbtq-dating/id573328837" TargetMode="External"/><Relationship Id="rId12" Type="http://schemas.openxmlformats.org/officeDocument/2006/relationships/hyperlink" Target="https://play.google.com/store/apps/details?id=com.weareher.her" TargetMode="External"/><Relationship Id="rId13" Type="http://schemas.openxmlformats.org/officeDocument/2006/relationships/hyperlink" Target="https://apps.apple.com/us/app/taimi-lgbtq-dating-meet-up/id1282966364" TargetMode="External"/><Relationship Id="rId14" Type="http://schemas.openxmlformats.org/officeDocument/2006/relationships/hyperlink" Target="https://play.google.com/store/apps/details?id=com.takimi.android" TargetMode="External"/><Relationship Id="rId15" Type="http://schemas.openxmlformats.org/officeDocument/2006/relationships/hyperlink" Target="https://apps.apple.com/us/app/her-lesbian-queer-lgbtq-dating/id573328837?platform=wat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