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Atlanta Black Pride Weekend Guide for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heading to Atlanta from 2 to 7 September for Atlanta Black Pride Weekend, which marks its 20th anniversary with headline performances, community events, nightlife and the free Pure Heat festival. It matters because the celebration puts Black LGBTQIA+ culture, connection and community impact firmly at the centre of Pride.</w:t>
      </w:r>
      <w:r/>
    </w:p>
    <w:p>
      <w:pPr>
        <w:pStyle w:val="Heading2"/>
      </w:pPr>
      <w:r>
        <w:t>Essential Takeaways</w:t>
      </w:r>
      <w:r/>
      <w:r/>
    </w:p>
    <w:p>
      <w:pPr>
        <w:pStyle w:val="ListBullet"/>
        <w:spacing w:line="240" w:lineRule="auto"/>
        <w:ind w:left="720"/>
      </w:pPr>
      <w:r/>
      <w:r>
        <w:rPr>
          <w:b/>
        </w:rPr>
        <w:t>Dates:</w:t>
      </w:r>
      <w:r>
        <w:t xml:space="preserve"> Atlanta Black Pride Weekend runs from 2 to 7 September, with the main festival on Sunday 6 September.</w:t>
      </w:r>
      <w:r/>
    </w:p>
    <w:p>
      <w:pPr>
        <w:pStyle w:val="ListBullet"/>
        <w:spacing w:line="240" w:lineRule="auto"/>
        <w:ind w:left="720"/>
      </w:pPr>
      <w:r/>
      <w:r>
        <w:rPr>
          <w:b/>
        </w:rPr>
        <w:t>Biggest free event:</w:t>
      </w:r>
      <w:r>
        <w:t xml:space="preserve"> Pure Heat Community Festival returns to Piedmont Park with music, food, vendors and community resources.</w:t>
      </w:r>
      <w:r/>
    </w:p>
    <w:p>
      <w:pPr>
        <w:pStyle w:val="ListBullet"/>
        <w:spacing w:line="240" w:lineRule="auto"/>
        <w:ind w:left="720"/>
      </w:pPr>
      <w:r/>
      <w:r>
        <w:rPr>
          <w:b/>
        </w:rPr>
        <w:t>Standout performers:</w:t>
      </w:r>
      <w:r>
        <w:t xml:space="preserve"> The programme includes Durand Bernarr, Saucy Santana, Summer Walker, Jhonni Blaze and more.</w:t>
      </w:r>
      <w:r/>
    </w:p>
    <w:p>
      <w:pPr>
        <w:pStyle w:val="ListBullet"/>
        <w:spacing w:line="240" w:lineRule="auto"/>
        <w:ind w:left="720"/>
      </w:pPr>
      <w:r/>
      <w:r>
        <w:rPr>
          <w:b/>
        </w:rPr>
        <w:t>Community focus:</w:t>
      </w:r>
      <w:r>
        <w:t xml:space="preserve"> Events include a blood drive, an official reception and recognition for Black LGBTQIA+ leaders.</w:t>
      </w:r>
      <w:r/>
    </w:p>
    <w:p>
      <w:pPr>
        <w:pStyle w:val="ListBullet"/>
        <w:spacing w:line="240" w:lineRule="auto"/>
        <w:ind w:left="720"/>
      </w:pPr>
      <w:r/>
      <w:r>
        <w:rPr>
          <w:b/>
        </w:rPr>
        <w:t>Plan ahead:</w:t>
      </w:r>
      <w:r>
        <w:t xml:space="preserve"> Check the official schedule for updated timings, locations, registration details and additions.</w:t>
      </w:r>
      <w:r/>
      <w:r/>
    </w:p>
    <w:p>
      <w:pPr>
        <w:pStyle w:val="Heading2"/>
      </w:pPr>
      <w:r>
        <w:t>Atlanta Black Pride turns 20 with a week of Black queer joy</w:t>
      </w:r>
      <w:r/>
    </w:p>
    <w:p>
      <w:r/>
      <w:r>
        <w:t>Twenty years is a serious milestone, but Atlanta Black Pride Weekend isn't approaching it quietly. The 2026 programme brings nearly a week of performances, parties, empowerment sessions, health initiatives and community gatherings across the city.</w:t>
      </w:r>
      <w:r/>
    </w:p>
    <w:p>
      <w:r/>
      <w:r>
        <w:t>According to CBS News Atlanta, the anniversary programme combines the familiar energy of Pure Heat with events designed to celebrate leadership, wellbeing and connection. That balance is important. The glitter and packed dance floors may draw attention, but the deeper appeal is finding a space where Black LGBTQIA+ visitors feel recognised rather than merely included.</w:t>
      </w:r>
      <w:r/>
    </w:p>
    <w:p>
      <w:r/>
      <w:r>
        <w:t>The entertainment is hardly an afterthought. Headliners and special guests include Durand Bernarr, Saucy Santana, Summer Walker, Terrell Carter, Jhonni Blaze and several emerging performers, giving the weekend a distinctly broad musical flavour.</w:t>
      </w:r>
      <w:r/>
    </w:p>
    <w:p>
      <w:pPr>
        <w:pStyle w:val="Heading2"/>
      </w:pPr>
      <w:r>
        <w:t>Why Atlanta is the right home for this celebration</w:t>
      </w:r>
      <w:r/>
    </w:p>
    <w:p>
      <w:r/>
      <w:r>
        <w:t>Atlanta has long been a major centre for Black culture, politics, business and LGBTQ+ life in the American South. That history gives Black Pride Weekend a sense of place that goes beyond a temporary event, with local organisations, venues, activists and businesses all contributing to the city's reputation.</w:t>
      </w:r>
      <w:r/>
    </w:p>
    <w:p>
      <w:r/>
      <w:r>
        <w:t>The occasion also highlights why dedicated Pride celebrations matter. Wider LGBTQ+ events can bring people together across identities, but they can't always give equal space to every community's history and experiences. Atlanta Black Pride creates room for Black queer culture, creativity and advocacy to lead the conversation.</w:t>
      </w:r>
      <w:r/>
    </w:p>
    <w:p>
      <w:r/>
      <w:r>
        <w:t>Rough Draft Atlanta's coverage of the 2026 weekend reflects that wider role, presenting it as both a major city event and an important gathering for the community. In practical terms, visitors can expect a mix of high-energy nightlife and quieter opportunities to meet organisations, learn something useful or simply take a breather.</w:t>
      </w:r>
      <w:r/>
    </w:p>
    <w:p>
      <w:pPr>
        <w:pStyle w:val="Heading2"/>
      </w:pPr>
      <w:r>
        <w:t>Two Atlanta Prides can happily share the spotlight</w:t>
      </w:r>
      <w:r/>
    </w:p>
    <w:p>
      <w:r/>
      <w:r>
        <w:t>Atlanta Black Pride and the annual Atlanta Pride Festival aren't duplicates. Atlanta Pride, generally held in October, brings together the city's LGBTQ+ community across races, identities and generations. Atlanta Black Pride offers a more specifically centred experience while remaining open to allies, families and supporters.</w:t>
      </w:r>
      <w:r/>
    </w:p>
    <w:p>
      <w:r/>
      <w:r>
        <w:t>Atlanta Pride's event listing reinforces that distinction, with both celebrations forming part of the city's larger Pride calendar. One doesn't reduce the value of the other. If anything, having several well-supported events gives more people a chance to participate in ways that feel comfortable and meaningful.</w:t>
      </w:r>
      <w:r/>
    </w:p>
    <w:p>
      <w:r/>
      <w:r>
        <w:t>For visitors, the comparison is useful when planning a trip. Black Pride Weekend is likely to suit anyone looking for Black LGBTQIA+ cultural programming, major music moments and a concentrated run of social events, while October's festival offers a broader city-wide celebration.</w:t>
      </w:r>
      <w:r/>
    </w:p>
    <w:p>
      <w:pPr>
        <w:pStyle w:val="Heading2"/>
      </w:pPr>
      <w:r>
        <w:t>Pure Heat is the weekend's big free attraction</w:t>
      </w:r>
      <w:r/>
    </w:p>
    <w:p>
      <w:r/>
      <w:r>
        <w:t>The 14th annual Pure Heat Community Festival takes over Piedmont Park on Sunday 6 September. It is free to attend and is designed for minority LGBTQIA+ people, allies, families and supporters, with live entertainment, food, vendors, giveaways and community information all on the agenda.</w:t>
      </w:r>
      <w:r/>
    </w:p>
    <w:p>
      <w:r/>
      <w:r>
        <w:t>The official Atlanta Black Pride schedule places Pure Heat at the heart of the weekend, alongside the Pride Legacy House Music Party at the Piedmont Park Pavilion. Expect a full afternoon rather than a quick pop-in, so comfortable shoes, water and a phone charger will be more useful than an overpacked outfit bag.</w:t>
      </w:r>
      <w:r/>
    </w:p>
    <w:p>
      <w:r/>
      <w:r>
        <w:t>The stage programme includes Terrell Carter, Billy The Goat, Jhonni Blaze, Oliver Twixt, Steezo, 4N Yardi, Ty The Beyonce Slayer and Big Boss Vette. Saucy Santana is also scheduled for a special appearance, while Durand Bernarr is set to receive the Impact Award for his work across music, culture and LGBTQ+ visibility.</w:t>
      </w:r>
      <w:r/>
    </w:p>
    <w:p>
      <w:r/>
      <w:r>
        <w:t>GayE Magazine reported on the anniversary headliners and honourees, underlining the event's mix of established names, current performers and community recognition. It's a line-up built for both the dance floor and the group chat afterwards.</w:t>
      </w:r>
      <w:r/>
    </w:p>
    <w:p>
      <w:pPr>
        <w:pStyle w:val="Heading2"/>
      </w:pPr>
      <w:r>
        <w:t>Events that turn celebration into community action</w:t>
      </w:r>
      <w:r/>
    </w:p>
    <w:p>
      <w:r/>
      <w:r>
        <w:t>The weekend's social programme is backed by practical initiatives. The Atlanta Black Pride Blood Drive, powered by the American Red Cross, gives eligible donors a straightforward way to support others during the celebrations.</w:t>
      </w:r>
      <w:r/>
    </w:p>
    <w:p>
      <w:r/>
      <w:r>
        <w:t>A portion of proceeds also supports work addressing homelessness among LGBTQ+ young people and helping those affected by HIV/AIDS through The Vision Community Foundation. That connection between celebration and service is one of the weekend's strongest features, because the party has somewhere useful to go after the music stops.</w:t>
      </w:r>
      <w:r/>
    </w:p>
    <w:p>
      <w:r/>
      <w:r>
        <w:t>Other notable events include the Black Excellence Influencers Dinner on Friday 4 September and the Atlanta Black Pride Reception at City Hall. Discover Atlanta's listing also points visitors towards the wider run of brunches, empowerment events, nightlife and community programming taking place around the city.</w:t>
      </w:r>
      <w:r/>
    </w:p>
    <w:p>
      <w:r/>
      <w:r>
        <w:t>If you're travelling in, keep checking the official website before setting off. Timings, venues and registration requirements can shift, and Atlanta is not the sort of city where you want to discover you've crossed town for an event that started an hour ago.</w:t>
      </w:r>
      <w:r/>
    </w:p>
    <w:p>
      <w:r/>
      <w:r>
        <w:t>Atlanta Black Pride Weekend's 20th anniversary looks set to be joyful, busy and deliberately meaningful. It's a reminder that the strongest Pride celebrations can make room for a huge performance, a useful health initiative and a familiar face in the crowd, all in the same weekend.</w:t>
      </w:r>
      <w:r/>
    </w:p>
    <w:p>
      <w:r/>
      <w:r>
        <w:t>Plan lightly, leave room for surprises and let the city do some of the work.</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[7]</w:t>
        </w:r>
      </w:hyperlink>
      <w:r>
        <w:t xml:space="preserve">- Paragraph 3: </w:t>
      </w:r>
      <w:hyperlink r:id="rId12">
        <w:r>
          <w:rPr>
            <w:color w:val="0000EE"/>
            <w:u w:val="single"/>
          </w:rPr>
          <w:t>[7]</w:t>
        </w:r>
      </w:hyperlink>
      <w:r>
        <w:t xml:space="preserve">, </w:t>
      </w:r>
      <w:hyperlink r:id="rId13">
        <w:r>
          <w:rPr>
            <w:color w:val="0000EE"/>
            <w:u w:val="single"/>
          </w:rPr>
          <w:t>[4]</w:t>
        </w:r>
      </w:hyperlink>
      <w:r>
        <w:t xml:space="preserve">- Paragraph 4: </w:t>
      </w:r>
      <w:hyperlink r:id="rId11">
        <w:r>
          <w:rPr>
            <w:color w:val="0000EE"/>
            <w:u w:val="single"/>
          </w:rPr>
          <w:t>[3]</w:t>
        </w:r>
      </w:hyperlink>
      <w:r>
        <w:t xml:space="preserve">, </w:t>
      </w:r>
      <w:hyperlink r:id="rId14">
        <w:r>
          <w:rPr>
            <w:color w:val="0000EE"/>
            <w:u w:val="single"/>
          </w:rPr>
          <w:t>[6]</w:t>
        </w:r>
      </w:hyperlink>
      <w:r>
        <w:t xml:space="preserve">- Paragraph 5: </w:t>
      </w:r>
      <w:hyperlink r:id="rId15">
        <w:r>
          <w:rPr>
            <w:color w:val="0000EE"/>
            <w:u w:val="single"/>
          </w:rPr>
          <w:t>[5]</w:t>
        </w:r>
      </w:hyperlink>
      <w:r>
        <w:t xml:space="preserve">, </w:t>
      </w:r>
      <w:hyperlink r:id="rId14">
        <w:r>
          <w:rPr>
            <w:color w:val="0000EE"/>
            <w:u w:val="single"/>
          </w:rPr>
          <w:t>[6]</w:t>
        </w:r>
      </w:hyperlink>
      <w:r>
        <w:t xml:space="preserve">- Paragraph 6: </w:t>
      </w:r>
      <w:hyperlink r:id="rId13">
        <w:r>
          <w:rPr>
            <w:color w:val="0000EE"/>
            <w:u w:val="single"/>
          </w:rPr>
          <w:t>[4]</w:t>
        </w:r>
      </w:hyperlink>
      <w:r>
        <w:t xml:space="preserve">, </w:t>
      </w:r>
      <w:hyperlink r:id="rId15">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3">
        <w:r>
          <w:rPr>
            <w:color w:val="0000EE"/>
            <w:u w:val="single"/>
          </w:rPr>
          <w:t>[4]</w:t>
        </w:r>
      </w:hyperlink>
      <w:r>
        <w:t xml:space="preserve">, </w:t>
      </w:r>
      <w:hyperlink r:id="rId14">
        <w:r>
          <w:rPr>
            <w:color w:val="0000EE"/>
            <w:u w:val="single"/>
          </w:rPr>
          <w:t>[6]</w:t>
        </w:r>
      </w:hyperlink>
      <w:r>
        <w:t xml:space="preserve">- Paragraph 9: </w:t>
      </w:r>
      <w:hyperlink r:id="rId12">
        <w:r>
          <w:rPr>
            <w:color w:val="0000EE"/>
            <w:u w:val="single"/>
          </w:rPr>
          <w:t>[7]</w:t>
        </w:r>
      </w:hyperlink>
      <w:r>
        <w:t xml:space="preserve">, </w:t>
      </w:r>
      <w:hyperlink r:id="rId10">
        <w:r>
          <w:rPr>
            <w:color w:val="0000EE"/>
            <w:u w:val="single"/>
          </w:rPr>
          <w:t>[2]</w:t>
        </w:r>
      </w:hyperlink>
      <w:r>
        <w:t xml:space="preserve">- Paragraph 10: </w:t>
      </w:r>
      <w:hyperlink r:id="rId13">
        <w:r>
          <w:rPr>
            <w:color w:val="0000EE"/>
            <w:u w:val="single"/>
          </w:rPr>
          <w:t>[4]</w:t>
        </w:r>
      </w:hyperlink>
      <w:r>
        <w:t xml:space="preserve">, </w:t>
      </w:r>
      <w:hyperlink r:id="rId14">
        <w:r>
          <w:rPr>
            <w:color w:val="0000EE"/>
            <w:u w:val="single"/>
          </w:rPr>
          <w:t>[6]</w:t>
        </w:r>
      </w:hyperlink>
      <w:r>
        <w:t xml:space="preserve">- Paragraph 11: </w:t>
      </w:r>
      <w:hyperlink r:id="rId13">
        <w:r>
          <w:rPr>
            <w:color w:val="0000EE"/>
            <w:u w:val="single"/>
          </w:rPr>
          <w:t>[4]</w:t>
        </w:r>
      </w:hyperlink>
      <w:r>
        <w:t xml:space="preserve">, </w:t>
      </w:r>
      <w:hyperlink r:id="rId14">
        <w:r>
          <w:rPr>
            <w:color w:val="0000EE"/>
            <w:u w:val="single"/>
          </w:rPr>
          <w:t>[6]</w:t>
        </w:r>
      </w:hyperlink>
      <w:r>
        <w:t xml:space="preserve">- Paragraph 12: </w:t>
      </w:r>
      <w:hyperlink r:id="rId14">
        <w:r>
          <w:rPr>
            <w:color w:val="0000EE"/>
            <w:u w:val="single"/>
          </w:rPr>
          <w:t>[6]</w:t>
        </w:r>
      </w:hyperlink>
      <w:r>
        <w:t xml:space="preserve">, </w:t>
      </w:r>
      <w:hyperlink r:id="rId15">
        <w:r>
          <w:rPr>
            <w:color w:val="0000EE"/>
            <w:u w:val="single"/>
          </w:rPr>
          <w:t>[5]</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3">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https://www.davidatlanta.com/atlanta-black-pride-weekend-20-years-of-black-joy/</w:t>
        </w:r>
      </w:hyperlink>
      <w:r>
        <w:t xml:space="preserve"> - Please view link - unable to able to access data</w:t>
      </w:r>
      <w:r/>
    </w:p>
    <w:p>
      <w:pPr>
        <w:pStyle w:val="ListNumber"/>
        <w:spacing w:line="240" w:lineRule="auto"/>
        <w:ind w:left="720"/>
      </w:pPr>
      <w:r/>
      <w:hyperlink r:id="rId10">
        <w:r>
          <w:rPr>
            <w:color w:val="0000EE"/>
            <w:u w:val="single"/>
          </w:rPr>
          <w:t>https://www.cbsnews.com/atlanta/news/atlanta-black-pride-celebrates-20-years-with-pure-heat-festival-parties-and-community-events/</w:t>
        </w:r>
      </w:hyperlink>
      <w:r>
        <w:t xml:space="preserve"> - Atlanta Black Pride Weekend celebrates its 20th anniversary from September 2 to 7, 2026, featuring a week of entertainment, empowerment, and community events. The 14th Annual Pure Heat Community Festival is scheduled for Sunday at Piedmont Park, with performances by artists including Saucy Santana. Other events include an American Red Cross blood drive on Saturday, a Pride reception with Atlanta Mayor Andre Dickens on Thursday, and a poetry slam on Sunday. A portion of the proceeds will benefit programs supporting LGBTQIA+ youth experiencing homelessness and individuals affected by HIV/AIDS.</w:t>
      </w:r>
      <w:r/>
    </w:p>
    <w:p>
      <w:pPr>
        <w:pStyle w:val="ListNumber"/>
        <w:spacing w:line="240" w:lineRule="auto"/>
        <w:ind w:left="720"/>
      </w:pPr>
      <w:r/>
      <w:hyperlink r:id="rId11">
        <w:r>
          <w:rPr>
            <w:color w:val="0000EE"/>
            <w:u w:val="single"/>
          </w:rPr>
          <w:t>https://roughdraftatlanta.com/2026/08/31/atlanta-black-pride-weekend-2026/</w:t>
        </w:r>
      </w:hyperlink>
      <w:r>
        <w:t xml:space="preserve"> - Atlanta Black Pride Weekend (ABPW) returns to Atlanta from September 2 to 7, 2026, offering a week of entertainment, empowerment, and community engagement. Signature events include the 14th Annual Pure Heat Community Festival at Piedmont Park, Influencer’s Dinner, R&amp;B Brunch, empowerment brunches, the Atlanta Black Pride Blood Drive, and nightly parties at premier venues. Tickets, festival registration, and a complete schedule of activities are available on the official website.</w:t>
      </w:r>
      <w:r/>
    </w:p>
    <w:p>
      <w:pPr>
        <w:pStyle w:val="ListNumber"/>
        <w:spacing w:line="240" w:lineRule="auto"/>
        <w:ind w:left="720"/>
      </w:pPr>
      <w:r/>
      <w:hyperlink r:id="rId13">
        <w:r>
          <w:rPr>
            <w:color w:val="0000EE"/>
            <w:u w:val="single"/>
          </w:rPr>
          <w:t>https://www.atlantaprideweekend.com/blank-5-2</w:t>
        </w:r>
      </w:hyperlink>
      <w:r>
        <w:t xml:space="preserve"> - The 2026 lineup for Atlanta Black Pride Weekend includes various events such as the Better Way to Meet Shoot Your Shot Live, Mayor's Atlanta Black Pride Weekend Reception, Pride Kickoff Party 'Motion', Influencer's Gala hosted by Derek J with performance by Tamar Braxton, Atlanta Black Pride Blood Drive, Men's Empowerment Brunch, Day Dream, Overly Loaded hosted by Summer Walker, We Rock Pride Drag Brunch featuring Stasha Sanchez, Pure Heat Community Festival, LGBTQ Youth Festival, The Main Event - Massive Night Life Party 'Pressure', Annual Pride BBQ/Day Party, Be En Blanc Annual All White Finale Party, and RNB Monday performance by Saucy Santana.</w:t>
      </w:r>
      <w:r/>
    </w:p>
    <w:p>
      <w:pPr>
        <w:pStyle w:val="ListNumber"/>
        <w:spacing w:line="240" w:lineRule="auto"/>
        <w:ind w:left="720"/>
      </w:pPr>
      <w:r/>
      <w:hyperlink r:id="rId15">
        <w:r>
          <w:rPr>
            <w:color w:val="0000EE"/>
            <w:u w:val="single"/>
          </w:rPr>
          <w:t>https://atlantapride.org/event/atlanta-black-pride-2026/</w:t>
        </w:r>
      </w:hyperlink>
      <w:r>
        <w:t xml:space="preserve"> - Atlanta Black Pride, Inc. exists to celebrate, empower, and advocate for BIPOC LGBTQ+ individuals and families through year-round programming that promotes community leadership, education, healthy living, self-empowerment, economic growth, and political involvement. The annual Atlanta Black Pride Weekend takes place over Labor Day Weekend, with its signature Pride events scheduled for September 2-7, 2026.</w:t>
      </w:r>
      <w:r/>
    </w:p>
    <w:p>
      <w:pPr>
        <w:pStyle w:val="ListNumber"/>
        <w:spacing w:line="240" w:lineRule="auto"/>
        <w:ind w:left="720"/>
      </w:pPr>
      <w:r/>
      <w:hyperlink r:id="rId14">
        <w:r>
          <w:rPr>
            <w:color w:val="0000EE"/>
            <w:u w:val="single"/>
          </w:rPr>
          <w:t>https://discoveratlanta.com/event/detail/atlanta-black-pride-weekend/</w:t>
        </w:r>
      </w:hyperlink>
      <w:r>
        <w:t xml:space="preserve"> - Atlanta Black Pride Weekend stands as a beacon of love, inclusivity, and resilience, honoring the vibrant LGBTQIA+ community. Through a rich tapestry of events—including the renowned Pure Heat Community Festival—we create spaces that uplift, educate, and inspire. The event is scheduled from September 2 to 7, 2026, at multiple locations across Atlanta.</w:t>
      </w:r>
      <w:r/>
    </w:p>
    <w:p>
      <w:pPr>
        <w:pStyle w:val="ListNumber"/>
        <w:spacing w:line="240" w:lineRule="auto"/>
        <w:ind w:left="720"/>
      </w:pPr>
      <w:r/>
      <w:hyperlink r:id="rId12">
        <w:r>
          <w:rPr>
            <w:color w:val="0000EE"/>
            <w:u w:val="single"/>
          </w:rPr>
          <w:t>https://www.gayemagazine.com/atlanta-black-pride-weekend-announces-headliners-honorees-2026-event-line-up-for-its-20th-anniversary/</w:t>
        </w:r>
      </w:hyperlink>
      <w:r>
        <w:t xml:space="preserve"> - Atlanta Black Pride Weekend (ABPW), one of the country’s leading annual celebrations of Black LGBTQIA+ culture, community, and pride, returns to Atlanta from September 2 through September 7, 2026, for nearly a week of programming, entertainment, empowerment, and community engagement. Throughout the week, attendees can experience an expansive lineup of signature events, including the 14th Annual Pure Heat Community Festival at Piedmont Park, Influencer’s Dinner, R&amp;B Brunch, empowerment brunches, the all-new Atlanta Black Pride Blood Drive, and nightly parties at some of Atlanta’s premier venues and more.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avidatlanta.com/atlanta-black-pride-weekend-20-years-of-black-joy/" TargetMode="External"/><Relationship Id="rId10" Type="http://schemas.openxmlformats.org/officeDocument/2006/relationships/hyperlink" Target="https://www.cbsnews.com/atlanta/news/atlanta-black-pride-celebrates-20-years-with-pure-heat-festival-parties-and-community-events/" TargetMode="External"/><Relationship Id="rId11" Type="http://schemas.openxmlformats.org/officeDocument/2006/relationships/hyperlink" Target="https://roughdraftatlanta.com/2026/08/31/atlanta-black-pride-weekend-2026/" TargetMode="External"/><Relationship Id="rId12" Type="http://schemas.openxmlformats.org/officeDocument/2006/relationships/hyperlink" Target="https://www.gayemagazine.com/atlanta-black-pride-weekend-announces-headliners-honorees-2026-event-line-up-for-its-20th-anniversary/" TargetMode="External"/><Relationship Id="rId13" Type="http://schemas.openxmlformats.org/officeDocument/2006/relationships/hyperlink" Target="https://www.atlantaprideweekend.com/blank-5-2" TargetMode="External"/><Relationship Id="rId14" Type="http://schemas.openxmlformats.org/officeDocument/2006/relationships/hyperlink" Target="https://discoveratlanta.com/event/detail/atlanta-black-pride-weekend/" TargetMode="External"/><Relationship Id="rId15" Type="http://schemas.openxmlformats.org/officeDocument/2006/relationships/hyperlink" Target="https://atlantapride.org/event/atlanta-black-pride-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