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Beartooth’s Caleb Shomo on Coming Out Backlash and Finding Freedom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Beartooth frontman Caleb Shomo has described the emotional cost of coming out publicly, after online backlash followed a more visibly expressive new era. Speaking about his sexuality, image and time away from social media, the musician said live audiences offered a powerful reminder that connection can matter more than the loudest comments online.</w:t>
      </w:r>
      <w:r/>
    </w:p>
    <w:p>
      <w:pPr>
        <w:pStyle w:val="Heading2"/>
      </w:pPr>
      <w:r>
        <w:t>Essential Takeaways</w:t>
      </w:r>
      <w:r/>
      <w:r/>
    </w:p>
    <w:p>
      <w:pPr>
        <w:pStyle w:val="ListBullet"/>
        <w:spacing w:line="240" w:lineRule="auto"/>
        <w:ind w:left="720"/>
      </w:pPr>
      <w:r/>
      <w:r>
        <w:rPr>
          <w:b/>
        </w:rPr>
        <w:t>A public turning point:</w:t>
      </w:r>
      <w:r>
        <w:t xml:space="preserve"> Shomo said his sexuality became widely discussed after he began expressing himself more openly.</w:t>
      </w:r>
      <w:r/>
    </w:p>
    <w:p>
      <w:pPr>
        <w:pStyle w:val="ListBullet"/>
        <w:spacing w:line="240" w:lineRule="auto"/>
        <w:ind w:left="720"/>
      </w:pPr>
      <w:r/>
      <w:r>
        <w:rPr>
          <w:b/>
        </w:rPr>
        <w:t>Visual change drew attention:</w:t>
      </w:r>
      <w:r>
        <w:t xml:space="preserve"> Makeup, nail varnish and a crop top in Beartooth’s “Free” video prompted hostile online commentary.</w:t>
      </w:r>
      <w:r/>
    </w:p>
    <w:p>
      <w:pPr>
        <w:pStyle w:val="ListBullet"/>
        <w:spacing w:line="240" w:lineRule="auto"/>
        <w:ind w:left="720"/>
      </w:pPr>
      <w:r/>
      <w:r>
        <w:rPr>
          <w:b/>
        </w:rPr>
        <w:t>He stepped away:</w:t>
      </w:r>
      <w:r>
        <w:t xml:space="preserve"> The singer deleted Instagram and took a break after the backlash affected his mental wellbeing.</w:t>
      </w:r>
      <w:r/>
    </w:p>
    <w:p>
      <w:pPr>
        <w:pStyle w:val="ListBullet"/>
        <w:spacing w:line="240" w:lineRule="auto"/>
        <w:ind w:left="720"/>
      </w:pPr>
      <w:r/>
      <w:r>
        <w:rPr>
          <w:b/>
        </w:rPr>
        <w:t>Touring offered perspective:</w:t>
      </w:r>
      <w:r>
        <w:t xml:space="preserve"> Support from fans at live shows helped him feel grounded during a difficult period.</w:t>
      </w:r>
      <w:r/>
    </w:p>
    <w:p>
      <w:pPr>
        <w:pStyle w:val="ListBullet"/>
        <w:spacing w:line="240" w:lineRule="auto"/>
        <w:ind w:left="720"/>
      </w:pPr>
      <w:r/>
      <w:r>
        <w:rPr>
          <w:b/>
        </w:rPr>
        <w:t>The wider lesson:</w:t>
      </w:r>
      <w:r>
        <w:t xml:space="preserve"> Public figures often face scrutiny when their appearance challenges assumptions about sexuality and identity.</w:t>
      </w:r>
      <w:r/>
      <w:r/>
    </w:p>
    <w:p>
      <w:pPr>
        <w:pStyle w:val="Heading2"/>
      </w:pPr>
      <w:r>
        <w:t>Caleb Shomo refused to tone himself down</w:t>
      </w:r>
      <w:r/>
    </w:p>
    <w:p>
      <w:r/>
      <w:r>
        <w:t>The sharpest part of Caleb Shomo’s story isn't simply that he faced criticism. It's that he had already decided not to shrink himself to make other people comfortable.</w:t>
      </w:r>
      <w:r/>
    </w:p>
    <w:p>
      <w:r/>
      <w:r>
        <w:t>The Beartooth singer said he wanted the freedom to wear what he liked, sing in his own way and enjoy being an artist without filtering every choice through strangers' expectations. That resolve became especially visible in the music video for “Free”, where makeup, painted nails and a crop top marked a noticeable shift in presentation.</w:t>
      </w:r>
      <w:r/>
    </w:p>
    <w:p>
      <w:r/>
      <w:r>
        <w:t xml:space="preserve">According to PinkNews, the response included homophobic posts and comments. For Shomo, the reaction was less a debate about clothing than a painful reminder that some audiences still treat self-expression as an invitation to judge. </w:t>
      </w:r>
      <w:hyperlink r:id="rId9">
        <w:r>
          <w:rPr>
            <w:color w:val="0000EE"/>
            <w:u w:val="single"/>
          </w:rPr>
          <w:t>[2]</w:t>
        </w:r>
      </w:hyperlink>
      <w:r>
        <w:t xml:space="preserve">, </w:t>
      </w:r>
      <w:hyperlink r:id="rId10">
        <w:r>
          <w:rPr>
            <w:color w:val="0000EE"/>
            <w:u w:val="single"/>
          </w:rPr>
          <w:t>[3]</w:t>
        </w:r>
      </w:hyperlink>
      <w:r/>
    </w:p>
    <w:p>
      <w:pPr>
        <w:pStyle w:val="Heading2"/>
      </w:pPr>
      <w:r>
        <w:t>Coming out became public before he was ready for the spotlight</w:t>
      </w:r>
      <w:r/>
    </w:p>
    <w:p>
      <w:r/>
      <w:r>
        <w:t>Shomo said he had begun coming out privately to friends, relatives and bandmates in September 2025, while still married to his then-wife, Fleur Shomo. His public announcement came later, after months in which his changing appearance had already attracted intense attention.</w:t>
      </w:r>
      <w:r/>
    </w:p>
    <w:p>
      <w:r/>
      <w:r>
        <w:t>That sequence matters. Coming out is often described as a single announcement, but in reality it can be a gradual, personal process shaped by relationships, timing and safety. The public may see one post, while the person involved has spent months working through a much larger private experience.</w:t>
      </w:r>
      <w:r/>
    </w:p>
    <w:p>
      <w:r/>
      <w:r>
        <w:t xml:space="preserve">PinkNews previously reported that Shomo described himself as a “proudly gay man”. His divorce from Fleur Shomo was later filed jointly, according to USA Today, adding another major personal development to an already exposed period of his life. </w:t>
      </w:r>
      <w:hyperlink r:id="rId10">
        <w:r>
          <w:rPr>
            <w:color w:val="0000EE"/>
            <w:u w:val="single"/>
          </w:rPr>
          <w:t>[3]</w:t>
        </w:r>
      </w:hyperlink>
      <w:r>
        <w:t xml:space="preserve">, </w:t>
      </w:r>
      <w:hyperlink r:id="rId9">
        <w:r>
          <w:rPr>
            <w:color w:val="0000EE"/>
            <w:u w:val="single"/>
          </w:rPr>
          <w:t>[2]</w:t>
        </w:r>
      </w:hyperlink>
      <w:r/>
    </w:p>
    <w:p>
      <w:pPr>
        <w:pStyle w:val="Heading2"/>
      </w:pPr>
      <w:r>
        <w:t>Why online backlash can feel impossible to escape</w:t>
      </w:r>
      <w:r/>
    </w:p>
    <w:p>
      <w:r/>
      <w:r>
        <w:t>Social media turns criticism into background noise that never quite switches off. A performer can be preparing for a show, travelling between cities or trying to rest, yet still find a stream of strangers' reactions waiting on a phone.</w:t>
      </w:r>
      <w:r/>
    </w:p>
    <w:p>
      <w:r/>
      <w:r>
        <w:t>Shomo said the hostility left him in a very bad place and made it difficult to summon the energy needed to perform. He eventually deleted Instagram and stayed away from the internet for several months. It wasn't a dramatic publicity gesture; it was a boundary.</w:t>
      </w:r>
      <w:r/>
    </w:p>
    <w:p>
      <w:r/>
      <w:r>
        <w:t xml:space="preserve">The pattern is familiar across entertainment. PinkNews has reported on backlash aimed at queer performers and public figures, from accusations of “queerbaiting” surrounding Dove Cameron to reactions to Khalid's music and public image. In each case, audiences have tried to police the line between performance, identity and personal disclosure. </w:t>
      </w:r>
      <w:hyperlink r:id="rId11">
        <w:r>
          <w:rPr>
            <w:color w:val="0000EE"/>
            <w:u w:val="single"/>
          </w:rPr>
          <w:t>[6]</w:t>
        </w:r>
      </w:hyperlink>
      <w:r>
        <w:t xml:space="preserve">, </w:t>
      </w:r>
      <w:hyperlink r:id="rId12">
        <w:r>
          <w:rPr>
            <w:color w:val="0000EE"/>
            <w:u w:val="single"/>
          </w:rPr>
          <w:t>[7]</w:t>
        </w:r>
      </w:hyperlink>
      <w:r/>
    </w:p>
    <w:p>
      <w:pPr>
        <w:pStyle w:val="Heading2"/>
      </w:pPr>
      <w:r>
        <w:t>The stage gave him a different kind of answer</w:t>
      </w:r>
      <w:r/>
    </w:p>
    <w:p>
      <w:r/>
      <w:r>
        <w:t>Away from comment sections, Shomo found something more reassuring. He said the support from people attending Beartooth's shows during the band's tour was astounding, offering a direct and immediate contrast to the opposition he was seeing online.</w:t>
      </w:r>
      <w:r/>
    </w:p>
    <w:p>
      <w:r/>
      <w:r>
        <w:t>That difference is worth noticing. Digital platforms can amplify a small group of hostile voices until they appear to represent everyone, while a concert reveals the people who have actually chosen to turn up, sing along and share the room.</w:t>
      </w:r>
      <w:r/>
    </w:p>
    <w:p>
      <w:r/>
      <w:r>
        <w:t xml:space="preserve">For musicians, that live connection can be grounding in a way that a supportive message on a screen sometimes isn't. The crowd is there in real time, with all the noise, warmth and sweaty energy that comes with it. </w:t>
      </w:r>
      <w:hyperlink r:id="rId9">
        <w:r>
          <w:rPr>
            <w:color w:val="0000EE"/>
            <w:u w:val="single"/>
          </w:rPr>
          <w:t>[2]</w:t>
        </w:r>
      </w:hyperlink>
      <w:r>
        <w:t xml:space="preserve">, </w:t>
      </w:r>
      <w:hyperlink r:id="rId10">
        <w:r>
          <w:rPr>
            <w:color w:val="0000EE"/>
            <w:u w:val="single"/>
          </w:rPr>
          <w:t>[3]</w:t>
        </w:r>
      </w:hyperlink>
      <w:r/>
    </w:p>
    <w:p>
      <w:pPr>
        <w:pStyle w:val="Heading2"/>
      </w:pPr>
      <w:r>
        <w:t>What Shomo’s experience says about queer visibility</w:t>
      </w:r>
      <w:r/>
    </w:p>
    <w:p>
      <w:r/>
      <w:r>
        <w:t>There’s a familiar trap in the way audiences discuss queer artists. If a performer is subtle, some people question their authenticity; if they become more open, those same audiences may accuse them of making a spectacle. Shomo's experience shows how quickly visibility can attract demands for an artist to become more palatable.</w:t>
      </w:r>
      <w:r/>
    </w:p>
    <w:p>
      <w:r/>
      <w:r>
        <w:t xml:space="preserve">Other entertainment stories underline the same tension. PinkNews has covered public arguments about bisexual representation, queer roles and whether artists are being “authentic” enough for audiences. Those conversations can sometimes create useful scrutiny, but they can also place an exhausting burden on people to explain themselves on demand. </w:t>
      </w:r>
      <w:hyperlink r:id="rId13">
        <w:r>
          <w:rPr>
            <w:color w:val="0000EE"/>
            <w:u w:val="single"/>
          </w:rPr>
          <w:t>[4]</w:t>
        </w:r>
      </w:hyperlink>
      <w:r>
        <w:t xml:space="preserve">, </w:t>
      </w:r>
      <w:hyperlink r:id="rId14">
        <w:r>
          <w:rPr>
            <w:color w:val="0000EE"/>
            <w:u w:val="single"/>
          </w:rPr>
          <w:t>[5]</w:t>
        </w:r>
      </w:hyperlink>
      <w:r>
        <w:t xml:space="preserve">, </w:t>
      </w:r>
      <w:hyperlink r:id="rId11">
        <w:r>
          <w:rPr>
            <w:color w:val="0000EE"/>
            <w:u w:val="single"/>
          </w:rPr>
          <w:t>[6]</w:t>
        </w:r>
      </w:hyperlink>
      <w:r/>
    </w:p>
    <w:p>
      <w:r/>
      <w:r>
        <w:t>Shomo's response was practical as well as emotional: step away from the platforms causing harm, focus on the work and pay attention to the people offering real support. It’s a useful reminder for anyone facing online hostility, though no one should have to become resilient simply to be treated decently.</w:t>
      </w:r>
      <w:r/>
    </w:p>
    <w:p>
      <w:r/>
      <w:r>
        <w:t xml:space="preserve">The wider reaction to his coming out will probably continue, but the most telling part of his account is the choice at its centre. He wants to make music and present himself honestly, rather than negotiate every detail with the loudest corners of the internet. </w:t>
      </w:r>
      <w:hyperlink r:id="rId9">
        <w:r>
          <w:rPr>
            <w:color w:val="0000EE"/>
            <w:u w:val="single"/>
          </w:rPr>
          <w:t>[2]</w:t>
        </w:r>
      </w:hyperlink>
      <w:r>
        <w:t xml:space="preserve">, </w:t>
      </w:r>
      <w:hyperlink r:id="rId10">
        <w:r>
          <w:rPr>
            <w:color w:val="0000EE"/>
            <w:u w:val="single"/>
          </w:rPr>
          <w:t>[3]</w:t>
        </w:r>
      </w:hyperlink>
      <w:r/>
    </w:p>
    <w:p>
      <w:r/>
      <w:r>
        <w:t>It's a small act of self-protection, but sometimes stepping away is how you find your voice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11">
        <w:r>
          <w:rPr>
            <w:color w:val="0000EE"/>
            <w:u w:val="single"/>
          </w:rPr>
          <w:t>[6]</w:t>
        </w:r>
      </w:hyperlink>
      <w:r>
        <w:t xml:space="preserve">, </w:t>
      </w:r>
      <w:hyperlink r:id="rId12">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[3]</w:t>
        </w:r>
      </w:hyperlink>
      <w:r>
        <w:t xml:space="preserve">- Paragraph 7: </w:t>
      </w:r>
      <w:hyperlink r:id="rId13">
        <w:r>
          <w:rPr>
            <w:color w:val="0000EE"/>
            <w:u w:val="single"/>
          </w:rPr>
          <w:t>[4]</w:t>
        </w:r>
      </w:hyperlink>
      <w:r>
        <w:t xml:space="preserve">, </w:t>
      </w:r>
      <w:hyperlink r:id="rId14">
        <w:r>
          <w:rPr>
            <w:color w:val="0000EE"/>
            <w:u w:val="single"/>
          </w:rPr>
          <w:t>[5]</w:t>
        </w:r>
      </w:hyperlink>
      <w:r>
        <w:t xml:space="preserve">- Paragraph 8: </w:t>
      </w:r>
      <w:hyperlink r:id="rId11">
        <w:r>
          <w:rPr>
            <w:color w:val="0000EE"/>
            <w:u w:val="single"/>
          </w:rPr>
          <w:t>[6]</w:t>
        </w:r>
      </w:hyperlink>
      <w:r>
        <w:t xml:space="preserve">, </w:t>
      </w:r>
      <w:hyperlink r:id="rId9">
        <w:r>
          <w:rPr>
            <w:color w:val="0000EE"/>
            <w:u w:val="single"/>
          </w:rPr>
          <w:t>[2]</w:t>
        </w:r>
      </w:hyperlink>
      <w:r>
        <w:t xml:space="preserve">- Paragraph 9: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https://www.thepinknews.com/2026/09/02/beartooth-caleb-shomo-coming-out-backlash/</w:t>
        </w:r>
      </w:hyperlink>
      <w:r>
        <w:t xml:space="preserve"> - Please view link - unable to able to access data</w:t>
      </w:r>
      <w:r/>
    </w:p>
    <w:p>
      <w:pPr>
        <w:pStyle w:val="ListNumber"/>
        <w:spacing w:line="240" w:lineRule="auto"/>
        <w:ind w:left="720"/>
      </w:pPr>
      <w:r/>
      <w:hyperlink r:id="rId9">
        <w:r>
          <w:rPr>
            <w:color w:val="0000EE"/>
            <w:u w:val="single"/>
          </w:rPr>
          <w:t>https://www.thepinknews.com/2026/09/02/beartooth-caleb-shomo-coming-out-backlash/</w:t>
        </w:r>
      </w:hyperlink>
      <w:r>
        <w:t xml:space="preserve"> - Caleb Shomo, frontman of Beartooth, discussed the backlash he faced after publicly coming out as gay earlier this year. He began revealing his sexuality to friends, family, and bandmates in September 2025 while still married to Fleur Shomo. In February, Beartooth released 'Free', the first song from their album 'Pure Ecstasy', featuring Shomo in makeup, nail varnish, and a crop top. This new image attracted homophobic comments on social media. Shomo chose to remain authentic, stating he would not 'water himself down'. The backlash led him to take a break from the internet, even deleting his Instagram account. After several months, he returned to social media and came out publicly on 23 May. In July, he and Fleur filed for divorce. Reflecting on his hiatus, Shomo found it eye-opening, noting the overwhelming support from fans during his tour. (</w:t>
      </w:r>
      <w:hyperlink r:id="rId15">
        <w:r>
          <w:rPr>
            <w:color w:val="0000EE"/>
            <w:u w:val="single"/>
          </w:rPr>
          <w:t>thepinknews.com</w:t>
        </w:r>
      </w:hyperlink>
      <w:r>
        <w:t>)</w:t>
      </w:r>
      <w:r/>
    </w:p>
    <w:p>
      <w:pPr>
        <w:pStyle w:val="ListNumber"/>
        <w:spacing w:line="240" w:lineRule="auto"/>
        <w:ind w:left="720"/>
      </w:pPr>
      <w:r/>
      <w:hyperlink r:id="rId10">
        <w:r>
          <w:rPr>
            <w:color w:val="0000EE"/>
            <w:u w:val="single"/>
          </w:rPr>
          <w:t>https://www.thepinknews.com/2026/05/25/beartooth-frontman-caleb-shomo-comes-out-i-am-a-proudly-gay-man/</w:t>
        </w:r>
      </w:hyperlink>
      <w:r>
        <w:t xml:space="preserve"> - Caleb Shomo, lead singer of Beartooth, publicly came out as gay after separating from his wife of 14 years. In a 23 May Instagram post, he stated, 'I am a proudly gay man', addressing speculation about his personal life. Shomo shared that he had been exploring his identity for some time, spending a decade suppressing his feelings with alcohol. Choosing sobriety allowed him to confront his sexuality, aiming to experience self-love. He expressed a desire to pursue happiness authentically, stating he is trying to be proud of who he is. (</w:t>
      </w:r>
      <w:hyperlink r:id="rId16">
        <w:r>
          <w:rPr>
            <w:color w:val="0000EE"/>
            <w:u w:val="single"/>
          </w:rPr>
          <w:t>thepinknews.com</w:t>
        </w:r>
      </w:hyperlink>
      <w:r>
        <w:t>)</w:t>
      </w:r>
      <w:r/>
    </w:p>
    <w:p>
      <w:pPr>
        <w:pStyle w:val="ListNumber"/>
        <w:spacing w:line="240" w:lineRule="auto"/>
        <w:ind w:left="720"/>
      </w:pPr>
      <w:r/>
      <w:hyperlink r:id="rId13">
        <w:r>
          <w:rPr>
            <w:color w:val="0000EE"/>
            <w:u w:val="single"/>
          </w:rPr>
          <w:t>https://www.thepinknews.com/2019/01/29/bella-thorne-bisexual-roles/</w:t>
        </w:r>
      </w:hyperlink>
      <w:r>
        <w:t xml:space="preserve"> - Actress Bella Thorne revealed that coming out as bisexual in 2016 led to her losing acting roles. She disclosed that after her announcement, some Hollywood producers responded negatively, with one even cancelling her audition. Thorne expressed that this experience was disheartening, highlighting the challenges faced by LGBTQ+ individuals in the entertainment industry. (</w:t>
      </w:r>
      <w:hyperlink r:id="rId17">
        <w:r>
          <w:rPr>
            <w:color w:val="0000EE"/>
            <w:u w:val="single"/>
          </w:rPr>
          <w:t>thepinknews.com</w:t>
        </w:r>
      </w:hyperlink>
      <w:r>
        <w:t>)</w:t>
      </w:r>
      <w:r/>
    </w:p>
    <w:p>
      <w:pPr>
        <w:pStyle w:val="ListNumber"/>
        <w:spacing w:line="240" w:lineRule="auto"/>
        <w:ind w:left="720"/>
      </w:pPr>
      <w:r/>
      <w:hyperlink r:id="rId14">
        <w:r>
          <w:rPr>
            <w:color w:val="0000EE"/>
            <w:u w:val="single"/>
          </w:rPr>
          <w:t>https://www.thepinknews.com/2025/07/02/off-broadway-show-about-a-gay-future-prince-george-with-f-slur-title-sparks-backlash/</w:t>
        </w:r>
      </w:hyperlink>
      <w:r>
        <w:t xml:space="preserve"> - An off-Broadway play titled 'Prince F****t' imagines a future where Prince George comes out as gay, sparking controversy due to its explicit themes involving a young royal. The play, set in 2032, portrays Prince George in a relationship with an Oxford-educated Indian man named Dev. Critics have labelled the production as 'creepy' fan fiction, raising concerns about its appropriateness given Prince George's current age of 11. (</w:t>
      </w:r>
      <w:hyperlink r:id="rId18">
        <w:r>
          <w:rPr>
            <w:color w:val="0000EE"/>
            <w:u w:val="single"/>
          </w:rPr>
          <w:t>thepinknews.com</w:t>
        </w:r>
      </w:hyperlink>
      <w:r>
        <w:t>)</w:t>
      </w:r>
      <w:r/>
    </w:p>
    <w:p>
      <w:pPr>
        <w:pStyle w:val="ListNumber"/>
        <w:spacing w:line="240" w:lineRule="auto"/>
        <w:ind w:left="720"/>
      </w:pPr>
      <w:r/>
      <w:hyperlink r:id="rId11">
        <w:r>
          <w:rPr>
            <w:color w:val="0000EE"/>
            <w:u w:val="single"/>
          </w:rPr>
          <w:t>https://www.thepinknews.com/2025/04/10/dove-cameron-queerbaiting/</w:t>
        </w:r>
      </w:hyperlink>
      <w:r>
        <w:t xml:space="preserve"> - Actress Dove Cameron felt compelled to publicly come out as queer in 2020 after facing accusations of queerbaiting. The former Disney star revealed that her music video for 'We Belong' featured same-sex couples, leading to speculation about her sexuality. Cameron expressed that she 'hated' being forced to come out, highlighting the pressures faced by celebrities to disclose their sexual orientation. (</w:t>
      </w:r>
      <w:hyperlink r:id="rId19">
        <w:r>
          <w:rPr>
            <w:color w:val="0000EE"/>
            <w:u w:val="single"/>
          </w:rPr>
          <w:t>thepinknews.com</w:t>
        </w:r>
      </w:hyperlink>
      <w:r>
        <w:t>)</w:t>
      </w:r>
      <w:r/>
    </w:p>
    <w:p>
      <w:pPr>
        <w:pStyle w:val="ListNumber"/>
        <w:spacing w:line="240" w:lineRule="auto"/>
        <w:ind w:left="720"/>
      </w:pPr>
      <w:r/>
      <w:hyperlink r:id="rId12">
        <w:r>
          <w:rPr>
            <w:color w:val="0000EE"/>
            <w:u w:val="single"/>
          </w:rPr>
          <w:t>https://www.thepinknews.com/2025/09/24/khalid-of-body-music-video-gay-reaction/</w:t>
        </w:r>
      </w:hyperlink>
      <w:r>
        <w:t xml:space="preserve"> - Fans of singer Khalid defended him against homophobic backlash following the release of a teaser for his queer-themed music video for 'Out Of Body'. The 15-second snippet, which features same-sex couples, received negative comments from some viewers. Khalid's supporters praised his authenticity and artistic expression, emphasizing the importance of representation in music videos. (</w:t>
      </w:r>
      <w:hyperlink r:id="rId20">
        <w:r>
          <w:rPr>
            <w:color w:val="0000EE"/>
            <w:u w:val="single"/>
          </w:rPr>
          <w:t>thepinknews.com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9/02/beartooth-caleb-shomo-coming-out-backlash/" TargetMode="External"/><Relationship Id="rId10" Type="http://schemas.openxmlformats.org/officeDocument/2006/relationships/hyperlink" Target="https://www.thepinknews.com/2026/05/25/beartooth-frontman-caleb-shomo-comes-out-i-am-a-proudly-gay-man/" TargetMode="External"/><Relationship Id="rId11" Type="http://schemas.openxmlformats.org/officeDocument/2006/relationships/hyperlink" Target="https://www.thepinknews.com/2025/04/10/dove-cameron-queerbaiting/" TargetMode="External"/><Relationship Id="rId12" Type="http://schemas.openxmlformats.org/officeDocument/2006/relationships/hyperlink" Target="https://www.thepinknews.com/2025/09/24/khalid-of-body-music-video-gay-reaction/" TargetMode="External"/><Relationship Id="rId13" Type="http://schemas.openxmlformats.org/officeDocument/2006/relationships/hyperlink" Target="https://www.thepinknews.com/2019/01/29/bella-thorne-bisexual-roles/" TargetMode="External"/><Relationship Id="rId14" Type="http://schemas.openxmlformats.org/officeDocument/2006/relationships/hyperlink" Target="https://www.thepinknews.com/2025/07/02/off-broadway-show-about-a-gay-future-prince-george-with-f-slur-title-sparks-backlash/" TargetMode="External"/><Relationship Id="rId15" Type="http://schemas.openxmlformats.org/officeDocument/2006/relationships/hyperlink" Target="https://www.thepinknews.com/2026/09/02/beartooth-caleb-shomo-coming-out-backlash/?utm_source=openai" TargetMode="External"/><Relationship Id="rId16" Type="http://schemas.openxmlformats.org/officeDocument/2006/relationships/hyperlink" Target="https://www.thepinknews.com/2026/05/25/beartooth-frontman-caleb-shomo-comes-out-i-am-a-proudly-gay-man/?utm_source=openai" TargetMode="External"/><Relationship Id="rId17" Type="http://schemas.openxmlformats.org/officeDocument/2006/relationships/hyperlink" Target="https://www.thepinknews.com/2019/01/29/bella-thorne-bisexual-roles/?utm_source=openai" TargetMode="External"/><Relationship Id="rId18" Type="http://schemas.openxmlformats.org/officeDocument/2006/relationships/hyperlink" Target="https://www.thepinknews.com/2025/07/02/off-broadway-show-about-a-gay-future-prince-george-with-f-slur-title-sparks-backlash/?utm_source=openai" TargetMode="External"/><Relationship Id="rId19" Type="http://schemas.openxmlformats.org/officeDocument/2006/relationships/hyperlink" Target="https://www.thepinknews.com/2025/04/10/dove-cameron-queerbaiting/?utm_source=openai" TargetMode="External"/><Relationship Id="rId20" Type="http://schemas.openxmlformats.org/officeDocument/2006/relationships/hyperlink" Target="https://www.thepinknews.com/2025/09/24/khalid-of-body-music-video-gay-reac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