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Award-winning Lou Chibbaro documentary spotlights LGBTQ journalism history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 xml:space="preserve">Viewers in Washington, D.C., and Maryland are getting a timely look at LGBTQ journalism, performance and activism through </w:t>
      </w:r>
      <w:r>
        <w:rPr>
          <w:b/>
          <w:i/>
        </w:rPr>
        <w:t>Lou’s Legacy</w:t>
      </w:r>
      <w:r>
        <w:rPr>
          <w:b/>
        </w:rPr>
        <w:t>, a documentary about Washington Blade reporter Lou Chibbaro Jr. The 29-minute film has now earned national recognition for local television, highlighting why queer community reporting still matters as rights and visibility remain under pressure.</w:t>
      </w:r>
      <w:r/>
    </w:p>
    <w:p>
      <w:pPr>
        <w:pStyle w:val="Heading2"/>
      </w:pPr>
      <w:r>
        <w:t>Essential Takeaways</w:t>
      </w:r>
      <w:r/>
      <w:r/>
    </w:p>
    <w:p>
      <w:pPr>
        <w:pStyle w:val="ListBullet"/>
        <w:spacing w:line="240" w:lineRule="auto"/>
        <w:ind w:left="720"/>
      </w:pPr>
      <w:r/>
      <w:r>
        <w:rPr>
          <w:b/>
        </w:rPr>
        <w:t>National recognition:</w:t>
      </w:r>
      <w:r>
        <w:t xml:space="preserve"> The documentary will receive NLGJA’s Excellence in Journalism Award for Excellence in Local Television.</w:t>
      </w:r>
      <w:r/>
    </w:p>
    <w:p>
      <w:pPr>
        <w:pStyle w:val="ListBullet"/>
        <w:spacing w:line="240" w:lineRule="auto"/>
        <w:ind w:left="720"/>
      </w:pPr>
      <w:r/>
      <w:r>
        <w:rPr>
          <w:b/>
        </w:rPr>
        <w:t>A long reporting career:</w:t>
      </w:r>
      <w:r>
        <w:t xml:space="preserve"> Lou Chibbaro Jr. has documented nearly five decades of LGBTQ life in Washington, D.C.</w:t>
      </w:r>
      <w:r/>
    </w:p>
    <w:p>
      <w:pPr>
        <w:pStyle w:val="ListBullet"/>
        <w:spacing w:line="240" w:lineRule="auto"/>
        <w:ind w:left="720"/>
      </w:pPr>
      <w:r/>
      <w:r>
        <w:rPr>
          <w:b/>
        </w:rPr>
        <w:t>Two central figures:</w:t>
      </w:r>
      <w:r>
        <w:t xml:space="preserve"> The film also follows drag performer Donnell Robinson, known as Ella Fitzgerald.</w:t>
      </w:r>
      <w:r/>
    </w:p>
    <w:p>
      <w:pPr>
        <w:pStyle w:val="ListBullet"/>
        <w:spacing w:line="240" w:lineRule="auto"/>
        <w:ind w:left="720"/>
      </w:pPr>
      <w:r/>
      <w:r>
        <w:rPr>
          <w:b/>
        </w:rPr>
        <w:t>Public television reach:</w:t>
      </w:r>
      <w:r>
        <w:t xml:space="preserve"> It premiered on WETA PBS and Maryland Public Television in June 2025.</w:t>
      </w:r>
      <w:r/>
    </w:p>
    <w:p>
      <w:pPr>
        <w:pStyle w:val="ListBullet"/>
        <w:spacing w:line="240" w:lineRule="auto"/>
        <w:ind w:left="720"/>
      </w:pPr>
      <w:r/>
      <w:r>
        <w:rPr>
          <w:b/>
        </w:rPr>
        <w:t>History with a live pulse:</w:t>
      </w:r>
      <w:r>
        <w:t xml:space="preserve"> Archival material sits alongside contemporary concerns, including restrictions targeting drag performers.</w:t>
      </w:r>
      <w:r/>
      <w:r/>
    </w:p>
    <w:p>
      <w:pPr>
        <w:pStyle w:val="Heading2"/>
      </w:pPr>
      <w:r>
        <w:t>A reporter’s career becomes a community record</w:t>
      </w:r>
      <w:r/>
    </w:p>
    <w:p>
      <w:r/>
      <w:r>
        <w:t xml:space="preserve">The strongest idea in </w:t>
      </w:r>
      <w:r>
        <w:rPr>
          <w:i/>
        </w:rPr>
        <w:t>Lou’s Legacy</w:t>
      </w:r>
      <w:r>
        <w:t xml:space="preserve"> is also its simplest: when a reporter stays with a community for decades, their work becomes more than a series of articles. It becomes a running record of protests, celebrations, losses and hard-won progress.</w:t>
      </w:r>
      <w:r/>
    </w:p>
    <w:p>
      <w:r/>
      <w:r>
        <w:t>According to the Washington Blade, the documentary follows Chibbaro’s career at the publication while placing his reporting within the wider story of Washington’s LGBTQ community. That gives the film an intimate texture. This isn't distant history behind glass, but lived experience with plenty of grit and colour.</w:t>
      </w:r>
      <w:r/>
    </w:p>
    <w:p>
      <w:r/>
      <w:r>
        <w:t>The Washington Blade has previously profiled Chibbaro’s work and his place in LGBTQ journalism, while NLGJA has recognised his contribution over many years. His career shows why specialist publications have often been first to cover stories that larger newsrooms overlooked.</w:t>
      </w:r>
      <w:r/>
    </w:p>
    <w:p>
      <w:pPr>
        <w:pStyle w:val="Heading2"/>
      </w:pPr>
      <w:r>
        <w:t>Why queer journalism still matters</w:t>
      </w:r>
      <w:r/>
    </w:p>
    <w:p>
      <w:r/>
      <w:r>
        <w:t>The film arrives at a moment when LGBTQ reporting remains essential, not simply as advocacy but as a way of supplying context. National headlines can flatten a local dispute into a political talking point. Community journalism is more likely to explain who is affected, what has changed and why people care.</w:t>
      </w:r>
      <w:r/>
    </w:p>
    <w:p>
      <w:r/>
      <w:r>
        <w:t>The documentary connects Chibbaro’s reporting with the continuing backlash against LGBTQ rights, including laws aimed at drag performers. The result is a useful reminder that history doesn't stay neatly in the past. Old arguments can return with new slogans, new legislation and a familiar human cost.</w:t>
      </w:r>
      <w:r/>
    </w:p>
    <w:p>
      <w:r/>
      <w:r>
        <w:t>NLGJA’s work around LGBTQ journalists and journalism helps frame that wider significance. For aspiring reporters, Chibbaro’s example offers a practical lesson: persistence matters, especially when a story is repeatedly treated as niche or inconvenient.</w:t>
      </w:r>
      <w:r/>
    </w:p>
    <w:p>
      <w:pPr>
        <w:pStyle w:val="Heading2"/>
      </w:pPr>
      <w:r>
        <w:t>Ella Fitzgerald brings the story back to the stage</w:t>
      </w:r>
      <w:r/>
    </w:p>
    <w:p>
      <w:r/>
      <w:r>
        <w:t xml:space="preserve">Alongside Chibbaro, </w:t>
      </w:r>
      <w:r>
        <w:rPr>
          <w:i/>
        </w:rPr>
        <w:t>Lou’s Legacy</w:t>
      </w:r>
      <w:r>
        <w:t xml:space="preserve"> follows Donnell Robinson, the drag performer long known to Washington audiences as Ella Fitzgerald. Robinson’s return to the stage after a three-year pause following the Covid pandemic gives the film a distinctly human counterpoint.</w:t>
      </w:r>
      <w:r/>
    </w:p>
    <w:p>
      <w:r/>
      <w:r>
        <w:t>That storyline shifts the documentary from newsroom history to performance, memory and resilience. A drag stage can be glamorous, funny and wonderfully loud, but it can also reflect the pressures facing a community beyond the spotlight.</w:t>
      </w:r>
      <w:r/>
    </w:p>
    <w:p>
      <w:r/>
      <w:r>
        <w:t>The pairing works because both subjects preserve culture in different ways. Chibbaro records events through journalism, while Ella Fitzgerald keeps community memory alive through performance. One works with notebooks and archives, the other with music, make-up and a room full of people.</w:t>
      </w:r>
      <w:r/>
    </w:p>
    <w:p>
      <w:pPr>
        <w:pStyle w:val="Heading2"/>
      </w:pPr>
      <w:r>
        <w:t>Public television gives the documentary room to breathe</w:t>
      </w:r>
      <w:r/>
    </w:p>
    <w:p>
      <w:r/>
      <w:r>
        <w:t>The film premiered on WETA PBS in Washington, D.C., and Maryland Public Television in June 2025. PBS describes it as a documentary centred on Chibbaro’s life and the history held in the Washington Blade’s reporting.</w:t>
      </w:r>
      <w:r/>
    </w:p>
    <w:p>
      <w:r/>
      <w:r>
        <w:t>Its connection to archival research is significant, too. The Mattachine Society of Washington, D.C., produced the film in association with its work preserving LGBTQ history, while George Washington University has highlighted the use of material from its archival collections in the documentary.</w:t>
      </w:r>
      <w:r/>
    </w:p>
    <w:p>
      <w:r/>
      <w:r>
        <w:t>That combination of public broadcasting and archival expertise makes the project feel built for more than a single news cycle. Viewers get personal testimony, institutional memory and the dusty-but-precious evidence that helps communities prove what happened.</w:t>
      </w:r>
      <w:r/>
    </w:p>
    <w:p>
      <w:pPr>
        <w:pStyle w:val="Heading2"/>
      </w:pPr>
      <w:r>
        <w:t>Recognition arrives at an important time</w:t>
      </w:r>
      <w:r/>
    </w:p>
    <w:p>
      <w:r/>
      <w:r>
        <w:t>The NLGJA award will be presented at the organisation’s National Convention in San Francisco on 11 September, with director and producer Patrick Sammon accepting on behalf of the production. Producer Julianne Donofrio, editor Amir Jaffer, executive producer Charles Francis and executive producer Pate Felts are also being recognised.</w:t>
      </w:r>
      <w:r/>
    </w:p>
    <w:p>
      <w:r/>
      <w:r>
        <w:t>NLGJA has described Chibbaro’s work as an important example of journalism serving a community that mainstream media often ignored or erased. That praise feels particularly relevant now, when local reporting is under financial strain and public conversations about LGBTQ lives can become aggressively distorted.</w:t>
      </w:r>
      <w:r/>
    </w:p>
    <w:p>
      <w:r/>
      <w:r>
        <w:t xml:space="preserve">A short documentary can't hold an entire history, of course. But </w:t>
      </w:r>
      <w:r>
        <w:rPr>
          <w:i/>
        </w:rPr>
        <w:t>Lou’s Legacy</w:t>
      </w:r>
      <w:r>
        <w:t xml:space="preserve"> appears to understand its job: preserve a few vital voices, connect them to the present and leave viewers curious about the stories still waiting to be told.</w:t>
      </w:r>
      <w:r/>
    </w:p>
    <w:p>
      <w:r/>
      <w:r>
        <w:t>It's a compact film with a very long memory.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3">
        <w:r>
          <w:rPr>
            <w:color w:val="0000EE"/>
            <w:u w:val="single"/>
          </w:rPr>
          <w:t>[6]</w:t>
        </w:r>
      </w:hyperlink>
      <w:r>
        <w:t xml:space="preserve">- Paragraph 7: </w:t>
      </w:r>
      <w:hyperlink r:id="rId12">
        <w:r>
          <w:rPr>
            <w:color w:val="0000EE"/>
            <w:u w:val="single"/>
          </w:rPr>
          <w:t>[3]</w:t>
        </w:r>
      </w:hyperlink>
      <w:r>
        <w:t xml:space="preserve">, </w:t>
      </w:r>
      <w:hyperlink r:id="rId11">
        <w:r>
          <w:rPr>
            <w:color w:val="0000EE"/>
            <w:u w:val="single"/>
          </w:rPr>
          <w:t>[4]</w:t>
        </w:r>
      </w:hyperlink>
      <w:r>
        <w:t xml:space="preserve">- Paragraph 8: </w:t>
      </w:r>
      <w:hyperlink r:id="rId14">
        <w:r>
          <w:rPr>
            <w:color w:val="0000EE"/>
            <w:u w:val="single"/>
          </w:rPr>
          <w:t>[5]</w:t>
        </w:r>
      </w:hyperlink>
      <w:r>
        <w:t xml:space="preserve">, </w:t>
      </w:r>
      <w:hyperlink r:id="rId15">
        <w:r>
          <w:rPr>
            <w:color w:val="0000EE"/>
            <w:u w:val="single"/>
          </w:rPr>
          <w:t>[7]</w:t>
        </w:r>
      </w:hyperlink>
      <w:r>
        <w:t xml:space="preserve">- Paragraph 9: </w:t>
      </w:r>
      <w:hyperlink r:id="rId10">
        <w:r>
          <w:rPr>
            <w:color w:val="0000EE"/>
            <w:u w:val="single"/>
          </w:rPr>
          <w:t>[2]</w:t>
        </w:r>
      </w:hyperlink>
      <w:r>
        <w:t xml:space="preserve">, </w:t>
      </w:r>
      <w:hyperlink r:id="rId11">
        <w:r>
          <w:rPr>
            <w:color w:val="0000EE"/>
            <w:u w:val="single"/>
          </w:rPr>
          <w:t>[4]</w:t>
        </w:r>
      </w:hyperlink>
      <w:r>
        <w:t xml:space="preserve">- Paragraph 10: </w:t>
      </w:r>
      <w:hyperlink r:id="rId12">
        <w:r>
          <w:rPr>
            <w:color w:val="0000EE"/>
            <w:u w:val="single"/>
          </w:rPr>
          <w:t>[3]</w:t>
        </w:r>
      </w:hyperlink>
      <w:r>
        <w:t xml:space="preserve">, </w:t>
      </w:r>
      <w:hyperlink r:id="rId14">
        <w:r>
          <w:rPr>
            <w:color w:val="0000EE"/>
            <w:u w:val="single"/>
          </w:rPr>
          <w:t>[5]</w:t>
        </w:r>
      </w:hyperlink>
      <w:r>
        <w:t xml:space="preserve">- Paragraph 11: </w:t>
      </w:r>
      <w:hyperlink r:id="rId10">
        <w:r>
          <w:rPr>
            <w:color w:val="0000EE"/>
            <w:u w:val="single"/>
          </w:rPr>
          <w:t>[2]</w:t>
        </w:r>
      </w:hyperlink>
      <w:r>
        <w:t xml:space="preserve">, </w:t>
      </w:r>
      <w:hyperlink r:id="rId13">
        <w:r>
          <w:rPr>
            <w:color w:val="0000EE"/>
            <w:u w:val="single"/>
          </w:rPr>
          <w:t>[6]</w:t>
        </w:r>
      </w:hyperlink>
      <w:r>
        <w:t xml:space="preserve">- Paragraph 12: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https://meaws.com/news/lou-chibbaro-jr-documentary-wins-award-from/105106</w:t>
        </w:r>
      </w:hyperlink>
      <w:r>
        <w:t xml:space="preserve"> - Please view link - unable to able to access data</w:t>
      </w:r>
      <w:r/>
    </w:p>
    <w:p>
      <w:pPr>
        <w:pStyle w:val="ListNumber"/>
        <w:spacing w:line="240" w:lineRule="auto"/>
        <w:ind w:left="720"/>
      </w:pPr>
      <w:r/>
      <w:hyperlink r:id="rId10">
        <w:r>
          <w:rPr>
            <w:color w:val="0000EE"/>
            <w:u w:val="single"/>
          </w:rPr>
          <w:t>https://www.washingtonblade.com/2026/09/02/lou-chibbaro-jr-documentary-wins-award-nlgja/</w:t>
        </w:r>
      </w:hyperlink>
      <w:r>
        <w:t xml:space="preserve"> - The Washington Blade reports that 'Lou’s Legacy: A Reporter’s Life at the Washington Blade,' a documentary produced by The Mattachine Society of Washington, D.C., has been awarded the Excellence in Journalism Award by the National Lesbian &amp; Gay Journalists Association (NLGJA). The film, which premiered on WETA PBS in June 2025, was directed and produced by Emmy-nominated filmmaker Patrick Sammon. The award will be presented on September 11 at NLGJA’s National Convention in San Francisco. (</w:t>
      </w:r>
      <w:hyperlink r:id="rId16">
        <w:r>
          <w:rPr>
            <w:color w:val="0000EE"/>
            <w:u w:val="single"/>
          </w:rPr>
          <w:t>washingtonblade.com</w:t>
        </w:r>
      </w:hyperlink>
      <w:r>
        <w:t>)</w:t>
      </w:r>
      <w:r/>
    </w:p>
    <w:p>
      <w:pPr>
        <w:pStyle w:val="ListNumber"/>
        <w:spacing w:line="240" w:lineRule="auto"/>
        <w:ind w:left="720"/>
      </w:pPr>
      <w:r/>
      <w:hyperlink r:id="rId12">
        <w:r>
          <w:rPr>
            <w:color w:val="0000EE"/>
            <w:u w:val="single"/>
          </w:rPr>
          <w:t>https://www.washingtonblade.com/2025/05/22/blades-lou-chibbaro-subject-of-documentary/</w:t>
        </w:r>
      </w:hyperlink>
      <w:r>
        <w:t xml:space="preserve"> - The Washington Blade announces the premiere of 'Lou’s Legacy: A Reporter’s Life at the Washington Blade,' a documentary focusing on veteran reporter Lou Chibbaro Jr. Directed by Emmy-nominated filmmaker Patrick Sammon, the 29-minute film explores Chibbaro's nearly five-decade career at the Blade and features renowned D.C. drag performer Donnell Robinson, known as 'Ella Fitzgerald.' The premiere is scheduled for May 29 at the Martin Luther King Jr. Library auditorium in D.C. (</w:t>
      </w:r>
      <w:hyperlink r:id="rId17">
        <w:r>
          <w:rPr>
            <w:color w:val="0000EE"/>
            <w:u w:val="single"/>
          </w:rPr>
          <w:t>washingtonblade.com</w:t>
        </w:r>
      </w:hyperlink>
      <w:r>
        <w:t>)</w:t>
      </w:r>
      <w:r/>
    </w:p>
    <w:p>
      <w:pPr>
        <w:pStyle w:val="ListNumber"/>
        <w:spacing w:line="240" w:lineRule="auto"/>
        <w:ind w:left="720"/>
      </w:pPr>
      <w:r/>
      <w:hyperlink r:id="rId11">
        <w:r>
          <w:rPr>
            <w:color w:val="0000EE"/>
            <w:u w:val="single"/>
          </w:rPr>
          <w:t>https://www.pbs.org/show/lous-legacy-a-reporters-life-at-the-washington-blade/</w:t>
        </w:r>
      </w:hyperlink>
      <w:r>
        <w:t xml:space="preserve"> - PBS provides information about 'Lou’s Legacy: A Reporter’s Life at the Washington Blade,' a documentary that tells the story of two D.C. icons—journalist Lou Chibbaro Jr. and drag performer Donnell Robinson, aka Ella Fitzgerald. The film explores the history of D.C.’s LGBTQ community through Chibbaro's nearly five-decade career at the Washington Blade and Robinson's return to the stage after a three-year hiatus due to COVID-19. The documentary is available to stream on PBS.org and the PBS app. (</w:t>
      </w:r>
      <w:hyperlink r:id="rId18">
        <w:r>
          <w:rPr>
            <w:color w:val="0000EE"/>
            <w:u w:val="single"/>
          </w:rPr>
          <w:t>pbs.org</w:t>
        </w:r>
      </w:hyperlink>
      <w:r>
        <w:t>)</w:t>
      </w:r>
      <w:r/>
    </w:p>
    <w:p>
      <w:pPr>
        <w:pStyle w:val="ListNumber"/>
        <w:spacing w:line="240" w:lineRule="auto"/>
        <w:ind w:left="720"/>
      </w:pPr>
      <w:r/>
      <w:hyperlink r:id="rId14">
        <w:r>
          <w:rPr>
            <w:color w:val="0000EE"/>
            <w:u w:val="single"/>
          </w:rPr>
          <w:t>https://gwtoday.gwu.edu/new-documentary-uses-material-gws-archival-collections-focus-lgbtq-history</w:t>
        </w:r>
      </w:hyperlink>
      <w:r>
        <w:t xml:space="preserve"> - George Washington University highlights a new documentary, 'Lou’s Legacy: A Reporter’s Life at the Washington Blade,' which utilises material from the university's archival collections to focus on LGBTQ+ history. The film centres on veteran Washington Blade reporter Lou Chibbaro Jr., who has chronicled the LGBTQ+ community's history for nearly five decades. The documentary premiered on May 29, 2025, at the Martin Luther King Jr. Library auditorium in D.C. (</w:t>
      </w:r>
      <w:hyperlink r:id="rId19">
        <w:r>
          <w:rPr>
            <w:color w:val="0000EE"/>
            <w:u w:val="single"/>
          </w:rPr>
          <w:t>gwtoday.gwu.edu</w:t>
        </w:r>
      </w:hyperlink>
      <w:r>
        <w:t>)</w:t>
      </w:r>
      <w:r/>
    </w:p>
    <w:p>
      <w:pPr>
        <w:pStyle w:val="ListNumber"/>
        <w:spacing w:line="240" w:lineRule="auto"/>
        <w:ind w:left="720"/>
      </w:pPr>
      <w:r/>
      <w:hyperlink r:id="rId13">
        <w:r>
          <w:rPr>
            <w:color w:val="0000EE"/>
            <w:u w:val="single"/>
          </w:rPr>
          <w:t>https://www.nlgja.org/blog/2015/09/lou-chibbaro-jr/</w:t>
        </w:r>
      </w:hyperlink>
      <w:r>
        <w:t xml:space="preserve"> - The National Lesbian &amp; Gay Journalists Association (NLGJA) profiles Lou Chibbaro Jr., a prize-winning reporter for the Washington Blade. Chibbaro began his career in 1976 under the pseudonym Lou Romano and has covered significant events in the LGBTQ+ community, including the AIDS crisis and anti-LGBT job discrimination. He has received numerous honours, including the Sarah Pettit Memorial Award for Excellence in LGBT Media in 2008 and induction into the Society of Professional Journalists’ Washington Pro Chapter Hall of Fame in 2011. (</w:t>
      </w:r>
      <w:hyperlink r:id="rId20">
        <w:r>
          <w:rPr>
            <w:color w:val="0000EE"/>
            <w:u w:val="single"/>
          </w:rPr>
          <w:t>nlgja.org</w:t>
        </w:r>
      </w:hyperlink>
      <w:r>
        <w:t>)</w:t>
      </w:r>
      <w:r/>
    </w:p>
    <w:p>
      <w:pPr>
        <w:pStyle w:val="ListNumber"/>
        <w:spacing w:line="240" w:lineRule="auto"/>
        <w:ind w:left="720"/>
      </w:pPr>
      <w:r/>
      <w:hyperlink r:id="rId15">
        <w:r>
          <w:rPr>
            <w:color w:val="0000EE"/>
            <w:u w:val="single"/>
          </w:rPr>
          <w:t>https://www.washingtonblade.com/2015/08/19/nlgja-honors-blades-chibbaro/</w:t>
        </w:r>
      </w:hyperlink>
      <w:r>
        <w:t xml:space="preserve"> - The Washington Blade reports that the National Lesbian &amp; Gay Journalists Association (NLGJA) plans to induct senior news reporter Lou Chibbaro Jr. into its Hall of Fame. Chibbaro has been with the Blade since 1976, covering significant events in the LGBTQ+ movement. He has received numerous honours, including the Rainbow History Project’s Community Pioneers Award and the Gay &amp; Lesbian Activists Alliance’s Distinguished Service Award in 2010. The induction ceremony is scheduled for September 5 in San Francisco. (</w:t>
      </w:r>
      <w:hyperlink r:id="rId21">
        <w:r>
          <w:rPr>
            <w:color w:val="0000EE"/>
            <w:u w:val="single"/>
          </w:rPr>
          <w:t>washingtonblade.com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lou-chibbaro-jr-documentary-wins-award-from/105106" TargetMode="External"/><Relationship Id="rId10" Type="http://schemas.openxmlformats.org/officeDocument/2006/relationships/hyperlink" Target="https://www.washingtonblade.com/2026/09/02/lou-chibbaro-jr-documentary-wins-award-nlgja/" TargetMode="External"/><Relationship Id="rId11" Type="http://schemas.openxmlformats.org/officeDocument/2006/relationships/hyperlink" Target="https://www.pbs.org/show/lous-legacy-a-reporters-life-at-the-washington-blade/" TargetMode="External"/><Relationship Id="rId12" Type="http://schemas.openxmlformats.org/officeDocument/2006/relationships/hyperlink" Target="https://www.washingtonblade.com/2025/05/22/blades-lou-chibbaro-subject-of-documentary/" TargetMode="External"/><Relationship Id="rId13" Type="http://schemas.openxmlformats.org/officeDocument/2006/relationships/hyperlink" Target="https://www.nlgja.org/blog/2015/09/lou-chibbaro-jr/" TargetMode="External"/><Relationship Id="rId14" Type="http://schemas.openxmlformats.org/officeDocument/2006/relationships/hyperlink" Target="https://gwtoday.gwu.edu/new-documentary-uses-material-gws-archival-collections-focus-lgbtq-history" TargetMode="External"/><Relationship Id="rId15" Type="http://schemas.openxmlformats.org/officeDocument/2006/relationships/hyperlink" Target="https://www.washingtonblade.com/2015/08/19/nlgja-honors-blades-chibbaro/" TargetMode="External"/><Relationship Id="rId16" Type="http://schemas.openxmlformats.org/officeDocument/2006/relationships/hyperlink" Target="https://www.washingtonblade.com/2026/09/02/lou-chibbaro-jr-documentary-wins-award-nlgja/?utm_source=openai" TargetMode="External"/><Relationship Id="rId17" Type="http://schemas.openxmlformats.org/officeDocument/2006/relationships/hyperlink" Target="https://www.washingtonblade.com/2025/05/22/blade-lou-chibbaro-subject-of-documentary/?utm_source=openai" TargetMode="External"/><Relationship Id="rId18" Type="http://schemas.openxmlformats.org/officeDocument/2006/relationships/hyperlink" Target="https://www.pbs.org/show/lous-legacy-a-reporters-life-at-the-washington-blade/?utm_source=openai" TargetMode="External"/><Relationship Id="rId19" Type="http://schemas.openxmlformats.org/officeDocument/2006/relationships/hyperlink" Target="https://gwtoday.gwu.edu/new-documentary-uses-material-gws-archival-collections-focus-lgbtq-history?utm_source=openai" TargetMode="External"/><Relationship Id="rId20" Type="http://schemas.openxmlformats.org/officeDocument/2006/relationships/hyperlink" Target="https://www.nlgja.org/blog/2015/09/lou-chibbaro-jr/?utm_source=openai" TargetMode="External"/><Relationship Id="rId21" Type="http://schemas.openxmlformats.org/officeDocument/2006/relationships/hyperlink" Target="https://www.washingtonblade.com/2015/08/19/nlgja-honors-blades-chibbar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