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West Hollywood Transgender Picnic: Community, Music and Solidarity at Plummer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sunny afternoon where neighbours , transgender, nonbinary, intersex and allies , gathered at Plummer Park for food, music and lawn games, as West Hollywood reaffirmed visible support and practical resources for gender‑expansive residents. It was equal parts laid‑back picnic and civic statement.</w:t>
      </w:r>
      <w:r/>
    </w:p>
    <w:p>
      <w:r/>
      <w:r>
        <w:t>Essential Takeaways</w:t>
      </w:r>
      <w:r/>
      <w:r/>
    </w:p>
    <w:p>
      <w:pPr>
        <w:pStyle w:val="ListBullet"/>
        <w:spacing w:line="240" w:lineRule="auto"/>
        <w:ind w:left="720"/>
      </w:pPr>
      <w:r/>
      <w:r>
        <w:rPr>
          <w:b/>
        </w:rPr>
        <w:t>Community turnout:</w:t>
      </w:r>
      <w:r>
        <w:t xml:space="preserve"> A relaxed, family‑friendly picnic drew local transgender residents and allies for socialising and conversation.</w:t>
      </w:r>
      <w:r/>
    </w:p>
    <w:p>
      <w:pPr>
        <w:pStyle w:val="ListBullet"/>
        <w:spacing w:line="240" w:lineRule="auto"/>
        <w:ind w:left="720"/>
      </w:pPr>
      <w:r/>
      <w:r>
        <w:rPr>
          <w:b/>
        </w:rPr>
        <w:t>City support:</w:t>
      </w:r>
      <w:r>
        <w:t xml:space="preserve"> The event was hosted by the City of West Hollywood and its Transgender Advisory Board, with council members present.</w:t>
      </w:r>
      <w:r/>
    </w:p>
    <w:p>
      <w:pPr>
        <w:pStyle w:val="ListBullet"/>
        <w:spacing w:line="240" w:lineRule="auto"/>
        <w:ind w:left="720"/>
      </w:pPr>
      <w:r/>
      <w:r>
        <w:rPr>
          <w:b/>
        </w:rPr>
        <w:t>Low‑key logistics:</w:t>
      </w:r>
      <w:r>
        <w:t xml:space="preserve"> Attendees brought blankets and snacks; the city provided limited complimentary light refreshments and music.</w:t>
      </w:r>
      <w:r/>
    </w:p>
    <w:p>
      <w:pPr>
        <w:pStyle w:val="ListBullet"/>
        <w:spacing w:line="240" w:lineRule="auto"/>
        <w:ind w:left="720"/>
      </w:pPr>
      <w:r/>
      <w:r>
        <w:rPr>
          <w:b/>
        </w:rPr>
        <w:t>Ongoing work:</w:t>
      </w:r>
      <w:r>
        <w:t xml:space="preserve"> The board publicised upcoming programs, including Transgender Day of Remembrance and a local Transgender Resource Guide.</w:t>
      </w:r>
      <w:r/>
    </w:p>
    <w:p>
      <w:pPr>
        <w:pStyle w:val="ListBullet"/>
        <w:spacing w:line="240" w:lineRule="auto"/>
        <w:ind w:left="720"/>
      </w:pPr>
      <w:r/>
      <w:r>
        <w:rPr>
          <w:b/>
        </w:rPr>
        <w:t>Atmosphere:</w:t>
      </w:r>
      <w:r>
        <w:t xml:space="preserve"> DJ music, lawn games and open‑air chatting made the event feel celebratory and reassuring.</w:t>
      </w:r>
      <w:r/>
      <w:r/>
    </w:p>
    <w:p>
      <w:pPr>
        <w:pStyle w:val="Heading2"/>
      </w:pPr>
      <w:r>
        <w:t>A picnic that felt like a neighbourhood embrace</w:t>
      </w:r>
      <w:r/>
    </w:p>
    <w:p>
      <w:r/>
      <w:r>
        <w:t>Sunshine, a steady DJ beat and the smell of grass underfoot set a calm, upbeat scene at the Vista Lawn in Plummer Park. It wasn’t a formal rally , it was people catching up, making new friends and enjoying some normality in public space. That cosy vibe matters: in a time of heightened political debate, small, visible acts of togetherness can feel reassuring.</w:t>
      </w:r>
      <w:r/>
    </w:p>
    <w:p>
      <w:r/>
      <w:r>
        <w:t>According to local organisers, the gathering doubled as a community mixer and an affirmation that West Hollywood values its transgender and gender‑expansive residents. Practical details were straightforward: bring a blanket, bring a snack, relax. The city supplied a limited amount of light refreshments to keep things simple and communal.</w:t>
      </w:r>
      <w:r/>
    </w:p>
    <w:p>
      <w:pPr>
        <w:pStyle w:val="Heading2"/>
      </w:pPr>
      <w:r>
        <w:t>City halls and picnic blankets , civic support made visible</w:t>
      </w:r>
      <w:r/>
    </w:p>
    <w:p>
      <w:r/>
      <w:r>
        <w:t>Council members turned up to listen, not just to be seen. Their presence alongside members of the Transgender Advisory Board gave residents a chance to speak directly about local needs. West Hollywood has positioned itself as an advocate on LGBTQ+ issues for years, and this picnic is one of several ways the city keeps that commitment in public view.</w:t>
      </w:r>
      <w:r/>
    </w:p>
    <w:p>
      <w:r/>
      <w:r>
        <w:t>The Transgender Advisory Board, an early municipal initiative in West Hollywood, helps shape local policy and community programming. Events like this make civic work feel accessible: you can eat a sandwich, play a game, and still exchange ideas about services or concerns.</w:t>
      </w:r>
      <w:r/>
    </w:p>
    <w:p>
      <w:pPr>
        <w:pStyle w:val="Heading2"/>
      </w:pPr>
      <w:r>
        <w:t>Why low‑key community events matter now</w:t>
      </w:r>
      <w:r/>
    </w:p>
    <w:p>
      <w:r/>
      <w:r>
        <w:t>Across the country, transgender and gender‑expansive people face renewed scrutiny and political challenges. Simple public gatherings offer two things: joyful normality and a platform for solidarity. A picnic isn’t a policy fix, but it’s a visible reminder that people in the neighbourhood see and support one another.</w:t>
      </w:r>
      <w:r/>
    </w:p>
    <w:p>
      <w:r/>
      <w:r>
        <w:t>Organisers used the relaxed setting to share resources and dates for future events, which keeps momentum going beyond a single afternoon. For many attendees, that continuity , regular programming and accessible guides , is as important as any one gathering.</w:t>
      </w:r>
      <w:r/>
    </w:p>
    <w:p>
      <w:pPr>
        <w:pStyle w:val="Heading2"/>
      </w:pPr>
      <w:r>
        <w:t>Practical takeaways for anyone who wants to join or host a similar event</w:t>
      </w:r>
      <w:r/>
    </w:p>
    <w:p>
      <w:r/>
      <w:r>
        <w:t>If you’re thinking of attending or organising a picnic: pick a public, accessible green space; encourage folks to bring blankets and snacks; arrange light music and a few simple games to break the ice. Invite local officials as listeners rather than speakers, and set up a table with resource guides and upcoming dates.</w:t>
      </w:r>
      <w:r/>
    </w:p>
    <w:p>
      <w:r/>
      <w:r>
        <w:t>West Hollywood’s model shows how municipal backing and grassroots warmth can combine. A low‑budget picnic can be both celebratory and strategic: it builds networks that matter when people need support.</w:t>
      </w:r>
      <w:r/>
    </w:p>
    <w:p>
      <w:pPr>
        <w:pStyle w:val="Heading2"/>
      </w:pPr>
      <w:r>
        <w:t>What’s next , remembrance and resources</w:t>
      </w:r>
      <w:r/>
    </w:p>
    <w:p>
      <w:r/>
      <w:r>
        <w:t>Organisers reminded attendees to save the date for the city’s Transgender Day of Remembrance this November, an annual ceremony that honours those lost to violence and keeps the conversation about safety and inclusion alive. The city also points people to a Transgender Resource Guide covering legal, health and social services across Greater Los Angeles, which is useful for locals and newcomers alike.</w:t>
      </w:r>
      <w:r/>
    </w:p>
    <w:p>
      <w:r/>
      <w:r>
        <w:t>Small moves add up: a picnic, a guide, a ceremony , together they keep community visible, valued and connected.</w:t>
      </w:r>
      <w:r/>
    </w:p>
    <w:p>
      <w:r/>
      <w:r>
        <w:t>It's a small change that can make every gathering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[5]</w:t>
        </w:r>
      </w:hyperlink>
      <w:r>
        <w:t xml:space="preserve">, </w:t>
      </w:r>
      <w:hyperlink r:id="rId10">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https://wehotimes.com/west-hollywood-transgender-community-comes-together-for-picnic-day-event/</w:t>
        </w:r>
      </w:hyperlink>
      <w:r>
        <w:t xml:space="preserve"> - Please view link - unable to able to access data</w:t>
      </w:r>
      <w:r/>
    </w:p>
    <w:p>
      <w:pPr>
        <w:pStyle w:val="ListNumber"/>
        <w:spacing w:line="240" w:lineRule="auto"/>
        <w:ind w:left="720"/>
      </w:pPr>
      <w:r/>
      <w:hyperlink r:id="rId10">
        <w:r>
          <w:rPr>
            <w:color w:val="0000EE"/>
            <w:u w:val="single"/>
          </w:rPr>
          <w:t>https://www.weho.org/Home/Components/News/News/12244/</w:t>
        </w:r>
      </w:hyperlink>
      <w:r>
        <w:t xml:space="preserve"> - The City of West Hollywood and its Transgender Advisory Board announced a Transgender Community Picnic Day on August 30, 2026, from 3 p.m. to 6 p.m. at Plummer Park's Vista Lawn. The event aimed to unite the transgender community and allies, featuring music, lawn games, and complimentary light snacks. Attendees were encouraged to bring their own food and blankets. Council members and board members were present to engage with the community. The gathering served as both a celebration and a statement of solidarity, emphasizing the city's commitment to supporting transgender, nonbinary, intersex, and gender-expansive residents.</w:t>
      </w:r>
      <w:r/>
    </w:p>
    <w:p>
      <w:pPr>
        <w:pStyle w:val="ListNumber"/>
        <w:spacing w:line="240" w:lineRule="auto"/>
        <w:ind w:left="720"/>
      </w:pPr>
      <w:r/>
      <w:hyperlink r:id="rId11">
        <w:r>
          <w:rPr>
            <w:color w:val="0000EE"/>
            <w:u w:val="single"/>
          </w:rPr>
          <w:t>https://www.weho.org/Home/Components/Calendar/Event/32011/</w:t>
        </w:r>
      </w:hyperlink>
      <w:r>
        <w:t xml:space="preserve"> - The City of West Hollywood and its Transgender Advisory Board hosted a Transgender Community Picnic Day on August 30, 2026, from 3 p.m. to 6 p.m. at Plummer Park's Vista Lawn. The event featured a DJ, lawn games, and complimentary light snacks provided by the city. Attendees were encouraged to bring their own food and blankets. Council members and board members were present to engage with the community. The gathering aimed to unite the transgender community and allies, serving as both a celebration and a statement of solidarity.</w:t>
      </w:r>
      <w:r/>
    </w:p>
    <w:p>
      <w:pPr>
        <w:pStyle w:val="ListNumber"/>
        <w:spacing w:line="240" w:lineRule="auto"/>
        <w:ind w:left="720"/>
      </w:pPr>
      <w:r/>
      <w:hyperlink r:id="rId12">
        <w:r>
          <w:rPr>
            <w:color w:val="0000EE"/>
            <w:u w:val="single"/>
          </w:rPr>
          <w:t>https://www.weho.org/Home/Components/Calendar/Event/25677/15?curm=1&amp;cury=2023&amp;platform=hootsuite</w:t>
        </w:r>
      </w:hyperlink>
      <w:r>
        <w:t xml:space="preserve"> - The Transgender Advisory Board meeting scheduled for January 4, 2023, at 6 p.m. was cancelled. The next meeting was set for February 1, 2023, at 6 p.m. via teleconference. The board addresses matters related to advocacy on behalf of transgender rights, such as education, community awareness, and empowerment, and makes recommendations to the City Council on programs, policies, or ordinances beneficial to the transgender community. All board meetings are open to the public.</w:t>
      </w:r>
      <w:r/>
    </w:p>
    <w:p>
      <w:pPr>
        <w:pStyle w:val="ListNumber"/>
        <w:spacing w:line="240" w:lineRule="auto"/>
        <w:ind w:left="720"/>
      </w:pPr>
      <w:r/>
      <w:hyperlink r:id="rId10">
        <w:r>
          <w:rPr>
            <w:color w:val="0000EE"/>
            <w:u w:val="single"/>
          </w:rPr>
          <w:t>https://www.weho.org/Home/Components/News/News/12244/</w:t>
        </w:r>
      </w:hyperlink>
      <w:r>
        <w:t xml:space="preserve"> - The City of West Hollywood and its Transgender Advisory Board announced a Transgender Community Picnic Day on August 30, 2026, from 3 p.m. to 6 p.m. at Plummer Park's Vista Lawn. The event aimed to unite the transgender community and allies, featuring music, lawn games, and complimentary light snacks. Attendees were encouraged to bring their own food and blankets. Council members and board members were present to engage with the community. The gathering served as both a celebration and a statement of solidarity, emphasizing the city's commitment to supporting transgender, nonbinary, intersex, and gender-expansive residents.</w:t>
      </w:r>
      <w:r/>
    </w:p>
    <w:p>
      <w:pPr>
        <w:pStyle w:val="ListNumber"/>
        <w:spacing w:line="240" w:lineRule="auto"/>
        <w:ind w:left="720"/>
      </w:pPr>
      <w:r/>
      <w:hyperlink r:id="rId10">
        <w:r>
          <w:rPr>
            <w:color w:val="0000EE"/>
            <w:u w:val="single"/>
          </w:rPr>
          <w:t>https://www.weho.org/Home/Components/News/News/12244/</w:t>
        </w:r>
      </w:hyperlink>
      <w:r>
        <w:t xml:space="preserve"> - The City of West Hollywood and its Transgender Advisory Board announced a Transgender Community Picnic Day on August 30, 2026, from 3 p.m. to 6 p.m. at Plummer Park's Vista Lawn. The event aimed to unite the transgender community and allies, featuring music, lawn games, and complimentary light snacks. Attendees were encouraged to bring their own food and blankets. Council members and board members were present to engage with the community. The gathering served as both a celebration and a statement of solidarity, emphasizing the city's commitment to supporting transgender, nonbinary, intersex, and gender-expansive residents.</w:t>
      </w:r>
      <w:r/>
    </w:p>
    <w:p>
      <w:pPr>
        <w:pStyle w:val="ListNumber"/>
        <w:spacing w:line="240" w:lineRule="auto"/>
        <w:ind w:left="720"/>
      </w:pPr>
      <w:r/>
      <w:hyperlink r:id="rId10">
        <w:r>
          <w:rPr>
            <w:color w:val="0000EE"/>
            <w:u w:val="single"/>
          </w:rPr>
          <w:t>https://www.weho.org/Home/Components/News/News/12244/</w:t>
        </w:r>
      </w:hyperlink>
      <w:r>
        <w:t xml:space="preserve"> - The City of West Hollywood and its Transgender Advisory Board announced a Transgender Community Picnic Day on August 30, 2026, from 3 p.m. to 6 p.m. at Plummer Park's Vista Lawn. The event aimed to unite the transgender community and allies, featuring music, lawn games, and complimentary light snacks. Attendees were encouraged to bring their own food and blankets. Council members and board members were present to engage with the community. The gathering served as both a celebration and a statement of solidarity, emphasizing the city's commitment to supporting transgender, nonbinary, intersex, and gender-expansive residents.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hotimes.com/west-hollywood-transgender-community-comes-together-for-picnic-day-event/" TargetMode="External"/><Relationship Id="rId10" Type="http://schemas.openxmlformats.org/officeDocument/2006/relationships/hyperlink" Target="https://www.weho.org/Home/Components/News/News/12244/" TargetMode="External"/><Relationship Id="rId11" Type="http://schemas.openxmlformats.org/officeDocument/2006/relationships/hyperlink" Target="https://www.weho.org/Home/Components/Calendar/Event/32011/" TargetMode="External"/><Relationship Id="rId12" Type="http://schemas.openxmlformats.org/officeDocument/2006/relationships/hyperlink" Target="https://www.weho.org/Home/Components/Calendar/Event/25677/15?curm=1&amp;cury=2023&amp;platform=hootsu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