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Include Dogs in Your End-of-Summer Plans and Dating 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Breathe in the last of summer with your dog in tow , whether you’re squeezing in one more lakeside picnic, swiping through dating apps or easing into sweater weather, bringing your dog along can make outings richer, more relaxed and unexpectedly social. Here’s how to do it well.</w:t>
      </w:r>
      <w:r/>
    </w:p>
    <w:p>
      <w:r/>
      <w:r>
        <w:t>Essential Takeaways</w:t>
      </w:r>
      <w:r/>
      <w:r/>
    </w:p>
    <w:p>
      <w:pPr>
        <w:pStyle w:val="ListBullet"/>
        <w:spacing w:line="240" w:lineRule="auto"/>
        <w:ind w:left="720"/>
      </w:pPr>
      <w:r/>
      <w:r>
        <w:rPr>
          <w:b/>
        </w:rPr>
        <w:t>Dog-friendly socialising:</w:t>
      </w:r>
      <w:r>
        <w:t xml:space="preserve"> Bringing your dog to low-key outings helps conversations flow and eases first-date nerves.</w:t>
      </w:r>
      <w:r/>
    </w:p>
    <w:p>
      <w:pPr>
        <w:pStyle w:val="ListBullet"/>
        <w:spacing w:line="240" w:lineRule="auto"/>
        <w:ind w:left="720"/>
      </w:pPr>
      <w:r/>
      <w:r>
        <w:rPr>
          <w:b/>
        </w:rPr>
        <w:t>Plan for comfort:</w:t>
      </w:r>
      <w:r>
        <w:t xml:space="preserve"> Pack shade, water, a towel and a favourite toy so your dog stays calm and content.</w:t>
      </w:r>
      <w:r/>
    </w:p>
    <w:p>
      <w:pPr>
        <w:pStyle w:val="ListBullet"/>
        <w:spacing w:line="240" w:lineRule="auto"/>
        <w:ind w:left="720"/>
      </w:pPr>
      <w:r/>
      <w:r>
        <w:rPr>
          <w:b/>
        </w:rPr>
        <w:t>Set boundaries:</w:t>
      </w:r>
      <w:r>
        <w:t xml:space="preserve"> If family or dates make offhand comments about your dog or your life, be ready to assert gentle but firm limits.</w:t>
      </w:r>
      <w:r/>
    </w:p>
    <w:p>
      <w:pPr>
        <w:pStyle w:val="ListBullet"/>
        <w:spacing w:line="240" w:lineRule="auto"/>
        <w:ind w:left="720"/>
      </w:pPr>
      <w:r/>
      <w:r>
        <w:rPr>
          <w:b/>
        </w:rPr>
        <w:t>Activity ideas:</w:t>
      </w:r>
      <w:r>
        <w:t xml:space="preserve"> Think late-summer picnics, dog-friendly patios, charity events and calm park walks rather than crowded, noisy scenes.</w:t>
      </w:r>
      <w:r/>
    </w:p>
    <w:p>
      <w:pPr>
        <w:pStyle w:val="ListBullet"/>
        <w:spacing w:line="240" w:lineRule="auto"/>
        <w:ind w:left="720"/>
      </w:pPr>
      <w:r/>
      <w:r>
        <w:rPr>
          <w:b/>
        </w:rPr>
        <w:t>Safety first:</w:t>
      </w:r>
      <w:r>
        <w:t xml:space="preserve"> Check venue rules, vaccination requirements and bring clean-up supplies for stress-free outings.</w:t>
      </w:r>
      <w:r/>
      <w:r/>
    </w:p>
    <w:p>
      <w:pPr>
        <w:pStyle w:val="Heading2"/>
      </w:pPr>
      <w:r>
        <w:t>Why dogs make first dates feel less like auditions</w:t>
      </w:r>
      <w:r/>
    </w:p>
    <w:p>
      <w:r/>
      <w:r>
        <w:t>Dogs have this delightful way of pulling human conversation out of awkward silences; they give you something warm to focus on and a natural way to laugh together. Instead of treating a first date like an episode of The Bachelor, take a casual walk with your dog or sit on a quiet patio where your pup can snooze at your feet. According to city social calendars and local event organisers, low-pressure public spots , parks, outdoor cafés and community fundraisers , are ideal for meeting someone without the spotlight glare.</w:t>
      </w:r>
      <w:r/>
    </w:p>
    <w:p>
      <w:r/>
      <w:r>
        <w:t>If you’re nervous about the results, remember you’re there to explore, not perform. Bring treats and a familiar blanket so your dog feels settled, and plan a short, simple itinerary: 30–60 minutes is plenty for a first meet-up.</w:t>
      </w:r>
      <w:r/>
    </w:p>
    <w:p>
      <w:pPr>
        <w:pStyle w:val="Heading2"/>
      </w:pPr>
      <w:r>
        <w:t>Bringing dogs to family gatherings: set the tone early</w:t>
      </w:r>
      <w:r/>
    </w:p>
    <w:p>
      <w:r/>
      <w:r>
        <w:t>When family members say they’re “fine with it” but still lob backhanded comments, including your dog can either soften tensions or highlight boundaries. Family events like backyard barbecues or an end-of-summer Labour Day picnic are sensible places to include your pet , they’re relaxed and often already pet-friendly. Before you arrive, quietly tell relatives what behaviour you expect toward your dog and your partner if they’re present.</w:t>
      </w:r>
      <w:r/>
    </w:p>
    <w:p>
      <w:r/>
      <w:r>
        <w:t>If someone makes a snide remark about your dog or your dating choices, respond calmly: “I’m asking that you be kind to the person I care about.” That’s a boundary that’s firm without being dramatic. And remember, a dog by your side can be a disarming reminder that you’re presenting a full, content life.</w:t>
      </w:r>
      <w:r/>
    </w:p>
    <w:p>
      <w:pPr>
        <w:pStyle w:val="Heading2"/>
      </w:pPr>
      <w:r>
        <w:t>Choose dog-friendly events that match your pup’s temperament</w:t>
      </w:r>
      <w:r/>
    </w:p>
    <w:p>
      <w:r/>
      <w:r>
        <w:t>Not every summer send-off activity suits every dog. If your dog hates crowds and noise, skip the busy street festivals and choose a quiet riverside stroll or a small drag bingo night with outdoor seating where noise levels are moderate. If your pup thrives on people, a community charity event or an outdoor market will give them social time while you mix and mingle.</w:t>
      </w:r>
      <w:r/>
    </w:p>
    <w:p>
      <w:r/>
      <w:r>
        <w:t>Check event pages or call ahead to confirm pet policies. Many venues list rules online, and a quick message to organisers can save awkward moments at the gate. Pack water, poop bags and a familiar toy so your dog has everything they need to behave like a stellar companion.</w:t>
      </w:r>
      <w:r/>
    </w:p>
    <w:p>
      <w:pPr>
        <w:pStyle w:val="Heading2"/>
      </w:pPr>
      <w:r>
        <w:t>Practical tips for an easy transition into autumn outings</w:t>
      </w:r>
      <w:r/>
    </w:p>
    <w:p>
      <w:r/>
      <w:r>
        <w:t>Late summer turns into sweater weather fast, so start planning for slightly cooler evenings. Bring a light coat or blanket for your dog if you’ll be sitting outside into the evening, and swap out midday walks for early morning or golden-hour strolls. If you’re dating, suggest dog-friendly indoor spots that allow pets or plan daytime activities before venues switch to indoor-only policies.</w:t>
      </w:r>
      <w:r/>
    </w:p>
    <w:p>
      <w:r/>
      <w:r>
        <w:t>If mattresses or home-shopping are on your mind this Labor Day weekend , and you want your dog to approve of the new bed , measure spaces in advance and, if possible, bring your dog to test lounges or look for stores with dog-welcoming policies. A calm, measured introduction will make transitions easier for both your pet and your relationships.</w:t>
      </w:r>
      <w:r/>
    </w:p>
    <w:p>
      <w:pPr>
        <w:pStyle w:val="Heading2"/>
      </w:pPr>
      <w:r>
        <w:t>When to call it quits on a date , and when to keep trying</w:t>
      </w:r>
      <w:r/>
    </w:p>
    <w:p>
      <w:r/>
      <w:r>
        <w:t>Dating apps can feel like rummage sales: you’ll find treasures and disappointments. Don’t stop swiping because of a few bad outings; instead, be intentional. Use your dog as a natural filter: meet for a daytime walk and see how the person treats your pet and other animals. Their behaviour says a lot about patience, empathy and basic kindness.</w:t>
      </w:r>
      <w:r/>
    </w:p>
    <w:p>
      <w:r/>
      <w:r>
        <w:t>If dates consistently leave you drained, take a short break and focus on community events or mutual-friends meetups where your dog can be part of the equation. Often, chemistry develops more easily in relaxed, pet-inclusive settings than in high-stakes dinners.</w:t>
      </w:r>
      <w:r/>
    </w:p>
    <w:p>
      <w:r/>
      <w:r>
        <w:t>It's a small change that can make every outing , and every date , feel safer, warmer and a lot more genuine.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[4]</w:t>
        </w:r>
      </w:hyperlink>
      <w:r>
        <w:t xml:space="preserve">- Paragraph 4: </w:t>
      </w:r>
      <w:hyperlink r:id="rId12">
        <w:r>
          <w:rPr>
            <w:color w:val="0000EE"/>
            <w:u w:val="single"/>
          </w:rPr>
          <w:t>[6]</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https://shepherdexpress.com/lgbtq/dear-ruthie/bidding-summer-farwell/</w:t>
        </w:r>
      </w:hyperlink>
      <w:r>
        <w:t xml:space="preserve"> - Please view link - unable to able to access data</w:t>
      </w:r>
      <w:r/>
    </w:p>
    <w:p>
      <w:pPr>
        <w:pStyle w:val="ListNumber"/>
        <w:spacing w:line="240" w:lineRule="auto"/>
        <w:ind w:left="720"/>
      </w:pPr>
      <w:r/>
      <w:hyperlink r:id="rId14">
        <w:r>
          <w:rPr>
            <w:color w:val="0000EE"/>
            <w:u w:val="single"/>
          </w:rPr>
          <w:t>https://c3designs.rocks/</w:t>
        </w:r>
      </w:hyperlink>
      <w:r>
        <w:t xml:space="preserve"> - C3 Designs is a nationally award-winning fine jewelry store located in South Milwaukee, Wisconsin. They offer a variety of in-house services, including custom jewelry design, jewelry and watch repair, appraisal, pearl and bead stringing, engraving, and flip guards. The store has been recognized with the Jewelers of America 2019 CASE Award and has received over thirty design awards. Their design process involves hand-selecting gemstones, creating detailed sketches, and crafting unique pieces tailored to each client's preferences. Store hours are Monday to Friday from 10 am to 6 pm, Thursday until 7 pm, and Saturday from 10 am to 2 pm, with closures on Sundays.</w:t>
      </w:r>
      <w:r/>
    </w:p>
    <w:p>
      <w:pPr>
        <w:pStyle w:val="ListNumber"/>
        <w:spacing w:line="240" w:lineRule="auto"/>
        <w:ind w:left="720"/>
      </w:pPr>
      <w:r/>
      <w:hyperlink r:id="rId11">
        <w:r>
          <w:rPr>
            <w:color w:val="0000EE"/>
            <w:u w:val="single"/>
          </w:rPr>
          <w:t>https://www.timeanddate.com/holidays/us/labor-day%23obs</w:t>
        </w:r>
      </w:hyperlink>
      <w:r>
        <w:t xml:space="preserve"> - Labor Day in the United States is a federal holiday observed on the first Monday of September each year. In 2026, it falls on September 7. The holiday has its roots in the American labor movement and is a day to celebrate American workers. Many people celebrate Labor Day with picnics, sports events, and street parades. It also marks the unofficial end of summer, as many school districts resume classes around this time. The first Labor Day celebration was the Labor Day parade in New York City on September 5, 1882.</w:t>
      </w:r>
      <w:r/>
    </w:p>
    <w:p>
      <w:pPr>
        <w:pStyle w:val="ListNumber"/>
        <w:spacing w:line="240" w:lineRule="auto"/>
        <w:ind w:left="720"/>
      </w:pPr>
      <w:r/>
      <w:hyperlink r:id="rId10">
        <w:r>
          <w:rPr>
            <w:color w:val="0000EE"/>
            <w:u w:val="single"/>
          </w:rPr>
          <w:t>https://www.cute-calendar.com/event/last-day-of-summer/46224.html</w:t>
        </w:r>
      </w:hyperlink>
      <w:r>
        <w:t xml:space="preserve"> - In 2026, the last day of summer in the United States is September 7, coinciding with Labor Day. This day is often considered the unofficial end of summer, as many summer-related activities conclude after Labor Day. The holiday is celebrated with various events, including barbecues, beach outings, parades, and family gatherings. Despite the official end of summer being around the autumnal equinox in late September, Labor Day serves as a cultural marker for the end of the summer season in the U.S.</w:t>
      </w:r>
      <w:r/>
    </w:p>
    <w:p>
      <w:pPr>
        <w:pStyle w:val="ListNumber"/>
        <w:spacing w:line="240" w:lineRule="auto"/>
        <w:ind w:left="720"/>
      </w:pPr>
      <w:r/>
      <w:hyperlink r:id="rId13">
        <w:r>
          <w:rPr>
            <w:color w:val="0000EE"/>
            <w:u w:val="single"/>
          </w:rPr>
          <w:t>https://www.tomsguide.com/deals/labor-day-mattress-sales</w:t>
        </w:r>
      </w:hyperlink>
      <w:r>
        <w:t xml:space="preserve"> - Labor Day 2026 offers some of the year's best mattress deals, with many top-rated brands slashing prices up to 40%. Highlights include 30% off the Leesa Legend Hybrid, now $1,889 (was $2,709), and $400 off luxury Saatva Classics, making a queen mattress $1,829. The DreamCloud Classic, a luxurious hybrid, is down to $699 with a year-long sleep trial and lifetime warranty. Other strong discounts include 35% off Helix Midnight Luxe for side sleepers and Amazon's EGOHOME 12" Memory Foam Mattress at $329.99. Budget-friendly options like the Zinus Green Tea Memory Foam drop to $219.99, while cooling options such as the Bear Elite Hybrid ($1,370) and SweetNight CoolNest ($399.99) gain attention. Meanwhile, organic options like the Avocado Green (now $1,919) and Nolah Natural ($1,314) are eco-friendly choices. Deals start mid-to-late August and typically end by early September 8. While Black Friday may offer broader options, Labor Day sales rival them in value with added benefits like sleep trials and warranties. Both direct brand sites and third-party retailers, such as Amazon and Marriott's hotel mattress shop, participate heavily in these markdowns.</w:t>
      </w:r>
      <w:r/>
    </w:p>
    <w:p>
      <w:pPr>
        <w:pStyle w:val="ListNumber"/>
        <w:spacing w:line="240" w:lineRule="auto"/>
        <w:ind w:left="720"/>
      </w:pPr>
      <w:r/>
      <w:hyperlink r:id="rId12">
        <w:r>
          <w:rPr>
            <w:color w:val="0000EE"/>
            <w:u w:val="single"/>
          </w:rPr>
          <w:t>https://www.tomsguide.com/computing/laptops/labor-day-sales-2026-my-ultimate-guide-to-the-best-end-of-summer-deals</w:t>
        </w:r>
      </w:hyperlink>
      <w:r>
        <w:t xml:space="preserve"> - The 2026 Labor Day sales offer a range of significant discounts across tech, apparel, and home products, making it an ideal time to shop before September 7. As prices increase on select items like the Nintendo Switch 2 and Amazon Echo devices, consumers are encouraged to buy early. Featured tech deals include the Dell XPS 13 laptop at $699 (or $599 for students), Amazon's Echo lineup starting from $69, and tablets from T-Mobile and Best Buy at significantly reduced prices. Smartphone offers such as the iPhone 17 Pro and Google Pixel 11 are free with trade-ins on select plans. For those refreshing their wardrobes, brands like Skechers, Adidas, Under Armour, and Lululemon offer apparel deals starting from $10. Top mattress discounts include DreamCloud Classic down to $699 and Bear Elite Hybrid with 40% off. Appliances like the Cosori kettle, Nutribullet Flip, and Shark Messmaster vacuum are also deeply discounted. With many deals hidden and time-sensitive, this curated guide serves to highlight the best offers for a wide variety of shoppers.</w:t>
      </w:r>
      <w:r/>
    </w:p>
    <w:p>
      <w:pPr>
        <w:pStyle w:val="ListNumber"/>
        <w:spacing w:line="240" w:lineRule="auto"/>
        <w:ind w:left="720"/>
      </w:pPr>
      <w:r/>
      <w:hyperlink r:id="rId13">
        <w:r>
          <w:rPr>
            <w:color w:val="0000EE"/>
            <w:u w:val="single"/>
          </w:rPr>
          <w:t>https://www.tomsguide.com/deals/labor-day-mattress-sales</w:t>
        </w:r>
      </w:hyperlink>
      <w:r>
        <w:t xml:space="preserve"> - Labor Day 2026 offers some of the year's best mattress deals, with many top-rated brands slashing prices up to 40%. Highlights include 30% off the Leesa Legend Hybrid, now $1,889 (was $2,709), and $400 off luxury Saatva Classics, making a queen mattress $1,829. The DreamCloud Classic, a luxurious hybrid, is down to $699 with a year-long sleep trial and lifetime warranty. Other strong discounts include 35% off Helix Midnight Luxe for side sleepers and Amazon's EGOHOME 12" Memory Foam Mattress at $329.99. Budget-friendly options like the Zinus Green Tea Memory Foam drop to $219.99, while cooling options such as the Bear Elite Hybrid ($1,370) and SweetNight CoolNest ($399.99) gain attention. Meanwhile, organic options like the Avocado Green (now $1,919) and Nolah Natural ($1,314) are eco-friendly choices. Deals start mid-to-late August and typically end by early September 8. While Black Friday may offer broader options, Labor Day sales rival them in value with added benefits like sleep trials and warranties. Both direct brand sites and third-party retailers, such as Amazon and Marriott's hotel mattress shop, participate heavily in these markdowns.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hepherdexpress.com/lgbtq/dear-ruthie/bidding-summer-farwell/" TargetMode="External"/><Relationship Id="rId10" Type="http://schemas.openxmlformats.org/officeDocument/2006/relationships/hyperlink" Target="https://www.cute-calendar.com/event/last-day-of-summer/46224.html" TargetMode="External"/><Relationship Id="rId11" Type="http://schemas.openxmlformats.org/officeDocument/2006/relationships/hyperlink" Target="https://www.timeanddate.com/holidays/us/labor-day%23obs" TargetMode="External"/><Relationship Id="rId12" Type="http://schemas.openxmlformats.org/officeDocument/2006/relationships/hyperlink" Target="https://www.tomsguide.com/computing/laptops/labor-day-sales-2026-my-ultimate-guide-to-the-best-end-of-summer-deals" TargetMode="External"/><Relationship Id="rId13" Type="http://schemas.openxmlformats.org/officeDocument/2006/relationships/hyperlink" Target="https://www.tomsguide.com/deals/labor-day-mattress-sales" TargetMode="External"/><Relationship Id="rId14" Type="http://schemas.openxmlformats.org/officeDocument/2006/relationships/hyperlink" Target="https://c3designs.roc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