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Miss Las Vegas PRIDE Nadia M Louis Is Changing Community Connection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showgoers, take note: Nadia M Louis is turning performance into purpose in Las Vegas, using her Miss Las Vegas PRIDE platform to raise funds, mentor young performers, and create outreach that helps people find belonging where they least expect it. Here’s how her reign could reshape community engagement in the Strip’s ever-busy entertainment scene.</w:t>
      </w:r>
      <w:r/>
    </w:p>
    <w:p>
      <w:r/>
      <w:r>
        <w:t>Essential Takeaways</w:t>
      </w:r>
      <w:r/>
      <w:r/>
    </w:p>
    <w:p>
      <w:pPr>
        <w:pStyle w:val="ListBullet"/>
        <w:spacing w:line="240" w:lineRule="auto"/>
        <w:ind w:left="720"/>
      </w:pPr>
      <w:r/>
      <w:r>
        <w:rPr>
          <w:b/>
        </w:rPr>
        <w:t>Local visibility:</w:t>
      </w:r>
      <w:r>
        <w:t xml:space="preserve"> Nadia is Miss Las Vegas PRIDE and was chosen for the role rather than winning a pageant, giving her a platform to represent the organisation.</w:t>
      </w:r>
      <w:r/>
    </w:p>
    <w:p>
      <w:pPr>
        <w:pStyle w:val="ListBullet"/>
        <w:spacing w:line="240" w:lineRule="auto"/>
        <w:ind w:left="720"/>
      </w:pPr>
      <w:r/>
      <w:r>
        <w:rPr>
          <w:b/>
        </w:rPr>
        <w:t>Active fundraiser:</w:t>
      </w:r>
      <w:r>
        <w:t xml:space="preserve"> Her shows have hosted benefit events for causes such as The Animal Foundation and Cookies for Kids’ Cancer, so expect more charity-focused appearances.</w:t>
      </w:r>
      <w:r/>
    </w:p>
    <w:p>
      <w:pPr>
        <w:pStyle w:val="ListBullet"/>
        <w:spacing w:line="240" w:lineRule="auto"/>
        <w:ind w:left="720"/>
      </w:pPr>
      <w:r/>
      <w:r>
        <w:rPr>
          <w:b/>
        </w:rPr>
        <w:t>Mentorship-minded:</w:t>
      </w:r>
      <w:r>
        <w:t xml:space="preserve"> She’s run masterclasses and credits mentors like Tiffany T Hunter and Jade Sinclair , she plans monthly outreach and mentoring activities.</w:t>
      </w:r>
      <w:r/>
    </w:p>
    <w:p>
      <w:pPr>
        <w:pStyle w:val="ListBullet"/>
        <w:spacing w:line="240" w:lineRule="auto"/>
        <w:ind w:left="720"/>
      </w:pPr>
      <w:r/>
      <w:r>
        <w:rPr>
          <w:b/>
        </w:rPr>
        <w:t>Personal approach:</w:t>
      </w:r>
      <w:r>
        <w:t xml:space="preserve"> Nadia speaks openly about mental health and wants to work with NAMI and other groups to normalise support and conversation.</w:t>
      </w:r>
      <w:r/>
    </w:p>
    <w:p>
      <w:pPr>
        <w:pStyle w:val="ListBullet"/>
        <w:spacing w:line="240" w:lineRule="auto"/>
        <w:ind w:left="720"/>
      </w:pPr>
      <w:r/>
      <w:r>
        <w:rPr>
          <w:b/>
        </w:rPr>
        <w:t>Everyday life:</w:t>
      </w:r>
      <w:r>
        <w:t xml:space="preserve"> Offstage she’s a foodie and dog-lover who values chosen family , she wants PRIDE events beyond parades, from hikes to skate nights.</w:t>
      </w:r>
      <w:r/>
      <w:r/>
    </w:p>
    <w:p>
      <w:pPr>
        <w:pStyle w:val="Heading2"/>
      </w:pPr>
      <w:r>
        <w:t>A glow onstage that became a mission</w:t>
      </w:r>
      <w:r/>
    </w:p>
    <w:p>
      <w:r/>
      <w:r>
        <w:t>Nadia’s first big spark came from watching Tiffany T Hunter command a stage, and that wide-eyed awe turns up in every anecdote about her career, complete with a little stage-smile energy you can almost see. She began performing in St Louis in 2009 and by the time she moved to Las Vegas in October 2020 she’d built a thick résumé of pageants and club shows. According to local coverage, she’s taken roles from bar casts to the Strip’s showrooms, and that breadth shows: she knows how to entertain and how to use the spotlight to do good. Expect performances that feel both polished and personal.</w:t>
      </w:r>
      <w:r/>
    </w:p>
    <w:p>
      <w:pPr>
        <w:pStyle w:val="Heading2"/>
      </w:pPr>
      <w:r>
        <w:t>From pageant crowns to chosen responsibility</w:t>
      </w:r>
      <w:r/>
    </w:p>
    <w:p>
      <w:r/>
      <w:r>
        <w:t>Unlike the trophies of her earlier years, becoming Miss Las Vegas PRIDE didn’t require Nadia to compete , organisers picked her for the role. That difference matters; she describes the title as a charge to act, not just to perform. She plans to translate visibility into service, expanding beyond fundraisers to regular outreach activities that meet community needs, from helping people experiencing homelessness to volunteering at shelters. If you care about impact, this is a title working in plain sight.</w:t>
      </w:r>
      <w:r/>
    </w:p>
    <w:p>
      <w:pPr>
        <w:pStyle w:val="Heading2"/>
      </w:pPr>
      <w:r>
        <w:t>Fundraising with flair: entertainment that gives back</w:t>
      </w:r>
      <w:r/>
    </w:p>
    <w:p>
      <w:r/>
      <w:r>
        <w:t>Nadia’s shows have already been used as platforms for charity, hosting benefits for animal welfare and childhood cancer research. She’s been a cast member and host at local venues like The Phoenix Bar &amp; Lounge and has worked in community-focused events across the valley. For audiences, that means attending a show is increasingly double duty: you get a night out and you support a cause. For event planners, her model shows how variety nights, bingo and themed parties can be repurposed into meaningful fundraising.</w:t>
      </w:r>
      <w:r/>
    </w:p>
    <w:p>
      <w:pPr>
        <w:pStyle w:val="Heading2"/>
      </w:pPr>
      <w:r>
        <w:t>Mentors, masterclasses and the next generation</w:t>
      </w:r>
      <w:r/>
    </w:p>
    <w:p>
      <w:r/>
      <w:r>
        <w:t>Mentorship matters to Nadia , she credits drag mothers and stage idols for teaching her craft, and she’s paid that forward by teaching and hosting masterclasses, including one at the Las Vegas Academy of the Arts. She wants to formalise monthly outreach opportunities where PRIDE royalty and volunteers help the community while mentoring newcomers. If you’re an aspiring performer, watch for workshops and pop-up classes that combine technique with real-world advice about gigging, safety and self-care.</w:t>
      </w:r>
      <w:r/>
    </w:p>
    <w:p>
      <w:pPr>
        <w:pStyle w:val="Heading2"/>
      </w:pPr>
      <w:r>
        <w:t>Mental health, openness and real conversation</w:t>
      </w:r>
      <w:r/>
    </w:p>
    <w:p>
      <w:r/>
      <w:r>
        <w:t>Part of Nadia’s aim is to normalise talking about mental illness within queer circles and beyond. She’s spoken about the impact NAMI had on her and hopes to partner with organisations to make support more visible. Her message is simple: “It’s OK not to be OK.” That honesty is a reminder that PRIDE isn’t only about parties , it can be a platform for destigmatising struggles and connecting people to help. Expect events where welfare resources and listening spaces are as important as the music.</w:t>
      </w:r>
      <w:r/>
    </w:p>
    <w:p>
      <w:pPr>
        <w:pStyle w:val="Heading2"/>
      </w:pPr>
      <w:r>
        <w:t>Life offstage: food, dogs and chosen family</w:t>
      </w:r>
      <w:r/>
    </w:p>
    <w:p>
      <w:r/>
      <w:r>
        <w:t>When the lashes come off, Nadia is a dog-lover and self-described foodie who values the chosen family she’s made in Las Vegas. Her tastes in restaurants and casual social nights reflect the city’s variety, and she wants PRIDE programming to match that diversity: hikes, pool parties, skate nights and quieter socials where people can meet others without the pressure of a parade. It’s a reminder that belonging often starts with something small , a shared slice of cake, a walk with a new friend, an open mic where a nervous performer finds a cheer.</w:t>
      </w:r>
      <w:r/>
    </w:p>
    <w:p>
      <w:r/>
      <w:r>
        <w:t>It’s a small change that can make every stage and meeting feel like a safer place to belong.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[5]</w:t>
        </w:r>
      </w:hyperlink>
      <w:r>
        <w:t xml:space="preserve">, </w:t>
      </w:r>
      <w:hyperlink r:id="rId13">
        <w:r>
          <w:rPr>
            <w:color w:val="0000EE"/>
            <w:u w:val="single"/>
          </w:rPr>
          <w:t>[6]</w:t>
        </w:r>
      </w:hyperlink>
      <w:r>
        <w:t xml:space="preserve">- Paragraph 3: </w:t>
      </w:r>
      <w:hyperlink r:id="rId14">
        <w:r>
          <w:rPr>
            <w:color w:val="0000EE"/>
            <w:u w:val="single"/>
          </w:rPr>
          <w:t>[3]</w:t>
        </w:r>
      </w:hyperlink>
      <w:r>
        <w:t xml:space="preserve">, </w:t>
      </w:r>
      <w:hyperlink r:id="rId13">
        <w:r>
          <w:rPr>
            <w:color w:val="0000EE"/>
            <w:u w:val="single"/>
          </w:rPr>
          <w:t>[6]</w:t>
        </w:r>
      </w:hyperlink>
      <w:r>
        <w:t xml:space="preserve">- Paragraph 4: </w:t>
      </w:r>
      <w:hyperlink r:id="rId13">
        <w:r>
          <w:rPr>
            <w:color w:val="0000EE"/>
            <w:u w:val="single"/>
          </w:rPr>
          <w:t>[6]</w:t>
        </w:r>
      </w:hyperlink>
      <w:r>
        <w:t xml:space="preserve">, </w:t>
      </w:r>
      <w:hyperlink r:id="rId15">
        <w:r>
          <w:rPr>
            <w:color w:val="0000EE"/>
            <w:u w:val="single"/>
          </w:rPr>
          <w:t>[7]</w:t>
        </w:r>
      </w:hyperlink>
      <w:r>
        <w:t xml:space="preserve">- Paragraph 5: </w:t>
      </w:r>
      <w:hyperlink r:id="rId13">
        <w:r>
          <w:rPr>
            <w:color w:val="0000EE"/>
            <w:u w:val="single"/>
          </w:rPr>
          <w:t>[6]</w:t>
        </w:r>
      </w:hyperlink>
      <w:r>
        <w:t xml:space="preserve">, </w:t>
      </w:r>
      <w:hyperlink r:id="rId15">
        <w:r>
          <w:rPr>
            <w:color w:val="0000EE"/>
            <w:u w:val="single"/>
          </w:rPr>
          <w:t>[7]</w:t>
        </w:r>
      </w:hyperlink>
      <w:r>
        <w:t xml:space="preserve">- Paragraph 6: </w:t>
      </w:r>
      <w:hyperlink r:id="rId10">
        <w:r>
          <w:rPr>
            <w:color w:val="0000EE"/>
            <w:u w:val="single"/>
          </w:rPr>
          <w:t>[2]</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https://lasvegaspride.org/2026/09/01/finding-your-people/</w:t>
        </w:r>
      </w:hyperlink>
      <w:r>
        <w:t xml:space="preserve"> - Please view link - unable to able to access data</w:t>
      </w:r>
      <w:r/>
    </w:p>
    <w:p>
      <w:pPr>
        <w:pStyle w:val="ListNumber"/>
        <w:spacing w:line="240" w:lineRule="auto"/>
        <w:ind w:left="720"/>
      </w:pPr>
      <w:r/>
      <w:hyperlink r:id="rId10">
        <w:r>
          <w:rPr>
            <w:color w:val="0000EE"/>
            <w:u w:val="single"/>
          </w:rPr>
          <w:t>https://www.casinos.com/us/news/las-vegas-drag-icon-frank-marino-on-ending-his-41-year-run-in-vegas-showbiz</w:t>
        </w:r>
      </w:hyperlink>
      <w:r>
        <w:t xml:space="preserve"> - Frank Marino, a renowned Las Vegas drag performer, is concluding his 41-year career in the city's entertainment scene. Known for his portrayal of Joan Rivers, Marino has been a staple in Las Vegas showbiz, holding the record for the longest-running headliner on the Strip. His show, 'Divas, Drag, and Drinks,' has been a significant part of his legacy, with performances scheduled until May 31, 2026. Marino's contributions have been recognised with two stars on the Las Vegas Walk of Fame and a key to the city.</w:t>
      </w:r>
      <w:r/>
    </w:p>
    <w:p>
      <w:pPr>
        <w:pStyle w:val="ListNumber"/>
        <w:spacing w:line="240" w:lineRule="auto"/>
        <w:ind w:left="720"/>
      </w:pPr>
      <w:r/>
      <w:hyperlink r:id="rId14">
        <w:r>
          <w:rPr>
            <w:color w:val="0000EE"/>
            <w:u w:val="single"/>
          </w:rPr>
          <w:t>https://lasvegasmagazine.com/entertainment/2022/jul/22/legends-in-concert-tropicana-tribute-las-vegas/</w:t>
        </w:r>
      </w:hyperlink>
      <w:r>
        <w:t xml:space="preserve"> - The 'Legends in Concert' show at Tropicana Las Vegas features tribute performances by artists impersonating icons like Adele, Cher, and Lady Gaga. Hosted by Frank Marino, the show has been a staple in Las Vegas entertainment, offering audiences a chance to experience renditions of their favourite stars. The production is known for its high-quality performances and has been a significant part of the city's entertainment landscape for nearly four decades.</w:t>
      </w:r>
      <w:r/>
    </w:p>
    <w:p>
      <w:pPr>
        <w:pStyle w:val="ListNumber"/>
        <w:spacing w:line="240" w:lineRule="auto"/>
        <w:ind w:left="720"/>
      </w:pPr>
      <w:r/>
      <w:hyperlink r:id="rId11">
        <w:r>
          <w:rPr>
            <w:color w:val="0000EE"/>
            <w:u w:val="single"/>
          </w:rPr>
          <w:t>https://www.latimes.com/travel/lasvegas/lasvegasnow/la-tr-lvn-las-vegas-shows-divas-las-vegas-20150826-story.html</w:t>
        </w:r>
      </w:hyperlink>
      <w:r>
        <w:t xml:space="preserve"> - Frank Marino, a prominent Las Vegas drag performer, is celebrating 30 years on the Strip with his show 'Divas Las Vegas.' Known for his impersonation of Joan Rivers, Marino has been a fixture in Las Vegas entertainment, performing at venues like The Linq Hotel &amp; Casino. His show features a variety of celebrity impersonations and has been recognised with accolades such as stars on the Las Vegas Walk of Fame and a key to the city.</w:t>
      </w:r>
      <w:r/>
    </w:p>
    <w:p>
      <w:pPr>
        <w:pStyle w:val="ListNumber"/>
        <w:spacing w:line="240" w:lineRule="auto"/>
        <w:ind w:left="720"/>
      </w:pPr>
      <w:r/>
      <w:hyperlink r:id="rId12">
        <w:r>
          <w:rPr>
            <w:color w:val="0000EE"/>
            <w:u w:val="single"/>
          </w:rPr>
          <w:t>https://lasvegaspride.org/2013/03/05/selena-dangelo-named-miss-las-vegas-pride-2013/</w:t>
        </w:r>
      </w:hyperlink>
      <w:r>
        <w:t xml:space="preserve"> - Selena D'Angelo, a native of Hawaii, was named Miss Las Vegas PRIDE in 2013. A makeup artist and hairstylist by trade, she has travelled globally, adding her magic touch to many celebrities, royalty, fashion shows, and television, as well as in the pageant world. As a transgender woman, Selena started her journey in life in the early 70s and has been a significant figure in the Las Vegas drag scene, holding titles such as Miss Gay Las Vegas and Miss Galaxy International.</w:t>
      </w:r>
      <w:r/>
    </w:p>
    <w:p>
      <w:pPr>
        <w:pStyle w:val="ListNumber"/>
        <w:spacing w:line="240" w:lineRule="auto"/>
        <w:ind w:left="720"/>
      </w:pPr>
      <w:r/>
      <w:hyperlink r:id="rId13">
        <w:r>
          <w:rPr>
            <w:color w:val="0000EE"/>
            <w:u w:val="single"/>
          </w:rPr>
          <w:t>https://lasvegaspride.org/2026/06/29/hanna-barbeara-a-talent-spotlight/</w:t>
        </w:r>
      </w:hyperlink>
      <w:r>
        <w:t xml:space="preserve"> - Jesse James Jacobs, known on stage as Hanna Barbeara, is Las Vegas' favourite camp drag clown and a boundary-pushing entertainer known for infectious energy, bold visuals, and a signature Muppet-inspired aesthetic. Blending absurdity, alternative drag, glamour, and unapologetic camp, Hanna has become a standout in the Las Vegas entertainment scene and beyond. Hanna earned the coveted Miss Congeniality title and a semi-finalist placement on Out TV's Camp Wannakiki, solidifying her as one of drag's most lovable personalities.</w:t>
      </w:r>
      <w:r/>
    </w:p>
    <w:p>
      <w:pPr>
        <w:pStyle w:val="ListNumber"/>
        <w:spacing w:line="240" w:lineRule="auto"/>
        <w:ind w:left="720"/>
      </w:pPr>
      <w:r/>
      <w:hyperlink r:id="rId15">
        <w:r>
          <w:rPr>
            <w:color w:val="0000EE"/>
            <w:u w:val="single"/>
          </w:rPr>
          <w:t>https://www.artmattersfoundation.org/grantees/lady-shug-2022</w:t>
        </w:r>
      </w:hyperlink>
      <w:r>
        <w:t xml:space="preserve"> - Lady Shug is an accomplished two-spirit performer who has performed in Los Angeles and Las Vegas clubs with drag. Her performances have won Miss New Mexico Pride, Miss Las Vegas Pride, and she has been featured on HBO's 'We're Here' and in numerous national media outlets. Lady Shug's goal is to open many doors and platforms to create and show resistance, movements, and art through the art form of drag artistry, aiming to break boundaries in mainstream media to include indigenous queer/trans folks.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lasvegaspride.org/2026/09/01/finding-your-people/" TargetMode="External"/><Relationship Id="rId10" Type="http://schemas.openxmlformats.org/officeDocument/2006/relationships/hyperlink" Target="https://www.casinos.com/us/news/las-vegas-drag-icon-frank-marino-on-ending-his-41-year-run-in-vegas-showbiz" TargetMode="External"/><Relationship Id="rId11" Type="http://schemas.openxmlformats.org/officeDocument/2006/relationships/hyperlink" Target="https://www.latimes.com/travel/lasvegas/lasvegasnow/la-tr-lvn-las-vegas-shows-divas-las-vegas-20150826-story.html" TargetMode="External"/><Relationship Id="rId12" Type="http://schemas.openxmlformats.org/officeDocument/2006/relationships/hyperlink" Target="https://lasvegaspride.org/2013/03/05/selena-dangelo-named-miss-las-vegas-pride-2013/" TargetMode="External"/><Relationship Id="rId13" Type="http://schemas.openxmlformats.org/officeDocument/2006/relationships/hyperlink" Target="https://lasvegaspride.org/2026/06/29/hanna-barbeara-a-talent-spotlight/" TargetMode="External"/><Relationship Id="rId14" Type="http://schemas.openxmlformats.org/officeDocument/2006/relationships/hyperlink" Target="https://lasvegasmagazine.com/entertainment/2022/jul/22/legends-in-concert-tropicana-tribute-las-vegas/" TargetMode="External"/><Relationship Id="rId15" Type="http://schemas.openxmlformats.org/officeDocument/2006/relationships/hyperlink" Target="https://www.artmattersfoundation.org/grantees/lady-shug-202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