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Los Angeles Can Support Latino LGBTQIA+ Health This Fall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community-led care as a powerful response: the Latino Commission on AIDS brings its national work to Los Angeles on 16 September, offering an autumn moment to remember, mobilise and invest in culturally competent HIV prevention, testing and leadership for Latino LGBTQIA+ people.</w:t>
      </w:r>
      <w:r/>
    </w:p>
    <w:p>
      <w:r/>
      <w:r>
        <w:t>Essential Takeaways</w:t>
      </w:r>
      <w:r/>
      <w:r/>
    </w:p>
    <w:p>
      <w:pPr>
        <w:pStyle w:val="ListBullet"/>
        <w:spacing w:line="240" w:lineRule="auto"/>
        <w:ind w:left="720"/>
      </w:pPr>
      <w:r/>
      <w:r>
        <w:rPr>
          <w:b/>
        </w:rPr>
        <w:t>Historic mission:</w:t>
      </w:r>
      <w:r>
        <w:t xml:space="preserve"> The Latino Commission on AIDS began in 1990 to address language barriers, stigma and unequal healthcare access in Latino communities.</w:t>
      </w:r>
      <w:r/>
    </w:p>
    <w:p>
      <w:pPr>
        <w:pStyle w:val="ListBullet"/>
        <w:spacing w:line="240" w:lineRule="auto"/>
        <w:ind w:left="720"/>
      </w:pPr>
      <w:r/>
      <w:r>
        <w:rPr>
          <w:b/>
        </w:rPr>
        <w:t>Local moment:</w:t>
      </w:r>
      <w:r>
        <w:t xml:space="preserve"> A reception at The Abbey on 16 September links national programmes to Los Angeles’ vibrant Latino LGBTQIA+ networks.</w:t>
      </w:r>
      <w:r/>
    </w:p>
    <w:p>
      <w:pPr>
        <w:pStyle w:val="ListBullet"/>
        <w:spacing w:line="240" w:lineRule="auto"/>
        <w:ind w:left="720"/>
      </w:pPr>
      <w:r/>
      <w:r>
        <w:rPr>
          <w:b/>
        </w:rPr>
        <w:t>NLAAD anchor:</w:t>
      </w:r>
      <w:r>
        <w:t xml:space="preserve"> National Latino AIDS Awareness Day (15 October) remains a focal point for testing, education and stigma-busting outreach.</w:t>
      </w:r>
      <w:r/>
    </w:p>
    <w:p>
      <w:pPr>
        <w:pStyle w:val="ListBullet"/>
        <w:spacing w:line="240" w:lineRule="auto"/>
        <w:ind w:left="720"/>
      </w:pPr>
      <w:r/>
      <w:r>
        <w:rPr>
          <w:b/>
        </w:rPr>
        <w:t>Southern focus:</w:t>
      </w:r>
      <w:r>
        <w:t xml:space="preserve"> The Commission expanded work into the South, Texas and Florida to support under-resourced, community-led groups.</w:t>
      </w:r>
      <w:r/>
    </w:p>
    <w:p>
      <w:pPr>
        <w:pStyle w:val="ListBullet"/>
        <w:spacing w:line="240" w:lineRule="auto"/>
        <w:ind w:left="720"/>
      </w:pPr>
      <w:r/>
      <w:r>
        <w:rPr>
          <w:b/>
        </w:rPr>
        <w:t>Practical ask:</w:t>
      </w:r>
      <w:r>
        <w:t xml:space="preserve"> Donations and partnerships help fund culturally and linguistically appropriate services that actually reach people.</w:t>
      </w:r>
      <w:r/>
      <w:r/>
    </w:p>
    <w:p>
      <w:pPr>
        <w:pStyle w:val="Heading2"/>
      </w:pPr>
      <w:r>
        <w:t>Why this Los Angeles reception matters now</w:t>
      </w:r>
      <w:r/>
    </w:p>
    <w:p>
      <w:r/>
      <w:r>
        <w:t>The simple sight of a community hall filled with people who understand your language and your life feels both comforting and political, and that’s precisely what organisers hope to create. The Commission’s reception at The Abbey is being billed not only as a fundraiser but as a bridge between national infrastructure and local organisers. According to the Commission’s own framing, linking national campaigns with city partners helps close gaps in care where stigma and language have long been barriers. If you live in LA and care about HIV prevention or support for Latino LGBTQIA+ people, this is a chance to plug into work that blends memory, advocacy and practical services.</w:t>
      </w:r>
      <w:r/>
    </w:p>
    <w:p>
      <w:pPr>
        <w:pStyle w:val="Heading2"/>
      </w:pPr>
      <w:r>
        <w:t>A history that shaped strategy</w:t>
      </w:r>
      <w:r/>
    </w:p>
    <w:p>
      <w:r/>
      <w:r>
        <w:t>The Commission was born in 1990 amid the worst years of the AIDS epidemic, when misinformation and marginalisation meant many Latino people were left out of prevention and care. The organisation’s early focus on culturally and linguistically tailored education grew from necessity: public-health messages that don’t speak someone’s language rarely land. So the Commission built outreach, leadership training and advocacy alongside testing services. That history explains why the group prioritises community networks today , it’s not just about clinics, it’s about trust.</w:t>
      </w:r>
      <w:r/>
    </w:p>
    <w:p>
      <w:pPr>
        <w:pStyle w:val="Heading2"/>
      </w:pPr>
      <w:r>
        <w:t>National Latino AIDS Awareness Day still drives action</w:t>
      </w:r>
      <w:r/>
    </w:p>
    <w:p>
      <w:r/>
      <w:r>
        <w:t>National Latino AIDS Awareness Day on 15 October is the annual spike that turns talk into testing and testing into treatment. Created by the Commission and the Hispanic Federation in 2003, NLAAD has become a backbone for concentrated outreach , free tests, bilingual information and anti-stigma campaigns. Health agencies use the day to coordinate events and push metrics, and community groups often see a real uptick in engagement. If you’re organising locally, tie events to NLAAD for visibility and resources; if you’re attending, expect easy-access testing and a focus on practical prevention like PrEP information.</w:t>
      </w:r>
      <w:r/>
    </w:p>
    <w:p>
      <w:pPr>
        <w:pStyle w:val="Heading2"/>
      </w:pPr>
      <w:r>
        <w:t>Why the South expansion matters for LGBTQIA+ people</w:t>
      </w:r>
      <w:r/>
    </w:p>
    <w:p>
      <w:r/>
      <w:r>
        <w:t>In the mid-2000s the Commission widened its focus to the South, later adding Texas and Florida, precisely because data showed growing needs there. Latino gay and bisexual men in some Southern areas saw rising HIV diagnoses, while grassroots groups had limited funding. The Commission’s regional convenings, capacity-building grants and leadership programmes aim to strengthen local responses where stigma and immigration concerns can compound risk. For funders and volunteers, this is a reminder that services in non-traditional hubs need long-term support, not just episodic attention.</w:t>
      </w:r>
      <w:r/>
    </w:p>
    <w:p>
      <w:pPr>
        <w:pStyle w:val="Heading2"/>
      </w:pPr>
      <w:r>
        <w:t>How Angelenos can make a practical difference</w:t>
      </w:r>
      <w:r/>
    </w:p>
    <w:p>
      <w:r/>
      <w:r>
        <w:t>You don’t need to be an expert to help. Show up to events like the September reception, volunteer with local clinics, or donate to community groups that offer bilingual services and culturally competent care. If you run a business, consider sponsorships or workplace outreach tied to NLAAD. And if you’re looking after someone, ask about testing and PrEP in a way that centres confidentiality and cultural sensitivity. Small gestures , a translated flyer, a trained Spanish-speaking counsellor , often change whether someone seeks care.</w:t>
      </w:r>
      <w:r/>
    </w:p>
    <w:p>
      <w:r/>
      <w:r>
        <w:t>It's a small change that can make every outreach moment safer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https://adelantemagazine.com/a-legacy-of-community-a-future-of-action/</w:t>
        </w:r>
      </w:hyperlink>
      <w:r>
        <w:t xml:space="preserve"> - Please view link - unable to able to access data</w:t>
      </w:r>
      <w:r/>
    </w:p>
    <w:p>
      <w:pPr>
        <w:pStyle w:val="ListNumber"/>
        <w:spacing w:line="240" w:lineRule="auto"/>
        <w:ind w:left="720"/>
      </w:pPr>
      <w:r/>
      <w:hyperlink r:id="rId10">
        <w:r>
          <w:rPr>
            <w:color w:val="0000EE"/>
            <w:u w:val="single"/>
          </w:rPr>
          <w:t>https://www.latinoaids.org/</w:t>
        </w:r>
      </w:hyperlink>
      <w:r>
        <w:t xml:space="preserve"> - The Latino Commission on AIDS is a non-profit organisation established in 1990 to combat the spread of HIV/AIDS within the Latino community in the United States and its territories. The Commission focuses on advocacy, education, and support services tailored to the unique needs of Latino individuals affected by HIV/AIDS. Their mission includes raising awareness, providing resources, and promoting culturally competent care to address the disproportionate impact of HIV within Latino populations.</w:t>
      </w:r>
      <w:r/>
    </w:p>
    <w:p>
      <w:pPr>
        <w:pStyle w:val="ListNumber"/>
        <w:spacing w:line="240" w:lineRule="auto"/>
        <w:ind w:left="720"/>
      </w:pPr>
      <w:r/>
      <w:hyperlink r:id="rId12">
        <w:r>
          <w:rPr>
            <w:color w:val="0000EE"/>
            <w:u w:val="single"/>
          </w:rPr>
          <w:t>https://en.wikipedia.org/wiki/National_Latino_AIDS_Awareness_Day</w:t>
        </w:r>
      </w:hyperlink>
      <w:r>
        <w:t xml:space="preserve"> - National Latino AIDS Awareness Day (NLAAD) is observed annually on October 15 to raise awareness about the disproportionate impact of HIV on Hispanic and Latino communities in the United States. Initiated in 2003 by the Latino Commission on AIDS and the Hispanic Federation, NLAAD aims to mobilise communities around HIV testing, prevention, treatment, and the fight against stigma. The day features various events and activities to educate and engage the public on HIV-related issues affecting Latino populations.</w:t>
      </w:r>
      <w:r/>
    </w:p>
    <w:p>
      <w:pPr>
        <w:pStyle w:val="ListNumber"/>
        <w:spacing w:line="240" w:lineRule="auto"/>
        <w:ind w:left="720"/>
      </w:pPr>
      <w:r/>
      <w:hyperlink r:id="rId11">
        <w:r>
          <w:rPr>
            <w:color w:val="0000EE"/>
            <w:u w:val="single"/>
          </w:rPr>
          <w:t>https://clinicalinfo.hiv.gov/en/news/national-latinx-aids-awareness-day</w:t>
        </w:r>
      </w:hyperlink>
      <w:r>
        <w:t xml:space="preserve"> - National Latinx AIDS Awareness Day (NLAAD) is observed annually on October 15 to raise awareness of the disproportionate impact of HIV on Hispanic and Latino communities in the United States. The observance was first recognised by the Latino Commission on AIDS and the Hispanic Federation on October 15, 2003. The date was chosen to coincide with the last day of Hispanic Heritage Month. This year’s theme, “Do it your way. Do it right,” emphasises that people can choose from several effective options to prevent HIV.</w:t>
      </w:r>
      <w:r/>
    </w:p>
    <w:p>
      <w:pPr>
        <w:pStyle w:val="ListNumber"/>
        <w:spacing w:line="240" w:lineRule="auto"/>
        <w:ind w:left="720"/>
      </w:pPr>
      <w:r/>
      <w:hyperlink r:id="rId13">
        <w:r>
          <w:rPr>
            <w:color w:val="0000EE"/>
            <w:u w:val="single"/>
          </w:rPr>
          <w:t>https://www.cdc.gov/nchhstp/director-letters/national-latinx-aids-awareness-day-2023.html</w:t>
        </w:r>
      </w:hyperlink>
      <w:r>
        <w:t xml:space="preserve"> - The Centers for Disease Control and Prevention (CDC) observes National Latinx AIDS Awareness Day (NLAAD) on October 15 each year. This day aims to promote HIV testing, prevention, and treatment, and to reduce HIV stigma among Hispanic/Latino individuals in the United States. Social and structural issues such as discrimination, racism, HIV stigma, homophobia, poverty, and limited access to high-quality healthcare influence health outcomes and continue to drive many health inequities, including those related to HIV.</w:t>
      </w:r>
      <w:r/>
    </w:p>
    <w:p>
      <w:pPr>
        <w:pStyle w:val="ListNumber"/>
        <w:spacing w:line="240" w:lineRule="auto"/>
        <w:ind w:left="720"/>
      </w:pPr>
      <w:r/>
      <w:hyperlink r:id="rId14">
        <w:r>
          <w:rPr>
            <w:color w:val="0000EE"/>
            <w:u w:val="single"/>
          </w:rPr>
          <w:t>https://www.cdc.gov/hiv/awarenessdays/index.html</w:t>
        </w:r>
      </w:hyperlink>
      <w:r>
        <w:t xml:space="preserve"> - The Centers for Disease Control and Prevention (CDC) recognises various HIV awareness days throughout the year, including National Latinx AIDS Awareness Day (NLAAD) on October 15. NLAAD serves as a platform to raise awareness about HIV in Hispanic/Latino communities and to work together to stop HIV stigma and promote HIV testing, prevention, and treatment. The CDC provides resources and information to support these efforts and encourages the public to participate in NLAAD activities.</w:t>
      </w:r>
      <w:r/>
    </w:p>
    <w:p>
      <w:pPr>
        <w:pStyle w:val="ListNumber"/>
        <w:spacing w:line="240" w:lineRule="auto"/>
        <w:ind w:left="720"/>
      </w:pPr>
      <w:r/>
      <w:hyperlink r:id="rId15">
        <w:r>
          <w:rPr>
            <w:color w:val="0000EE"/>
            <w:u w:val="single"/>
          </w:rPr>
          <w:t>https://www.cdc.gov/mmwr/volumes/66/wr/pdfs/mm6640a1.pdf</w:t>
        </w:r>
      </w:hyperlink>
      <w:r>
        <w:t xml:space="preserve"> - The Centers for Disease Control and Prevention (CDC) publishes the Morbidity and Mortality Weekly Report (MMWR), which includes information on National Latino AIDS Awareness Day (NLAAD). The report highlights the continuing and disproportionate impact of HIV infection and acquired immunodeficiency syndrome (AIDS) on the Hispanic or Latino population in the United States. It provides statistical data and analysis to inform public health strategies and interventions aimed at addressing HIV disparities within Latino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delantemagazine.com/a-legacy-of-community-a-future-of-action/" TargetMode="External"/><Relationship Id="rId10" Type="http://schemas.openxmlformats.org/officeDocument/2006/relationships/hyperlink" Target="https://www.latinoaids.org/" TargetMode="External"/><Relationship Id="rId11" Type="http://schemas.openxmlformats.org/officeDocument/2006/relationships/hyperlink" Target="https://clinicalinfo.hiv.gov/en/news/national-latinx-aids-awareness-day" TargetMode="External"/><Relationship Id="rId12" Type="http://schemas.openxmlformats.org/officeDocument/2006/relationships/hyperlink" Target="https://en.wikipedia.org/wiki/National_Latino_AIDS_Awareness_Day" TargetMode="External"/><Relationship Id="rId13" Type="http://schemas.openxmlformats.org/officeDocument/2006/relationships/hyperlink" Target="https://www.cdc.gov/nchhstp/director-letters/national-latinx-aids-awareness-day-2023.html" TargetMode="External"/><Relationship Id="rId14" Type="http://schemas.openxmlformats.org/officeDocument/2006/relationships/hyperlink" Target="https://www.cdc.gov/hiv/awarenessdays/index.html" TargetMode="External"/><Relationship Id="rId15" Type="http://schemas.openxmlformats.org/officeDocument/2006/relationships/hyperlink" Target="https://www.cdc.gov/mmwr/volumes/66/wr/pdfs/mm6640a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