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Things to Do at Pride Worcester This September: Events, Parties and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Worcester’s lively, late‑summer Pride scene with parades, drag, music and family‑friendly festival fun; here’s what to expect, where to go and simple tips to make your weekend smooth, safe and extra colourful.</w:t>
      </w:r>
      <w:r/>
    </w:p>
    <w:p>
      <w:r/>
      <w:r>
        <w:t>Essential Takeaways</w:t>
      </w:r>
      <w:r/>
      <w:r/>
    </w:p>
    <w:p>
      <w:pPr>
        <w:pStyle w:val="ListBullet"/>
        <w:spacing w:line="240" w:lineRule="auto"/>
        <w:ind w:left="720"/>
      </w:pPr>
      <w:r/>
      <w:r>
        <w:rPr>
          <w:b/>
        </w:rPr>
        <w:t>When and where:</w:t>
      </w:r>
      <w:r>
        <w:t xml:space="preserve"> Pride march and Franklin Street Pride Festival happen Saturday, Sept 12, with events across the city through the weekend.</w:t>
      </w:r>
      <w:r/>
    </w:p>
    <w:p>
      <w:pPr>
        <w:pStyle w:val="ListBullet"/>
        <w:spacing w:line="240" w:lineRule="auto"/>
        <w:ind w:left="720"/>
      </w:pPr>
      <w:r/>
      <w:r>
        <w:rPr>
          <w:b/>
        </w:rPr>
        <w:t>Main vibes:</w:t>
      </w:r>
      <w:r>
        <w:t xml:space="preserve"> Daytime festival energy with vendors, artists and speakers; evening block parties and drag shows for 21+ that keep the celebration going.</w:t>
      </w:r>
      <w:r/>
    </w:p>
    <w:p>
      <w:pPr>
        <w:pStyle w:val="ListBullet"/>
        <w:spacing w:line="240" w:lineRule="auto"/>
        <w:ind w:left="720"/>
      </w:pPr>
      <w:r/>
      <w:r>
        <w:rPr>
          <w:b/>
        </w:rPr>
        <w:t>Notable highlights:</w:t>
      </w:r>
      <w:r>
        <w:t xml:space="preserve"> Femme Bar hosts the march start and a block party; Mechanics Hall stages Big Queer Worcester Weekend features later in the month.</w:t>
      </w:r>
      <w:r/>
    </w:p>
    <w:p>
      <w:pPr>
        <w:pStyle w:val="ListBullet"/>
        <w:spacing w:line="240" w:lineRule="auto"/>
        <w:ind w:left="720"/>
      </w:pPr>
      <w:r/>
      <w:r>
        <w:rPr>
          <w:b/>
        </w:rPr>
        <w:t>Practical tip:</w:t>
      </w:r>
      <w:r>
        <w:t xml:space="preserve"> Expect outdoor crowds and family programming in the afternoon; bring water, sunscreen and a small cash wallet for vendors.</w:t>
      </w:r>
      <w:r/>
    </w:p>
    <w:p>
      <w:pPr>
        <w:pStyle w:val="ListBullet"/>
        <w:spacing w:line="240" w:lineRule="auto"/>
        <w:ind w:left="720"/>
      </w:pPr>
      <w:r/>
      <w:r>
        <w:rPr>
          <w:b/>
        </w:rPr>
        <w:t>Accessibility note:</w:t>
      </w:r>
      <w:r>
        <w:t xml:space="preserve"> Organisers provide event listings and schedules at PrideWorcester.org for updates, tickets and venue details.</w:t>
      </w:r>
      <w:r/>
      <w:r/>
    </w:p>
    <w:p>
      <w:pPr>
        <w:pStyle w:val="Heading2"/>
      </w:pPr>
      <w:r>
        <w:t>Worcester’s Pride weekend in one lively sweep</w:t>
      </w:r>
      <w:r/>
    </w:p>
    <w:p>
      <w:r/>
      <w:r>
        <w:t>The city wakes up a little brighter in September when Pride Worcester fills Franklin Street with colour and music, and there’s a soft hum of excitement in the air. According to the festival schedule, a protest‑honouring march sets the tone at 1pm, moving from Femme Bar to the main festival area for an afternoon of stalls, performers and speeches. That mix of serious history and celebratory energy is exactly why locals and visitors keep returning.</w:t>
      </w:r>
      <w:r/>
    </w:p>
    <w:p>
      <w:r/>
      <w:r>
        <w:t>This isn’t a one‑note event. Expect community groups, artisans and food vendors sharing space under the late‑summer sky, and speakers who remind everyone why Pride started as protest. If you want the fullest picture, check PrideWorcester.org for the latest lineup before you head out.</w:t>
      </w:r>
      <w:r/>
    </w:p>
    <w:p>
      <w:pPr>
        <w:pStyle w:val="Heading2"/>
      </w:pPr>
      <w:r>
        <w:t>Daytime festival: family‑friendly, artful and full of taste</w:t>
      </w:r>
      <w:r/>
    </w:p>
    <w:p>
      <w:r/>
      <w:r>
        <w:t>The Franklin Street festival is built for lingering: shaded benches, craft stalls with a tactile, handmade feel, and local food trucks that smell as good as they look. Organisers list a range of LGBTQ+ organisations, makers and live acts, so there’s something for all ages while the sun’s up.</w:t>
      </w:r>
      <w:r/>
    </w:p>
    <w:p>
      <w:r/>
      <w:r>
        <w:t>If you’re bringing children, look for family‑friendly hours and programming; the daytime slot is usually calmer and better suited to younger attendees. Bring a picnic blanket and plan to wander , the festival is as much about people‑watching and discovering a new maker as it is about catching a headline set.</w:t>
      </w:r>
      <w:r/>
    </w:p>
    <w:p>
      <w:pPr>
        <w:pStyle w:val="Heading2"/>
      </w:pPr>
      <w:r>
        <w:t>Nightlife and drag: block parties and brassy energy</w:t>
      </w:r>
      <w:r/>
    </w:p>
    <w:p>
      <w:r/>
      <w:r>
        <w:t>When the sun sets the city flips into a different mode: Femme Bar’s block party pairs live funk and DJs with tarot readers and outdoor games, while other venues like MB Lounge host drag performances and DJs that turn the night electric. Most night events are 21+ and often have a cover, so bring ID and expect a lively, sweaty dance floor.</w:t>
      </w:r>
      <w:r/>
    </w:p>
    <w:p>
      <w:r/>
      <w:r>
        <w:t>If you love drag theatre, make a plan: shows and brunches featuring RuPaul’s Drag Race alumni and local performers sell out. Consider booking the Best Little Drag Brunch or bigger showcases in advance to avoid disappointment.</w:t>
      </w:r>
      <w:r/>
    </w:p>
    <w:p>
      <w:pPr>
        <w:pStyle w:val="Heading2"/>
      </w:pPr>
      <w:r>
        <w:t>Big Queer Worcester Weekend: theatre, burlesque and a later‑month crescendo</w:t>
      </w:r>
      <w:r/>
    </w:p>
    <w:p>
      <w:r/>
      <w:r>
        <w:t>The Pride energy stretches beyond the main festival day. Mechanics Hall hosts Big Queer Worcester Weekend later in September, with themed nights such as Queer AF in Denim and a draglesque showcase that mixes pageantry and burlesque. It’s a reminder that Worcester’s Pride scene is diverse in tone , from daytime family celebration to theatrical adult productions.</w:t>
      </w:r>
      <w:r/>
    </w:p>
    <w:p>
      <w:r/>
      <w:r>
        <w:t>For anyone who enjoys performance art, these ticketed events are worth planning for. They also show how local venues are leaning into Pride beyond a single day, making September a month to explore different vibes.</w:t>
      </w:r>
      <w:r/>
    </w:p>
    <w:p>
      <w:pPr>
        <w:pStyle w:val="Heading2"/>
      </w:pPr>
      <w:r>
        <w:t>How to plan your Pride weekend like a local</w:t>
      </w:r>
      <w:r/>
    </w:p>
    <w:p>
      <w:r/>
      <w:r>
        <w:t>Start by bookmarking PrideWorcester.org for event times, ticket links and last‑minute updates. Aim to arrive early for the march and festival to nab a good spot, especially if you want a front‑row view of performances or speakers. Pack light: water, sunscreen, a portable charger and a small amount of cash for vendor stalls.</w:t>
      </w:r>
      <w:r/>
    </w:p>
    <w:p>
      <w:r/>
      <w:r>
        <w:t>If accessibility matters to you, check venue pages and the Pride site for details on entrances, quiet spaces or sensory‑friendly options. And be prepared for a range of experiences , part protest, part party , which is exactly the point: Pride is about visibility in every form.</w:t>
      </w:r>
      <w:r/>
    </w:p>
    <w:p>
      <w:r/>
      <w:r>
        <w:t>It’s a small change that can make every visit more joyful and safer , show up, support local queer artists and enjoy Worcester at its most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1">
        <w:r>
          <w:rPr>
            <w:color w:val="0000EE"/>
            <w:u w:val="single"/>
          </w:rPr>
          <w:t>[3]</w:t>
        </w:r>
      </w:hyperlink>
      <w:r>
        <w:t xml:space="preserve">, </w:t>
      </w:r>
      <w:hyperlink r:id="rId13">
        <w:r>
          <w:rPr>
            <w:color w:val="0000EE"/>
            <w:u w:val="single"/>
          </w:rPr>
          <w:t>[6]</w:t>
        </w:r>
      </w:hyperlink>
      <w:r>
        <w:t xml:space="preserve">- Paragraph 4: </w:t>
      </w:r>
      <w:hyperlink r:id="rId14">
        <w:r>
          <w:rPr>
            <w:color w:val="0000EE"/>
            <w:u w:val="single"/>
          </w:rPr>
          <w:t>[7]</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https://thepulsemag.com/2026/09/out-and-about-this-prides-for-you-worcester</w:t>
        </w:r>
      </w:hyperlink>
      <w:r>
        <w:t xml:space="preserve"> - Please view link - unable to able to access data</w:t>
      </w:r>
      <w:r/>
    </w:p>
    <w:p>
      <w:pPr>
        <w:pStyle w:val="ListNumber"/>
        <w:spacing w:line="240" w:lineRule="auto"/>
        <w:ind w:left="720"/>
      </w:pPr>
      <w:r/>
      <w:hyperlink r:id="rId10">
        <w:r>
          <w:rPr>
            <w:color w:val="0000EE"/>
            <w:u w:val="single"/>
          </w:rPr>
          <w:t>https://www.prideworcester.org/events</w:t>
        </w:r>
      </w:hyperlink>
      <w:r>
        <w:t xml:space="preserve"> - Pride Worcester's official events page provides a comprehensive list of activities scheduled for September 2026. Highlights include the Day of LGBTQ+ Advocacy on September 9, the Pride March and Festival on September 12, and the Best Little Drag Brunch featuring Jorgeous from 'RuPaul’s Drag Race' on September 13. The festival on September 12 is set to take place in Downtown Worcester, featuring over 200 artisan makers, local businesses, live performances, and a dedicated youth and family zone. Health services and resources will also be available, including partners like AIDS Project Worcester.</w:t>
      </w:r>
      <w:r/>
    </w:p>
    <w:p>
      <w:pPr>
        <w:pStyle w:val="ListNumber"/>
        <w:spacing w:line="240" w:lineRule="auto"/>
        <w:ind w:left="720"/>
      </w:pPr>
      <w:r/>
      <w:hyperlink r:id="rId11">
        <w:r>
          <w:rPr>
            <w:color w:val="0000EE"/>
            <w:u w:val="single"/>
          </w:rPr>
          <w:t>https://www.discovercentralma.org/event/2026-pride-worcester-festival/29937/</w:t>
        </w:r>
      </w:hyperlink>
      <w:r>
        <w:t xml:space="preserve"> - This event listing details the 2026 Pride Worcester Festival, scheduled for September 12, 2026, from 2:00 PM to 7:00 PM at Worcester Common Oval, 455 Main St., Worcester, MA 01608. The festival is free to attend and aims to bring together over 30,000 LGBTQ+ community members and allies for an afternoon of visibility, joy, and collective power. Attendees can expect over 200 artisan makers, local businesses, live performances, food and beverage vendors, a dedicated youth and family zone, and health services provided by partners like AIDS Project Worcester.</w:t>
      </w:r>
      <w:r/>
    </w:p>
    <w:p>
      <w:pPr>
        <w:pStyle w:val="ListNumber"/>
        <w:spacing w:line="240" w:lineRule="auto"/>
        <w:ind w:left="720"/>
      </w:pPr>
      <w:r/>
      <w:hyperlink r:id="rId12">
        <w:r>
          <w:rPr>
            <w:color w:val="0000EE"/>
            <w:u w:val="single"/>
          </w:rPr>
          <w:t>https://www.worcesterhistory.org/events/lgbtq-worcester-histories</w:t>
        </w:r>
      </w:hyperlink>
      <w:r>
        <w:t xml:space="preserve"> - The Museum of Worcester, in partnership with Pride Worcester, the College of the Holy Cross, and the Worcester Public Library, is hosting a multimedia exhibit titled 'LGBTQ+ Worcester Histories' from September 1 to 15, 2026. The exhibit showcases local queer stories, challenges, creativity, and resilience, drawing from the Worcester LGBTQ+ History Project. The program and exhibit will be followed by a dance party with light refreshments. The opening event is scheduled for September 2, and attendees are encouraged to register in advance.</w:t>
      </w:r>
      <w:r/>
    </w:p>
    <w:p>
      <w:pPr>
        <w:pStyle w:val="ListNumber"/>
        <w:spacing w:line="240" w:lineRule="auto"/>
        <w:ind w:left="720"/>
      </w:pPr>
      <w:r/>
      <w:hyperlink r:id="rId15">
        <w:r>
          <w:rPr>
            <w:color w:val="0000EE"/>
            <w:u w:val="single"/>
          </w:rPr>
          <w:t>https://www.wpi.edu/news/announcements/wpi-celebrates-pride-month-2026</w:t>
        </w:r>
      </w:hyperlink>
      <w:r>
        <w:t xml:space="preserve"> - Worcester Polytechnic Institute (WPI) is celebrating Pride Month during June 2026 by honouring and highlighting the many people and identities that make up the LGBTQIAP+ community, as well as the diverse contributions of the LGBTQIAP+ community throughout history. The first Pride march occurred on June 28, 1970, in honour of the New York City Stonewall Riots that took place just one year prior. WPI encourages its community to study, observe, and celebrate the countless LGBTQIAP+ individuals who have contributed to the Institute and other communities worldwide.</w:t>
      </w:r>
      <w:r/>
    </w:p>
    <w:p>
      <w:pPr>
        <w:pStyle w:val="ListNumber"/>
        <w:spacing w:line="240" w:lineRule="auto"/>
        <w:ind w:left="720"/>
      </w:pPr>
      <w:r/>
      <w:hyperlink r:id="rId13">
        <w:r>
          <w:rPr>
            <w:color w:val="0000EE"/>
            <w:u w:val="single"/>
          </w:rPr>
          <w:t>https://www.prideworcester.org/events/the-best-little-drag-brunch-in-worcester-4-ge3tf</w:t>
        </w:r>
      </w:hyperlink>
      <w:r>
        <w:t xml:space="preserve"> - Pride Worcester is hosting 'The Best Little Drag Brunch in Worcester' on Sunday, September 13, 2026, at The Cocktail Garden and Kitchen, 64 Franklin Street, Worcester, MA 01608. The event features a brunch buffet and a premium drag show with performances by Diva D, Dale Lepage, and special guest Jorgeous from 'RuPaul’s Drag Race All Stars'. DJs from DanceAway Sound will also be on-site to keep the vibes going throughout the event. Doors open at 1:30 PM, with lunch from 1:30 to 2:30 PM, and the show starting promptly at 2:30 PM. This is an 18+ event, and tickets are available on a first-come, first-served basis.</w:t>
      </w:r>
      <w:r/>
    </w:p>
    <w:p>
      <w:pPr>
        <w:pStyle w:val="ListNumber"/>
        <w:spacing w:line="240" w:lineRule="auto"/>
        <w:ind w:left="720"/>
      </w:pPr>
      <w:r/>
      <w:hyperlink r:id="rId14">
        <w:r>
          <w:rPr>
            <w:color w:val="0000EE"/>
            <w:u w:val="single"/>
          </w:rPr>
          <w:t>https://www.prideworcester.org/</w:t>
        </w:r>
      </w:hyperlink>
      <w:r>
        <w:t xml:space="preserve"> - Pride Worcester is a collaborative and diverse community effort, fiscally sponsored by AIDS Project Worcester, Inc., a 501(c)(3) nonprofit organization based in Worcester, MA. The 2026 season is coordinated by a network of LGBTQ+ organizations and activists working to bring LGBTQ+ people and allies across Greater Worcester closer together. The organisation is honoured to be recognised as an official event in the Massachusetts 250th Anniversary lineup. The website provides information on upcoming events, news, and ways to get involved 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pulsemag.com/2026/09/out-and-about-this-prides-for-you-worcester" TargetMode="External"/><Relationship Id="rId10" Type="http://schemas.openxmlformats.org/officeDocument/2006/relationships/hyperlink" Target="https://www.prideworcester.org/events" TargetMode="External"/><Relationship Id="rId11" Type="http://schemas.openxmlformats.org/officeDocument/2006/relationships/hyperlink" Target="https://www.discovercentralma.org/event/2026-pride-worcester-festival/29937/" TargetMode="External"/><Relationship Id="rId12" Type="http://schemas.openxmlformats.org/officeDocument/2006/relationships/hyperlink" Target="https://www.worcesterhistory.org/events/lgbtq-worcester-histories" TargetMode="External"/><Relationship Id="rId13" Type="http://schemas.openxmlformats.org/officeDocument/2006/relationships/hyperlink" Target="https://www.prideworcester.org/events/the-best-little-drag-brunch-in-worcester-4-ge3tf" TargetMode="External"/><Relationship Id="rId14" Type="http://schemas.openxmlformats.org/officeDocument/2006/relationships/hyperlink" Target="https://www.prideworcester.org/" TargetMode="External"/><Relationship Id="rId15" Type="http://schemas.openxmlformats.org/officeDocument/2006/relationships/hyperlink" Target="https://www.wpi.edu/news/announcements/wpi-celebrates-pride-month-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