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San Francisco Drag King Contest: Dirty Thirty Moves to Great American Music Hall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revelers are returning to a beloved live tradition as the San Francisco Drag King Contest marks its 30th year, moving from Oasis to the storied Great American Music Hall for a night of "Dirty Thirty" mayhem, community spirit and charity support , expect big laughs, louder costumes and plenty of cheeky showmanship.</w:t>
      </w:r>
      <w:r/>
    </w:p>
    <w:p>
      <w:r/>
      <w:r>
        <w:t>Essential Takeaways</w:t>
      </w:r>
      <w:r/>
      <w:r/>
    </w:p>
    <w:p>
      <w:pPr>
        <w:pStyle w:val="ListBullet"/>
        <w:spacing w:line="240" w:lineRule="auto"/>
        <w:ind w:left="720"/>
      </w:pPr>
      <w:r/>
      <w:r>
        <w:rPr>
          <w:b/>
        </w:rPr>
        <w:t>New venue:</w:t>
      </w:r>
      <w:r>
        <w:t xml:space="preserve"> The contest relocates to the Great American Music Hall, a historic, intimate setting with a theatrical feel.</w:t>
      </w:r>
      <w:r/>
    </w:p>
    <w:p>
      <w:pPr>
        <w:pStyle w:val="ListBullet"/>
        <w:spacing w:line="240" w:lineRule="auto"/>
        <w:ind w:left="720"/>
      </w:pPr>
      <w:r/>
      <w:r>
        <w:rPr>
          <w:b/>
        </w:rPr>
        <w:t>Theme:</w:t>
      </w:r>
      <w:r>
        <w:t xml:space="preserve"> "Dirty Thirty" promises raunchy, high-energy performances with bold makeup, costumes and lip-synch showdowns.</w:t>
      </w:r>
      <w:r/>
    </w:p>
    <w:p>
      <w:pPr>
        <w:pStyle w:val="ListBullet"/>
        <w:spacing w:line="240" w:lineRule="auto"/>
        <w:ind w:left="720"/>
      </w:pPr>
      <w:r/>
      <w:r>
        <w:rPr>
          <w:b/>
        </w:rPr>
        <w:t>Line-up:</w:t>
      </w:r>
      <w:r>
        <w:t xml:space="preserve"> Hosts Fudgie Frottage and Sister Roma headline, with guest star Mo B. Dick and a roster of local kings and celebrity judges.</w:t>
      </w:r>
      <w:r/>
    </w:p>
    <w:p>
      <w:pPr>
        <w:pStyle w:val="ListBullet"/>
        <w:spacing w:line="240" w:lineRule="auto"/>
        <w:ind w:left="720"/>
      </w:pPr>
      <w:r/>
      <w:r>
        <w:rPr>
          <w:b/>
        </w:rPr>
        <w:t>Charitable aim:</w:t>
      </w:r>
      <w:r>
        <w:t xml:space="preserve"> Proceeds benefit Rocket Dog Rescue and PAWS, supporting pets and people in need.</w:t>
      </w:r>
      <w:r/>
    </w:p>
    <w:p>
      <w:pPr>
        <w:pStyle w:val="ListBullet"/>
        <w:spacing w:line="240" w:lineRule="auto"/>
        <w:ind w:left="720"/>
      </w:pPr>
      <w:r/>
      <w:r>
        <w:rPr>
          <w:b/>
        </w:rPr>
        <w:t>Ticketing and age:</w:t>
      </w:r>
      <w:r>
        <w:t xml:space="preserve"> Event is 21+, tickets range roughly $27.50–$60; check the contest site for details.</w:t>
      </w:r>
      <w:r/>
      <w:r/>
    </w:p>
    <w:p>
      <w:pPr>
        <w:pStyle w:val="Heading2"/>
      </w:pPr>
      <w:r>
        <w:t>Why the move to Great American Music Hall matters</w:t>
      </w:r>
      <w:r/>
    </w:p>
    <w:p>
      <w:r/>
      <w:r>
        <w:t>The switch from Oasis to the Great American Music Hall is more than logistics; it’s a stage upgrade. The Music Hall’s ornate interior and history give performances a cinematic, old-school cabaret vibe that suits theatrical drag king acts. Fudgie Frottage told the Bay Area Reporter he’s excited for the venue’s colourful past and the chance to present a larger, glossier show. For fans, it means better sightlines, a room that feels special and a night that looks and sounds different from the bar-based contests of the past.</w:t>
      </w:r>
      <w:r/>
    </w:p>
    <w:p>
      <w:pPr>
        <w:pStyle w:val="Heading2"/>
      </w:pPr>
      <w:r>
        <w:t>"Dirty Thirty": what to expect from the theme</w:t>
      </w:r>
      <w:r/>
    </w:p>
    <w:p>
      <w:r/>
      <w:r>
        <w:t>Think louder, filthier and gloriously theatrical. Frottage teases "passionately filthy" routines , but the fun is in the reveal. The contest will run a Lipsynch For Your Life segment designed to showcase as many contestants as possible, and that often determines who makes it to the top. If you like rambunctious choreography, big character work and costume flourishes, this theme is built for you. For first-timers, arrive prepared for cheeky humour, audience interaction and an anything-can-happen energy.</w:t>
      </w:r>
      <w:r/>
    </w:p>
    <w:p>
      <w:pPr>
        <w:pStyle w:val="Heading2"/>
      </w:pPr>
      <w:r>
        <w:t>Mo B. Dick: a living link to three decades of kinging</w:t>
      </w:r>
      <w:r/>
    </w:p>
    <w:p>
      <w:r/>
      <w:r>
        <w:t>Mo B. Dick returns as guest star and judge, and his story reads like drag-king folklore. He discovered the scene in the mid-1990s, forged a persona from thrift-store finds and home-made facial hair, and later landed in John Waters’ Pecker , a role that widened his profile. He runs DragKingHistory.com, a community-funded archive that the Library of Congress has deemed worth preserving. His presence ties the contest to deep historical roots and a commitment to documenting the art form’s pioneers.</w:t>
      </w:r>
      <w:r/>
    </w:p>
    <w:p>
      <w:pPr>
        <w:pStyle w:val="Heading2"/>
      </w:pPr>
      <w:r>
        <w:t>Community, charity and why tickets matter</w:t>
      </w:r>
      <w:r/>
    </w:p>
    <w:p>
      <w:r/>
      <w:r>
        <w:t>This contest isn’t just spectacle; it’s fundraising. Proceeds support Rocket Dog Rescue and PAWS, which helps companion animals for low-income people living with HIV and other illnesses. Frottage highlights the purity of pet love and invites the crowd to celebrate Rocket Dog founder Pali Boucher’s birthday on the night. Buying a ticket means you’re backing local nonprofits as much as you’re buying a memorable evening out.</w:t>
      </w:r>
      <w:r/>
    </w:p>
    <w:p>
      <w:pPr>
        <w:pStyle w:val="Heading2"/>
      </w:pPr>
      <w:r>
        <w:t>How to pick a good seat and get the most out of the night</w:t>
      </w:r>
      <w:r/>
    </w:p>
    <w:p>
      <w:r/>
      <w:r>
        <w:t>For the full experience, aim for mid-floor seats where the lip-synch and audience-call moments land best. Balcony spots give a nice overview of choreography and costuming but can feel a touch removed during interactive bits. Arrive early to soak up pre-show energy, grab a drink and find your bearings in the ornate Music Hall. And bring your sense of humour , the show trades on camp, boldness and an anything-goes spirit.</w:t>
      </w:r>
      <w:r/>
    </w:p>
    <w:p>
      <w:r/>
      <w:r>
        <w:t>It's a small shift with big heart: come for the spectacle, stay for the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https://www.ebar.com/story/169842/</w:t>
        </w:r>
      </w:hyperlink>
      <w:r>
        <w:t xml:space="preserve"> - Please view link - unable to able to access data</w:t>
      </w:r>
      <w:r/>
    </w:p>
    <w:p>
      <w:pPr>
        <w:pStyle w:val="ListNumber"/>
        <w:spacing w:line="240" w:lineRule="auto"/>
        <w:ind w:left="720"/>
      </w:pPr>
      <w:r/>
      <w:hyperlink r:id="rId9">
        <w:r>
          <w:rPr>
            <w:color w:val="0000EE"/>
            <w:u w:val="single"/>
          </w:rPr>
          <w:t>https://www.ebar.com/story/169842/</w:t>
        </w:r>
      </w:hyperlink>
      <w:r>
        <w:t xml:space="preserve"> - The San Francisco Drag King Contest is celebrating its 30th anniversary, moving to the Great American Music Hall after Oasis's near closure. Co-host Fudgie Frottage describes the venue as one of San Francisco's finest with a rich history. The 'Dirty Thirty' themed event promises a night of passionate performances, featuring drag kings like Leigh Crow, Rusty Hips, and Madd Dogg 20/20. Special guest Mo B. Dick, a pioneer in the drag king movement, will perform and serve as a guest judge. Proceeds benefit Rocket Dog Rescue and PAWS, organisations supporting companion animals for low-income individuals with HIV and other illnesses.</w:t>
      </w:r>
      <w:r/>
    </w:p>
    <w:p>
      <w:pPr>
        <w:pStyle w:val="ListNumber"/>
        <w:spacing w:line="240" w:lineRule="auto"/>
        <w:ind w:left="720"/>
      </w:pPr>
      <w:r/>
      <w:hyperlink r:id="rId11">
        <w:r>
          <w:rPr>
            <w:color w:val="0000EE"/>
            <w:u w:val="single"/>
          </w:rPr>
          <w:t>https://www.dragkinghistory.com/about/</w:t>
        </w:r>
      </w:hyperlink>
      <w:r>
        <w:t xml:space="preserve"> - Drag King History is a digital archive dedicated to preserving the art form of drag kings. Founded by Mo B. Dick and Ken Vegas in 2018, the project showcases female-born performers who dress in male attire for theatrical purposes. In 2020, the U.S. Library of Congress requested and was granted permission to archive this website for future generations, highlighting its cultural significance.</w:t>
      </w:r>
      <w:r/>
    </w:p>
    <w:p>
      <w:pPr>
        <w:pStyle w:val="ListNumber"/>
        <w:spacing w:line="240" w:lineRule="auto"/>
        <w:ind w:left="720"/>
      </w:pPr>
      <w:r/>
      <w:hyperlink r:id="rId10">
        <w:r>
          <w:rPr>
            <w:color w:val="0000EE"/>
            <w:u w:val="single"/>
          </w:rPr>
          <w:t>https://www.dragkinghistory.com/1995-present-mo-b-dick/</w:t>
        </w:r>
      </w:hyperlink>
      <w:r>
        <w:t xml:space="preserve"> - Mo B. Dick, born Mo Fischer in 1965, is a seminal figure in the modern drag king movement. Starting in 1995 in New York City, Mo produced and hosted Club Casanova, the world's first weekly party dedicated solely to drag kings. Mo's contributions have been featured in various books and documentaries, solidifying his status as a pioneering drag king.</w:t>
      </w:r>
      <w:r/>
    </w:p>
    <w:p>
      <w:pPr>
        <w:pStyle w:val="ListNumber"/>
        <w:spacing w:line="240" w:lineRule="auto"/>
        <w:ind w:left="720"/>
      </w:pPr>
      <w:r/>
      <w:hyperlink r:id="rId12">
        <w:r>
          <w:rPr>
            <w:color w:val="0000EE"/>
            <w:u w:val="single"/>
          </w:rPr>
          <w:t>https://www.dragkinghistory.com/</w:t>
        </w:r>
      </w:hyperlink>
      <w:r>
        <w:t xml:space="preserve"> - Drag King History is a free resource library aiming to preserve the drag king art form by educating, empowering, and enlightening audiences. The website showcases an expansive group of courageous performers who have donned men's attire for theatrical purposes worldwide, representing a rich history of female-born performers in male impersonation and drag kings.</w:t>
      </w:r>
      <w:r/>
    </w:p>
    <w:p>
      <w:pPr>
        <w:pStyle w:val="ListNumber"/>
        <w:spacing w:line="240" w:lineRule="auto"/>
        <w:ind w:left="720"/>
      </w:pPr>
      <w:r/>
      <w:hyperlink r:id="rId13">
        <w:r>
          <w:rPr>
            <w:color w:val="0000EE"/>
            <w:u w:val="single"/>
          </w:rPr>
          <w:t>https://www.pride.com/culture/drag/drag-king-history-mo-b-dick</w:t>
        </w:r>
      </w:hyperlink>
      <w:r>
        <w:t xml:space="preserve"> - An article highlighting the drag revolution led by Mo B. Dick, a pioneering drag king. It discusses the emergence of drag kings and their cultural impact, emphasising the importance of platforms like Drag King History in bringing this art form into the mainstream.</w:t>
      </w:r>
      <w:r/>
    </w:p>
    <w:p>
      <w:pPr>
        <w:pStyle w:val="ListNumber"/>
        <w:spacing w:line="240" w:lineRule="auto"/>
        <w:ind w:left="720"/>
      </w:pPr>
      <w:r/>
      <w:hyperlink r:id="rId14">
        <w:r>
          <w:rPr>
            <w:color w:val="0000EE"/>
            <w:u w:val="single"/>
          </w:rPr>
          <w:t>https://en.wikipedia.org/wiki/Drag_king</w:t>
        </w:r>
      </w:hyperlink>
      <w:r>
        <w:t xml:space="preserve"> - The Wikipedia page on drag kings provides an overview of the art form, its history, and cultural significance. It includes information on notable drag kings, the evolution of drag king culture, and its impact on gender expression and performance art.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69842/" TargetMode="External"/><Relationship Id="rId10" Type="http://schemas.openxmlformats.org/officeDocument/2006/relationships/hyperlink" Target="https://www.dragkinghistory.com/1995-present-mo-b-dick/" TargetMode="External"/><Relationship Id="rId11" Type="http://schemas.openxmlformats.org/officeDocument/2006/relationships/hyperlink" Target="https://www.dragkinghistory.com/about/" TargetMode="External"/><Relationship Id="rId12" Type="http://schemas.openxmlformats.org/officeDocument/2006/relationships/hyperlink" Target="https://www.dragkinghistory.com/" TargetMode="External"/><Relationship Id="rId13" Type="http://schemas.openxmlformats.org/officeDocument/2006/relationships/hyperlink" Target="https://www.pride.com/culture/drag/drag-king-history-mo-b-dick" TargetMode="External"/><Relationship Id="rId14" Type="http://schemas.openxmlformats.org/officeDocument/2006/relationships/hyperlink" Target="https://en.wikipedia.org/wiki/Drag_k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