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Reasons Las Vegas Pride Rebooked Its 2026 Grand Marshals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supporters are celebrating a comeback: Las Vegas PRIDE has re‑invited celebrity Grand Marshals Lauren Weedman and Jimmy Emerson to march in the 2026 PRIDE Night Parade, righting last year’s cancellation and promising a restored, festive night in downtown Las Vegas.</w:t>
      </w:r>
      <w:r/>
    </w:p>
    <w:p>
      <w:r/>
      <w:r>
        <w:t>Essential Takeaways</w:t>
      </w:r>
      <w:r/>
      <w:r/>
    </w:p>
    <w:p>
      <w:pPr>
        <w:pStyle w:val="ListBullet"/>
        <w:spacing w:line="240" w:lineRule="auto"/>
        <w:ind w:left="720"/>
      </w:pPr>
      <w:r/>
      <w:r>
        <w:rPr>
          <w:b/>
        </w:rPr>
        <w:t>Who’s back:</w:t>
      </w:r>
      <w:r>
        <w:t xml:space="preserve"> Lauren Weedman and Jimmy Emerson will serve as celebrity and local celebrity Grand Marshals for 2026. They missed their chance in 2025 after the parade was cancelled due to severe weather.</w:t>
      </w:r>
      <w:r/>
    </w:p>
    <w:p>
      <w:pPr>
        <w:pStyle w:val="ListBullet"/>
        <w:spacing w:line="240" w:lineRule="auto"/>
        <w:ind w:left="720"/>
      </w:pPr>
      <w:r/>
      <w:r>
        <w:rPr>
          <w:b/>
        </w:rPr>
        <w:t>Why it matters:</w:t>
      </w:r>
      <w:r>
        <w:t xml:space="preserve"> The rebooking repairs a public promise and restores visibility for performers and community leaders who were denied their moment.</w:t>
      </w:r>
      <w:r/>
    </w:p>
    <w:p>
      <w:pPr>
        <w:pStyle w:val="ListBullet"/>
        <w:spacing w:line="240" w:lineRule="auto"/>
        <w:ind w:left="720"/>
      </w:pPr>
      <w:r/>
      <w:r>
        <w:rPr>
          <w:b/>
        </w:rPr>
        <w:t>What to expect:</w:t>
      </w:r>
      <w:r>
        <w:t xml:space="preserve"> A downtown parade atmosphere, renewed scheduling and contingency planning; organisers emphasise safety after last year’s storm.</w:t>
      </w:r>
      <w:r/>
    </w:p>
    <w:p>
      <w:pPr>
        <w:pStyle w:val="ListBullet"/>
        <w:spacing w:line="240" w:lineRule="auto"/>
        <w:ind w:left="720"/>
      </w:pPr>
      <w:r/>
      <w:r>
        <w:rPr>
          <w:b/>
        </w:rPr>
        <w:t>Practical note:</w:t>
      </w:r>
      <w:r>
        <w:t xml:space="preserve"> If you plan to attend, bring lightweight waterproofs and check official updates, the event has shown it’ll prioritise safety over spectacle.</w:t>
      </w:r>
      <w:r/>
      <w:r/>
    </w:p>
    <w:p>
      <w:pPr>
        <w:pStyle w:val="Heading2"/>
      </w:pPr>
      <w:r>
        <w:t>Why Las Vegas PRIDE brought the same Grand Marshals back</w:t>
      </w:r>
      <w:r/>
    </w:p>
    <w:p>
      <w:r/>
      <w:r>
        <w:t>The organisers made a simple, crowd‑pleasing choice: give Lauren Weedman and Jimmy Emerson the spotlight they missed. After last year’s thunderstorm swept through at parade time, thousands were left disappointed and two honoured guests couldn’t take their places at the front. This year’s announcement feels like a promise kept, and it’s got the emotional lift you’d expect when an event finally gets its do‑over.</w:t>
      </w:r>
      <w:r/>
    </w:p>
    <w:p>
      <w:r/>
      <w:r>
        <w:t>Organisers have been clear that this move is as much about community repair as celebrity. According to the parade’s own updates, the decision recognises both the symbolic value of these roles and the disappointment people felt when rain cancelled the party. For attendees, it’s a reminder that events can and should own up to cancellations and come back stronger.</w:t>
      </w:r>
      <w:r/>
    </w:p>
    <w:p>
      <w:pPr>
        <w:pStyle w:val="Heading2"/>
      </w:pPr>
      <w:r>
        <w:t>What a Grand Marshal actually does , and why it’s a big deal</w:t>
      </w:r>
      <w:r/>
    </w:p>
    <w:p>
      <w:r/>
      <w:r>
        <w:t>A Grand Marshal isn’t just a name on a poster; they symbolise the parade’s values and set the tone for the night. As Pride.com explains, Grand Marshals often represent activism, culture or local contribution, and they lead processions that pull the crowd’s attention. That leadership role makes the return of Weedman and Emerson a visible sign of continuity and celebration.</w:t>
      </w:r>
      <w:r/>
    </w:p>
    <w:p>
      <w:r/>
      <w:r>
        <w:t>There’s a performance and a responsibility involved. Lauren Weedman brings national profile and comic energy, while Jimmy Emerson represents the local scene. Together they bridge the broader entertainment world and the Las Vegas community, which matters when PRIDE wants to show both reach and roots.</w:t>
      </w:r>
      <w:r/>
    </w:p>
    <w:p>
      <w:pPr>
        <w:pStyle w:val="Heading2"/>
      </w:pPr>
      <w:r>
        <w:t>How organisers handled last year’s cancellation , and what’s changed</w:t>
      </w:r>
      <w:r/>
    </w:p>
    <w:p>
      <w:r/>
      <w:r>
        <w:t>Last year’s storm was sudden and intense enough to halt the parade for safety reasons, and organisers chose to cancel rather than risk harm. That decision drew frustration but also understanding; safety comes first when thunderstorms and monsoon rains sweep in. This year, Las Vegas PRIDE has emphasised better contingency plans and clearer communication, aiming to avoid a repeat.</w:t>
      </w:r>
      <w:r/>
    </w:p>
    <w:p>
      <w:r/>
      <w:r>
        <w:t>Expect more proactive messaging on the day, advice on weather preparedness, and perhaps alternate programming if conditions force changes. For anyone who remembers the soggy disappointment, the improved planning is the key takeaway: they’ve learned the hard lesson and acted on it.</w:t>
      </w:r>
      <w:r/>
    </w:p>
    <w:p>
      <w:pPr>
        <w:pStyle w:val="Heading2"/>
      </w:pPr>
      <w:r>
        <w:t>What this means for attendees and the downtown scene</w:t>
      </w:r>
      <w:r/>
    </w:p>
    <w:p>
      <w:r/>
      <w:r>
        <w:t>Downtown Las Vegas will once again host the night parade, with the familiarity of neon and crowds but also a renewed sense of occasion. Attendees should plan for a lively, sensory event , bright costumes, music, and the distinct hum of the Strip nearby , and take practical steps: arrive early, use official transit or drop‑off points, and pack a light rain jacket just in case.</w:t>
      </w:r>
      <w:r/>
    </w:p>
    <w:p>
      <w:r/>
      <w:r>
        <w:t>Local businesses and performers also gain from the rebooking. Hotels, bars and drag stages feed off parade weekend; restoring the original Grand Marshals helps ensure the event’s marketing and entertainment schedules align, which boosts footfall and morale across the city.</w:t>
      </w:r>
      <w:r/>
    </w:p>
    <w:p>
      <w:pPr>
        <w:pStyle w:val="Heading2"/>
      </w:pPr>
      <w:r>
        <w:t>Looking ahead: what this comeback signals for Pride culture</w:t>
      </w:r>
      <w:r/>
    </w:p>
    <w:p>
      <w:r/>
      <w:r>
        <w:t>Bringing back Weedman and Emerson is more than a scheduling fix; it’s a small, public example of resilience. It shows organisers listening to the community and valuing symbolic leadership. Other Pride festivals have followed similar practices, naming Grand Marshals who reflect their values and then ensuring those figures get their due moment, rain or shine.</w:t>
      </w:r>
      <w:r/>
    </w:p>
    <w:p>
      <w:r/>
      <w:r>
        <w:t>It’s also a gentle reminder that large events can , and should , be nimble. Expect Las Vegas PRIDE to keep refining its approach, balancing spectacle with safety so future celebrations feel both triumphant and responsibly run.</w:t>
      </w:r>
      <w:r/>
    </w:p>
    <w:p>
      <w:r/>
      <w:r>
        <w:t>It’s a small change that can make every parade moment safer and more meaningful.</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[4]</w:t>
        </w:r>
      </w:hyperlink>
      <w:r>
        <w:t xml:space="preserve">, </w:t>
      </w:r>
      <w:hyperlink r:id="rId10">
        <w:r>
          <w:rPr>
            <w:color w:val="0000EE"/>
            <w:u w:val="single"/>
          </w:rPr>
          <w:t>[2]</w:t>
        </w:r>
      </w:hyperlink>
      <w:r>
        <w:t xml:space="preserve">- Paragraph 2: </w:t>
      </w:r>
      <w:hyperlink r:id="rId10">
        <w:r>
          <w:rPr>
            <w:color w:val="0000EE"/>
            <w:u w:val="single"/>
          </w:rPr>
          <w:t>[2]</w:t>
        </w:r>
      </w:hyperlink>
      <w:r>
        <w:t xml:space="preserve">, </w:t>
      </w:r>
      <w:hyperlink r:id="rId11">
        <w:r>
          <w:rPr>
            <w:color w:val="0000EE"/>
            <w:u w:val="single"/>
          </w:rPr>
          <w:t>[3]</w:t>
        </w:r>
      </w:hyperlink>
      <w:r>
        <w:t xml:space="preserve">- Paragraph 3: </w:t>
      </w:r>
      <w:hyperlink r:id="rId12">
        <w:r>
          <w:rPr>
            <w:color w:val="0000EE"/>
            <w:u w:val="single"/>
          </w:rPr>
          <w:t>[6]</w:t>
        </w:r>
      </w:hyperlink>
      <w:r>
        <w:t xml:space="preserve">, </w:t>
      </w:r>
      <w:hyperlink r:id="rId9">
        <w:r>
          <w:rPr>
            <w:color w:val="0000EE"/>
            <w:u w:val="single"/>
          </w:rPr>
          <w:t>[1]</w:t>
        </w:r>
      </w:hyperlink>
      <w:r>
        <w:t xml:space="preserve">- Paragraph 4: </w:t>
      </w:r>
      <w:hyperlink r:id="rId9">
        <w:r>
          <w:rPr>
            <w:color w:val="0000EE"/>
            <w:u w:val="single"/>
          </w:rPr>
          <w:t>[1]</w:t>
        </w:r>
      </w:hyperlink>
      <w:r>
        <w:t xml:space="preserve">, </w:t>
      </w:r>
      <w:hyperlink r:id="rId13">
        <w:r>
          <w:rPr>
            <w:color w:val="0000EE"/>
            <w:u w:val="single"/>
          </w:rPr>
          <w:t>[5]</w:t>
        </w:r>
      </w:hyperlink>
      <w:r>
        <w:t xml:space="preserve">- Paragraph 5: </w:t>
      </w:r>
      <w:hyperlink r:id="rId14">
        <w:r>
          <w:rPr>
            <w:color w:val="0000EE"/>
            <w:u w:val="single"/>
          </w:rPr>
          <w:t>[7]</w:t>
        </w:r>
      </w:hyperlink>
      <w:r>
        <w:t xml:space="preserve">, </w:t>
      </w:r>
      <w:hyperlink r:id="rId10">
        <w:r>
          <w:rPr>
            <w:color w:val="0000EE"/>
            <w:u w:val="single"/>
          </w:rPr>
          <w:t>[2]</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https://lasvegaspride.org/2026/09/01/back-in-the-spotlight/</w:t>
        </w:r>
      </w:hyperlink>
      <w:r>
        <w:t xml:space="preserve"> - Please view link - unable to able to access data</w:t>
      </w:r>
      <w:r/>
    </w:p>
    <w:p>
      <w:pPr>
        <w:pStyle w:val="ListNumber"/>
        <w:spacing w:line="240" w:lineRule="auto"/>
        <w:ind w:left="720"/>
      </w:pPr>
      <w:r/>
      <w:hyperlink r:id="rId10">
        <w:r>
          <w:rPr>
            <w:color w:val="0000EE"/>
            <w:u w:val="single"/>
          </w:rPr>
          <w:t>https://lasvegaspride.org/2025/08/29/las-vegas-pride-night-parade-returns-to-downtown-with-star-studded-lineup-of-grand-marshals/</w:t>
        </w:r>
      </w:hyperlink>
      <w:r>
        <w:t xml:space="preserve"> - The 2025 Las Vegas PRIDE Night Parade was scheduled for October 10, 2025, in Downtown Las Vegas, featuring Grand Marshals Lauren Weedman, Jimmy Emerson, and the Sin Sity Sisters of Perpetual Indulgence. The parade aimed to celebrate Southern Nevada’s LGBTQ+ community with dazzling floats and vibrant performances. However, a sudden, intense thunderstorm and monsoon rains forced the cancellation of the event, leaving the community without the anticipated celebration. This year, Las Vegas PRIDE is committed to making things right by welcoming Weedman and Emerson back as Grand Marshals for the 2026 PRIDE Night Parade.</w:t>
      </w:r>
      <w:r/>
    </w:p>
    <w:p>
      <w:pPr>
        <w:pStyle w:val="ListNumber"/>
        <w:spacing w:line="240" w:lineRule="auto"/>
        <w:ind w:left="720"/>
      </w:pPr>
      <w:r/>
      <w:hyperlink r:id="rId11">
        <w:r>
          <w:rPr>
            <w:color w:val="0000EE"/>
            <w:u w:val="single"/>
          </w:rPr>
          <w:t>https://lasvegaspride.org/2025/09/04/jimmy-emerson/</w:t>
        </w:r>
      </w:hyperlink>
      <w:r>
        <w:t xml:space="preserve"> - Jimmy Emerson, the Local Celebrity Grand Marshal of the 2025 Las Vegas PRIDE Night Parade, has had a colourful and resilient career as an actor, comedian, female impersonator, and producer. Born in Sealy, Texas, and raised in Orange, Emerson studied theatre at Lamar University before moving to Houston, where he hosted his first drag show in 1976. He later moved to Las Vegas, where he became known for his comedic impersonations in 'An Evening at La Cage' at the Riviera Hotel. Emerson's enduring alter ego, Tammy Spraynette, has been making audiences laugh for decades.</w:t>
      </w:r>
      <w:r/>
    </w:p>
    <w:p>
      <w:pPr>
        <w:pStyle w:val="ListNumber"/>
        <w:spacing w:line="240" w:lineRule="auto"/>
        <w:ind w:left="720"/>
      </w:pPr>
      <w:r/>
      <w:hyperlink r:id="rId9">
        <w:r>
          <w:rPr>
            <w:color w:val="0000EE"/>
            <w:u w:val="single"/>
          </w:rPr>
          <w:t>https://lasvegaspride.org/2026/09/01/back-in-the-spotlight/</w:t>
        </w:r>
      </w:hyperlink>
      <w:r>
        <w:t xml:space="preserve"> - Las Vegas PRIDE is excited to welcome back Celebrity Grand Marshal Lauren Weedman and Local Celebrity Grand Marshal Jimmy Emerson for the 2026 PRIDE Night Parade. Last year, a sudden thunderstorm and monsoon rains led to the cancellation of the 2025 parade, leaving the community without the anticipated celebration. This year, Weedman and Emerson will take their well-deserved places at the front of the parade, celebrating their remarkable contributions to the LGBTQ+ community. Weedman, an actress, comedian, playwright, and author, is known for her work on 'The Daily Show' and HBO's 'Looking' and 'Hacks'. Emerson, a Las Vegas entertainer, has dazzled audiences for decades as an actor, comedian, female impersonator, and producer, with notable performances in 'An Evening at La Cage' and as Tammy Spraynette.</w:t>
      </w:r>
      <w:r/>
    </w:p>
    <w:p>
      <w:pPr>
        <w:pStyle w:val="ListNumber"/>
        <w:spacing w:line="240" w:lineRule="auto"/>
        <w:ind w:left="720"/>
      </w:pPr>
      <w:r/>
      <w:hyperlink r:id="rId13">
        <w:r>
          <w:rPr>
            <w:color w:val="0000EE"/>
            <w:u w:val="single"/>
          </w:rPr>
          <w:t>https://lasvegaspride.org/pride-parade/</w:t>
        </w:r>
      </w:hyperlink>
      <w:r>
        <w:t xml:space="preserve"> - The Annual Las Vegas PRIDE Night Parade is scheduled for October 9, 2026, in downtown Las Vegas. The parade will begin at 7:00 PM at 4th Street and Clark Avenue, continuing north to Ogden Avenue. The event aims to celebrate Southern Nevada’s LGBTQ+ community with dazzling floats, vibrant performances, and a powerful display of unity and pride. The Parade Main Stage is located at the intersection of 4th Street &amp; Bridger Avenue in Downtown Las Vegas, with beverage stations, food trucks, and exhibitors at the Block Party on 4th Street. The Parade Pre-Show begins at 6 pm, leading up to the start of the parade at 7 pm.</w:t>
      </w:r>
      <w:r/>
    </w:p>
    <w:p>
      <w:pPr>
        <w:pStyle w:val="ListNumber"/>
        <w:spacing w:line="240" w:lineRule="auto"/>
        <w:ind w:left="720"/>
      </w:pPr>
      <w:r/>
      <w:hyperlink r:id="rId12">
        <w:r>
          <w:rPr>
            <w:color w:val="0000EE"/>
            <w:u w:val="single"/>
          </w:rPr>
          <w:t>https://www.pride.com/pride/what-is-a-grand-marshal</w:t>
        </w:r>
      </w:hyperlink>
      <w:r>
        <w:t xml:space="preserve"> - A Grand Marshal is an individual honoured as the ceremonial marshal of a parade, often selected for their significant contributions to the community. In the context of Pride events, Grand Marshals are typically individuals who have made outstanding contributions to LGBTQ+ visibility, advocacy, and community impact. They may include local heroes, celebrities, or openly queer members within the LGBTQ+ community. The role of a Grand Marshal is to lead the parade, symbolising the strength, brilliance, and resistance that have always defined the LGBTQ+ movement.</w:t>
      </w:r>
      <w:r/>
    </w:p>
    <w:p>
      <w:pPr>
        <w:pStyle w:val="ListNumber"/>
        <w:spacing w:line="240" w:lineRule="auto"/>
        <w:ind w:left="720"/>
      </w:pPr>
      <w:r/>
      <w:hyperlink r:id="rId14">
        <w:r>
          <w:rPr>
            <w:color w:val="0000EE"/>
            <w:u w:val="single"/>
          </w:rPr>
          <w:t>https://atlantapride.org/2026/06/26/atlanta-pride-announces-2026-grand-marshals/</w:t>
        </w:r>
      </w:hyperlink>
      <w:r>
        <w:t xml:space="preserve"> - Atlanta Pride announced the 2026 Grand Marshals, an inspiring group of leaders, advocates, artists, entertainers, and organizations whose work reflects this year’s theme, 'Louder &amp; Prouder'. The honorees include Carl Charles, Jenny Arellano, John M. Haupert, Master J. Tebias Perry, Noël Heatherland, Pressure K, Shawnna Brooks, and ZAMI NOBLA (National Organization of Black Lesbians on Aging). These individuals and organizations were selected for their outstanding contributions to LGBTQ+ communities, representing a wide range of experiences and areas of impact, including civil rights advocacy, healthcare leadership, transgender visibility, community organizing, cultural preservation, drag performance, Leather leadership, and intergenerational activism.</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lasvegaspride.org/2026/09/01/back-in-the-spotlight/" TargetMode="External"/><Relationship Id="rId10" Type="http://schemas.openxmlformats.org/officeDocument/2006/relationships/hyperlink" Target="https://lasvegaspride.org/2025/08/29/las-vegas-pride-night-parade-returns-to-downtown-with-star-studded-lineup-of-grand-marshals/" TargetMode="External"/><Relationship Id="rId11" Type="http://schemas.openxmlformats.org/officeDocument/2006/relationships/hyperlink" Target="https://lasvegaspride.org/2025/09/04/jimmy-emerson/" TargetMode="External"/><Relationship Id="rId12" Type="http://schemas.openxmlformats.org/officeDocument/2006/relationships/hyperlink" Target="https://www.pride.com/pride/what-is-a-grand-marshal" TargetMode="External"/><Relationship Id="rId13" Type="http://schemas.openxmlformats.org/officeDocument/2006/relationships/hyperlink" Target="https://lasvegaspride.org/pride-parade/" TargetMode="External"/><Relationship Id="rId14" Type="http://schemas.openxmlformats.org/officeDocument/2006/relationships/hyperlink" Target="https://atlantapride.org/2026/06/26/atlanta-pride-announces-2026-grand-marshal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