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Fall Feels Like the Queerest Season — and How to Own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Sip that iced PSL and listen up: fall is when queer people come alive, from Halloween drag marathons to cosy cuffing-season moments, and it matters because this season brings community, costume, fashion and found-family rituals that feed the soul. Here’s why autumn has earned its crown , and how to make the most of it.</w:t>
      </w:r>
      <w:r/>
    </w:p>
    <w:p>
      <w:r/>
      <w:r>
        <w:t>Essential Takeaways</w:t>
      </w:r>
      <w:r/>
      <w:r/>
    </w:p>
    <w:p>
      <w:pPr>
        <w:pStyle w:val="ListBullet"/>
        <w:spacing w:line="240" w:lineRule="auto"/>
        <w:ind w:left="720"/>
      </w:pPr>
      <w:r/>
      <w:r>
        <w:rPr>
          <w:b/>
        </w:rPr>
        <w:t>Halloween energy:</w:t>
      </w:r>
      <w:r>
        <w:t xml:space="preserve"> October’s costume culture feels like a month-long creative release for queer communities, bold and theatrical.</w:t>
      </w:r>
      <w:r/>
    </w:p>
    <w:p>
      <w:pPr>
        <w:pStyle w:val="ListBullet"/>
        <w:spacing w:line="240" w:lineRule="auto"/>
        <w:ind w:left="720"/>
      </w:pPr>
      <w:r/>
      <w:r>
        <w:rPr>
          <w:b/>
        </w:rPr>
        <w:t>Fashion peak:</w:t>
      </w:r>
      <w:r>
        <w:t xml:space="preserve"> Layering season brings signature queer style moments , boots, flannels, ties and dark lipstick with a confident, tactile vibe.</w:t>
      </w:r>
      <w:r/>
    </w:p>
    <w:p>
      <w:pPr>
        <w:pStyle w:val="ListBullet"/>
        <w:spacing w:line="240" w:lineRule="auto"/>
        <w:ind w:left="720"/>
      </w:pPr>
      <w:r/>
      <w:r>
        <w:rPr>
          <w:b/>
        </w:rPr>
        <w:t>Cuffing season:</w:t>
      </w:r>
      <w:r>
        <w:t xml:space="preserve"> Cooler weather nudges people toward closeness; expect more hand-holding, potlucks and quiet café dates.</w:t>
      </w:r>
      <w:r/>
    </w:p>
    <w:p>
      <w:pPr>
        <w:pStyle w:val="ListBullet"/>
        <w:spacing w:line="240" w:lineRule="auto"/>
        <w:ind w:left="720"/>
      </w:pPr>
      <w:r/>
      <w:r>
        <w:rPr>
          <w:b/>
        </w:rPr>
        <w:t>Found family rituals:</w:t>
      </w:r>
      <w:r>
        <w:t xml:space="preserve"> Autumn’s holidays prompt communal dinners, celebrations and solidarity; it's when chosen-family practices deepen.</w:t>
      </w:r>
      <w:r/>
    </w:p>
    <w:p>
      <w:pPr>
        <w:pStyle w:val="ListBullet"/>
        <w:spacing w:line="240" w:lineRule="auto"/>
        <w:ind w:left="720"/>
      </w:pPr>
      <w:r/>
      <w:r>
        <w:rPr>
          <w:b/>
        </w:rPr>
        <w:t>Mood and ritual:</w:t>
      </w:r>
      <w:r>
        <w:t xml:space="preserve"> Scents, textures and rituals , pumpkin spice, Doc Martens, cashmere , make fall emotionally resonant and sensory-rich.</w:t>
      </w:r>
      <w:r/>
      <w:r/>
    </w:p>
    <w:p>
      <w:pPr>
        <w:pStyle w:val="Heading2"/>
      </w:pPr>
      <w:r>
        <w:t>Why Halloween Feels Like Gay Christmas</w:t>
      </w:r>
      <w:r/>
    </w:p>
    <w:p>
      <w:r/>
      <w:r>
        <w:t>Think of Halloween as a runway that lasts weeks; it’s the one time (ok, month) we’re rewarded for going full theatrical, and the streets become a packed stage. Costume culture lets people test gender, play with identity and show up in extravagant drag or intimate reinterpretations of classics. According to coverage in queer culture outlets, the holiday’s performative joy has long been embraced by LGBTQ+ communities as a space to be seen without apology. If you love to camp it up, plan your looks early , think layers, durable shoe choices, and a makeup plan that survives a night of dancing.</w:t>
      </w:r>
      <w:r/>
    </w:p>
    <w:p>
      <w:pPr>
        <w:pStyle w:val="Heading2"/>
      </w:pPr>
      <w:r>
        <w:t>Fashion: Layering, Texture and Queer Codes</w:t>
      </w:r>
      <w:r/>
    </w:p>
    <w:p>
      <w:r/>
      <w:r>
        <w:t>Autumn is the season of tactile dressing , heavy boots, cosy scarves, and that perfect overcoat that makes you feel like a character in a moody indie film. Styles that trend among queer crowds, Blundstones, flannels, ties, and trench coats, are both practical and iconic. Publications and social feeds pick up on these recurring aesthetics every year, turning them into seasonal shorthand. Want to lean in? Invest in one standout outerwear piece and a few accessories that read intentionally queer: a tie, a chunky boot, or a moody lipstick.</w:t>
      </w:r>
      <w:r/>
    </w:p>
    <w:p>
      <w:pPr>
        <w:pStyle w:val="Heading2"/>
      </w:pPr>
      <w:r>
        <w:t>Cuffing Season: Romance Gets Cozier</w:t>
      </w:r>
      <w:r/>
    </w:p>
    <w:p>
      <w:r/>
      <w:r>
        <w:t>There’s a practical romance to colder weather: fewer outdoor plans, more intimate cafés, and the impulse to keep someone close. Fall nudges people toward pairing up and nesting, and queer culture has its own rituals around this shift , from shared knitting projects to reading each other’s books by the window. If you’re dating, prioritise slow, warm outings: cosy bookstores, communal-warmth dinners, and walks through leaf-strewn streets where hand-holding feels cinematic.</w:t>
      </w:r>
      <w:r/>
    </w:p>
    <w:p>
      <w:pPr>
        <w:pStyle w:val="Heading2"/>
      </w:pPr>
      <w:r>
        <w:t>Community, Found Family and Holiday Prep</w:t>
      </w:r>
      <w:r/>
    </w:p>
    <w:p>
      <w:r/>
      <w:r>
        <w:t>Autumn is when found family takes centre stage; potlucks, small ceremonies and mutual-care rituals multiply as the holidays approach. Many queer people intentionally curate gatherings that feel safe and celebratory, turning seasonal rituals into acts of care. Media commentary highlights how these gatherings serve as emotional anchors before potentially fraught family holidays. Practical tip: start organising simple shared meals early and involve people in low-pressure ways , a dessert swap, a playlist, or a themed movie night.</w:t>
      </w:r>
      <w:r/>
    </w:p>
    <w:p>
      <w:pPr>
        <w:pStyle w:val="Heading2"/>
      </w:pPr>
      <w:r>
        <w:t>Why It All Feels So Right , The Sensory Truths</w:t>
      </w:r>
      <w:r/>
    </w:p>
    <w:p>
      <w:r/>
      <w:r>
        <w:t>There’s a sensory logic to all this: pumpkin spice, the crunch of leaves, the comfort of layered fabrics. These textures and smells trigger nostalgia and create space for expression. Cultural pieces and personal essays point out that fall’s aesthetics dovetail with queer practices of performance, fashion and intimacy, so it’s no surprise the season feels especially resonant. My advice: lean into a few sensory rituals that make you feel seen , a signature drink, a go-to boot, a playlist , and let them anchor your season.</w:t>
      </w:r>
      <w:r/>
    </w:p>
    <w:p>
      <w:r/>
      <w:r>
        <w:t>It’s a small change that can make the whole season feel kinder, louder and more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[3]</w:t>
        </w:r>
      </w:hyperlink>
      <w:r>
        <w:t xml:space="preserve">- Paragraph 3: </w:t>
      </w:r>
      <w:hyperlink r:id="rId9">
        <w:r>
          <w:rPr>
            <w:color w:val="0000EE"/>
            <w:u w:val="single"/>
          </w:rPr>
          <w:t>[4]</w:t>
        </w:r>
      </w:hyperlink>
      <w:r>
        <w:t xml:space="preserve">- Paragraph 4: </w:t>
      </w:r>
      <w:hyperlink r:id="rId9">
        <w:r>
          <w:rPr>
            <w:color w:val="0000EE"/>
            <w:u w:val="single"/>
          </w:rPr>
          <w:t>[5]</w:t>
        </w:r>
      </w:hyperlink>
      <w:r>
        <w:t xml:space="preserve">- Paragraph 5: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https://www.them.us/culture/fall-queerest-season</w:t>
        </w:r>
      </w:hyperlink>
      <w:r>
        <w:t xml:space="preserve"> - Please view link - unable to able to access data</w:t>
      </w:r>
      <w:r/>
    </w:p>
    <w:p>
      <w:pPr>
        <w:pStyle w:val="ListNumber"/>
        <w:spacing w:line="240" w:lineRule="auto"/>
        <w:ind w:left="720"/>
      </w:pPr>
      <w:r/>
      <w:hyperlink r:id="rId9">
        <w:r>
          <w:rPr>
            <w:color w:val="0000EE"/>
            <w:u w:val="single"/>
          </w:rPr>
          <w:t>https://www.them.us/culture/fall-queerest-season</w:t>
        </w:r>
      </w:hyperlink>
      <w:r>
        <w:t xml:space="preserve"> - An article discussing why autumn is considered the queerest season, highlighting Halloween as a major queer celebration and the 'Christian Girl Autumn' meme.</w:t>
      </w:r>
      <w:r/>
    </w:p>
    <w:p>
      <w:pPr>
        <w:pStyle w:val="ListNumber"/>
        <w:spacing w:line="240" w:lineRule="auto"/>
        <w:ind w:left="720"/>
      </w:pPr>
      <w:r/>
      <w:hyperlink r:id="rId9">
        <w:r>
          <w:rPr>
            <w:color w:val="0000EE"/>
            <w:u w:val="single"/>
          </w:rPr>
          <w:t>https://www.them.us/culture/fall-queerest-season</w:t>
        </w:r>
      </w:hyperlink>
      <w:r>
        <w:t xml:space="preserve"> - An article discussing why autumn is considered the queerest season, highlighting Halloween as a major queer celebration and the 'Christian Girl Autumn' meme.</w:t>
      </w:r>
      <w:r/>
    </w:p>
    <w:p>
      <w:pPr>
        <w:pStyle w:val="ListNumber"/>
        <w:spacing w:line="240" w:lineRule="auto"/>
        <w:ind w:left="720"/>
      </w:pPr>
      <w:r/>
      <w:hyperlink r:id="rId9">
        <w:r>
          <w:rPr>
            <w:color w:val="0000EE"/>
            <w:u w:val="single"/>
          </w:rPr>
          <w:t>https://www.them.us/culture/fall-queerest-season</w:t>
        </w:r>
      </w:hyperlink>
      <w:r>
        <w:t xml:space="preserve"> - An article discussing why autumn is considered the queerest season, highlighting Halloween as a major queer celebration and the 'Christian Girl Autumn' meme.</w:t>
      </w:r>
      <w:r/>
    </w:p>
    <w:p>
      <w:pPr>
        <w:pStyle w:val="ListNumber"/>
        <w:spacing w:line="240" w:lineRule="auto"/>
        <w:ind w:left="720"/>
      </w:pPr>
      <w:r/>
      <w:hyperlink r:id="rId9">
        <w:r>
          <w:rPr>
            <w:color w:val="0000EE"/>
            <w:u w:val="single"/>
          </w:rPr>
          <w:t>https://www.them.us/culture/fall-queerest-season</w:t>
        </w:r>
      </w:hyperlink>
      <w:r>
        <w:t xml:space="preserve"> - An article discussing why autumn is considered the queerest season, highlighting Halloween as a major queer celebration and the 'Christian Girl Autumn' meme.</w:t>
      </w:r>
      <w:r/>
    </w:p>
    <w:p>
      <w:pPr>
        <w:pStyle w:val="ListNumber"/>
        <w:spacing w:line="240" w:lineRule="auto"/>
        <w:ind w:left="720"/>
      </w:pPr>
      <w:r/>
      <w:hyperlink r:id="rId9">
        <w:r>
          <w:rPr>
            <w:color w:val="0000EE"/>
            <w:u w:val="single"/>
          </w:rPr>
          <w:t>https://www.them.us/culture/fall-queerest-season</w:t>
        </w:r>
      </w:hyperlink>
      <w:r>
        <w:t xml:space="preserve"> - An article discussing why autumn is considered the queerest season, highlighting Halloween as a major queer celebration and the 'Christian Girl Autumn' meme.</w:t>
      </w:r>
      <w:r/>
    </w:p>
    <w:p>
      <w:pPr>
        <w:pStyle w:val="ListNumber"/>
        <w:spacing w:line="240" w:lineRule="auto"/>
        <w:ind w:left="720"/>
      </w:pPr>
      <w:r/>
      <w:hyperlink r:id="rId9">
        <w:r>
          <w:rPr>
            <w:color w:val="0000EE"/>
            <w:u w:val="single"/>
          </w:rPr>
          <w:t>https://www.them.us/culture/fall-queerest-season</w:t>
        </w:r>
      </w:hyperlink>
      <w:r>
        <w:t xml:space="preserve"> - An article discussing why autumn is considered the queerest season, highlighting Halloween as a major queer celebration and the 'Christian Girl Autumn' meme.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culture/fall-queerest-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