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Rainbow Rave Tips for Las Vegas PRIDE — How to Dance, Dress and Stay Safe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partygoers are already circling the date: Las Vegas PRIDE’s Rainbow Rave returns on 10 October, bringing queer DJs, drag, and a visible celebration of rave history to AREA15 , here’s what to expect, why it matters, and how to enjoy it safely.</w:t>
      </w:r>
      <w:r/>
    </w:p>
    <w:p>
      <w:r/>
      <w:r>
        <w:t>Essential Takeaways</w:t>
      </w:r>
      <w:r/>
      <w:r/>
    </w:p>
    <w:p>
      <w:pPr>
        <w:pStyle w:val="ListBullet"/>
        <w:spacing w:line="240" w:lineRule="auto"/>
        <w:ind w:left="720"/>
      </w:pPr>
      <w:r/>
      <w:r>
        <w:rPr>
          <w:b/>
        </w:rPr>
        <w:t>What it is:</w:t>
      </w:r>
      <w:r>
        <w:t xml:space="preserve"> A Pride-hosted rave mixing EDM, house, hyperpop and drag, designed as a visible, community-focused celebration.</w:t>
      </w:r>
      <w:r/>
    </w:p>
    <w:p>
      <w:pPr>
        <w:pStyle w:val="ListBullet"/>
        <w:spacing w:line="240" w:lineRule="auto"/>
        <w:ind w:left="720"/>
      </w:pPr>
      <w:r/>
      <w:r>
        <w:rPr>
          <w:b/>
        </w:rPr>
        <w:t>Who’s playing:</w:t>
      </w:r>
      <w:r>
        <w:t xml:space="preserve"> Local and national DJs headline, with an emphasis on queer and local talent and pop-up drag moments.</w:t>
      </w:r>
      <w:r/>
    </w:p>
    <w:p>
      <w:pPr>
        <w:pStyle w:val="ListBullet"/>
        <w:spacing w:line="240" w:lineRule="auto"/>
        <w:ind w:left="720"/>
      </w:pPr>
      <w:r/>
      <w:r>
        <w:rPr>
          <w:b/>
        </w:rPr>
        <w:t>Health &amp; safety:</w:t>
      </w:r>
      <w:r>
        <w:t xml:space="preserve"> On-site free HIV testing and harm-reduction supplies like Narcan are provided.</w:t>
      </w:r>
      <w:r/>
    </w:p>
    <w:p>
      <w:pPr>
        <w:pStyle w:val="ListBullet"/>
        <w:spacing w:line="240" w:lineRule="auto"/>
        <w:ind w:left="720"/>
      </w:pPr>
      <w:r/>
      <w:r>
        <w:rPr>
          <w:b/>
        </w:rPr>
        <w:t>Vibe:</w:t>
      </w:r>
      <w:r>
        <w:t xml:space="preserve"> PLUR-rooted , Peace, Love, Unity, Respect , with a dress code that’s an open invitation to radical self-expression.</w:t>
      </w:r>
      <w:r/>
    </w:p>
    <w:p>
      <w:pPr>
        <w:pStyle w:val="ListBullet"/>
        <w:spacing w:line="240" w:lineRule="auto"/>
        <w:ind w:left="720"/>
      </w:pPr>
      <w:r/>
      <w:r>
        <w:rPr>
          <w:b/>
        </w:rPr>
        <w:t>Practical:</w:t>
      </w:r>
      <w:r>
        <w:t xml:space="preserve"> Expect loud bass, flashing lights and long dance stretches , bring ear protection, comfy shoes and a hydration plan.</w:t>
      </w:r>
      <w:r/>
      <w:r/>
    </w:p>
    <w:p>
      <w:pPr>
        <w:pStyle w:val="Heading2"/>
      </w:pPr>
      <w:r>
        <w:t>Why Rainbow Rave matters , a dance floor with history</w:t>
      </w:r>
      <w:r/>
    </w:p>
    <w:p>
      <w:r/>
      <w:r>
        <w:t>The Rainbow Rave isn’t just another party; it’s part of a lineage that links queer nightlife to the birth of house and techno. According to historians, Chicago’s Warehouse and Detroit’s techno pioneers helped shape sounds that provided queer and marginalised communities sanctuary on the dance floor. That background is loud here: the event’s organisers lean into those roots while putting Pride front and centre. If you feel a chill of communal history when the bass drops, you’re feeling what organisers hoped for.</w:t>
      </w:r>
      <w:r/>
    </w:p>
    <w:p>
      <w:pPr>
        <w:pStyle w:val="Heading2"/>
      </w:pPr>
      <w:r>
        <w:t>What the night actually sounds and looks like</w:t>
      </w:r>
      <w:r/>
    </w:p>
    <w:p>
      <w:r/>
      <w:r>
        <w:t>Expect an eclectic mix: EDM, house, hyperpop, pop remixes and DJ-led mashups, with drag woven between sets to keep the energy theatrical and joyful. The lineup blends local DJs who know the city with established acts, so you’ll get both Vegas flavour and festival polish. Lighting, photo ops and theatrical moments mean it’s as much an immersive club night as it is a Pride statement , bring a camera, but be ready to live in the moment too.</w:t>
      </w:r>
      <w:r/>
    </w:p>
    <w:p>
      <w:pPr>
        <w:pStyle w:val="Heading2"/>
      </w:pPr>
      <w:r>
        <w:t>Safety and community care , don’t leave it to chance</w:t>
      </w:r>
      <w:r/>
    </w:p>
    <w:p>
      <w:r/>
      <w:r>
        <w:t>Las Vegas PRIDE has baked harm reduction into the event: free HIV testing and Narcan distribution are on site, and community groups are visible throughout. That’s smart and necessary , raves are communal by nature, but music and crowds can also mean people need accessible care. Practical tip: locate the health booth when you arrive, keep a charged phone, and buddy up if you plan to stay late. Earplugs and a hydration pack will make the night kinder to your body.</w:t>
      </w:r>
      <w:r/>
    </w:p>
    <w:p>
      <w:pPr>
        <w:pStyle w:val="Heading2"/>
      </w:pPr>
      <w:r>
        <w:t>Dress, dance, and radical self-expression</w:t>
      </w:r>
      <w:r/>
    </w:p>
    <w:p>
      <w:r/>
      <w:r>
        <w:t>The dress code is an invitation: dress up, dress down, get wild , whatever helps you feel authentic. That ties directly back to Pride’s message and rave culture’s ethos of challenging norms. Costumes, sequins, bold makeup and comfortable trainers all work; layering helps if the venue shifts temperature. If you want to perform or participate in drag moments, arrive early to catch pop-up slots and community showcases.</w:t>
      </w:r>
      <w:r/>
    </w:p>
    <w:p>
      <w:pPr>
        <w:pStyle w:val="Heading2"/>
      </w:pPr>
      <w:r>
        <w:t>Joy as resistance , why celebrating matters now</w:t>
      </w:r>
      <w:r/>
    </w:p>
    <w:p>
      <w:r/>
      <w:r>
        <w:t>The 2026 Pride theme , Rise. Resist. Rejoice. , fits the rave perfectly: communal joy can be a political act when visibility is under pressure. Organisers say creating a visible, inclusive rave space in a city famous for nightlife counters exclusion and offers a place where LGBTQIA+ people can feel seen. For many attendees, those few hours of unguarded celebration are restorative; for the wider movement, they’re a public statement that joy and protest can share the same dance floor.</w:t>
      </w:r>
      <w:r/>
    </w:p>
    <w:p>
      <w:pPr>
        <w:pStyle w:val="Heading2"/>
      </w:pPr>
      <w:r>
        <w:t>Getting there and getting the most from the night</w:t>
      </w:r>
      <w:r/>
    </w:p>
    <w:p>
      <w:r/>
      <w:r>
        <w:t>Plan for crowds and late finishes: pre-book tickets, check arrival windows, and expect lines for entry and facilities. AREA15 and similar venues are sensory-heavy, so if loud noises or flashing lights trigger you, prepare coping strategies , ear protection, quiet zones, or stepping out for a breather. Lastly, support local talent: organisers intentionally spotlight homegrown DJs and performers, so tipping performers, buying merch, or following their socials helps keep the scene thriving.</w:t>
      </w:r>
      <w:r/>
    </w:p>
    <w:p>
      <w:r/>
      <w:r>
        <w:t>It's a small change that can make every dance and every moment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15">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https://lasvegaspride.org/2026/09/01/rainbow-rave/</w:t>
        </w:r>
      </w:hyperlink>
      <w:r>
        <w:t xml:space="preserve"> - Please view link - unable to able to access data</w:t>
      </w:r>
      <w:r/>
    </w:p>
    <w:p>
      <w:pPr>
        <w:pStyle w:val="ListNumber"/>
        <w:spacing w:line="240" w:lineRule="auto"/>
        <w:ind w:left="720"/>
      </w:pPr>
      <w:r/>
      <w:hyperlink r:id="rId10">
        <w:r>
          <w:rPr>
            <w:color w:val="0000EE"/>
            <w:u w:val="single"/>
          </w:rPr>
          <w:t>https://www.history.com/articles/drag-balls-house-ballroom-voguing</w:t>
        </w:r>
      </w:hyperlink>
      <w:r>
        <w:t xml:space="preserve"> - This article explores the evolution of drag balls in Harlem during the post-Civil War era, highlighting how Black and Latino gay, trans, and queer individuals developed a thriving subculture in house balls. These events provided spaces for self-expression and acceptance within marginalized communities, leading to the emergence of voguing and the broader house ballroom culture.</w:t>
      </w:r>
      <w:r/>
    </w:p>
    <w:p>
      <w:pPr>
        <w:pStyle w:val="ListNumber"/>
        <w:spacing w:line="240" w:lineRule="auto"/>
        <w:ind w:left="720"/>
      </w:pPr>
      <w:r/>
      <w:hyperlink r:id="rId11">
        <w:r>
          <w:rPr>
            <w:color w:val="0000EE"/>
            <w:u w:val="single"/>
          </w:rPr>
          <w:t>https://elpais.com/babelia/2026-01-24/el-enigma-cultural-de-la-rave-utopia-de-baile-o-brecha-de-resistencia.html</w:t>
        </w:r>
      </w:hyperlink>
      <w:r>
        <w:t xml:space="preserve"> - This article examines the cultural enigma of the rave, questioning whether it serves as a utopian dance experience or a form of resistance. It traces the evolution of rave culture from its rebellious origins in the 1990s to its current status as a mainstream phenomenon, discussing its transformation and the persistence of its subversive spirit in certain spaces.</w:t>
      </w:r>
      <w:r/>
    </w:p>
    <w:p>
      <w:pPr>
        <w:pStyle w:val="ListNumber"/>
        <w:spacing w:line="240" w:lineRule="auto"/>
        <w:ind w:left="720"/>
      </w:pPr>
      <w:r/>
      <w:hyperlink r:id="rId15">
        <w:r>
          <w:rPr>
            <w:color w:val="0000EE"/>
            <w:u w:val="single"/>
          </w:rPr>
          <w:t>https://www.axios.com/local/portland/2025/06/26/portland-lgbtq-popups-events-nightlife</w:t>
        </w:r>
      </w:hyperlink>
      <w:r>
        <w:t xml:space="preserve"> - This piece discusses how Portland's LGBTQ+ community is reinventing its spaces through pop-up events and alternative venues. In response to the closure of several iconic gay bars, new initiatives like Blow Pony's dance parties and drag burlesque shows are emerging, highlighting the community's resilience and adaptability in maintaining vibrant queer culture.</w:t>
      </w:r>
      <w:r/>
    </w:p>
    <w:p>
      <w:pPr>
        <w:pStyle w:val="ListNumber"/>
        <w:spacing w:line="240" w:lineRule="auto"/>
        <w:ind w:left="720"/>
      </w:pPr>
      <w:r/>
      <w:hyperlink r:id="rId12">
        <w:r>
          <w:rPr>
            <w:color w:val="0000EE"/>
            <w:u w:val="single"/>
          </w:rPr>
          <w:t>https://www.vegas4locals.com/las-vegas-pride-festival-2026/</w:t>
        </w:r>
      </w:hyperlink>
      <w:r>
        <w:t xml:space="preserve"> - This article provides details about the Las Vegas PRIDE Festival 2026, scheduled for October 17 at the Desert Breeze Events Center. It outlines the festival's offerings, including entertainment, exhibitors, community organizations, and family programming, all aimed at celebrating and uplifting the LGBTQIA+ community.</w:t>
      </w:r>
      <w:r/>
    </w:p>
    <w:p>
      <w:pPr>
        <w:pStyle w:val="ListNumber"/>
        <w:spacing w:line="240" w:lineRule="auto"/>
        <w:ind w:left="720"/>
      </w:pPr>
      <w:r/>
      <w:hyperlink r:id="rId14">
        <w:r>
          <w:rPr>
            <w:color w:val="0000EE"/>
            <w:u w:val="single"/>
          </w:rPr>
          <w:t>https://www.lasvegaspride.org/2026/04/02/festival-guide-2026/</w:t>
        </w:r>
      </w:hyperlink>
      <w:r>
        <w:t xml:space="preserve"> - This guide outlines the events for the 2026 Las Vegas PRIDE Celebration, including the Las Vegas PRIDE Parade on October 9 and the Las Vegas PRIDE Rainbow Rave on October 10. It provides information on ticketing, event schedules, and details about the festival's theme, 'Rise, Resist, Rejoice!'</w:t>
      </w:r>
      <w:r/>
    </w:p>
    <w:p>
      <w:pPr>
        <w:pStyle w:val="ListNumber"/>
        <w:spacing w:line="240" w:lineRule="auto"/>
        <w:ind w:left="720"/>
      </w:pPr>
      <w:r/>
      <w:hyperlink r:id="rId13">
        <w:r>
          <w:rPr>
            <w:color w:val="0000EE"/>
            <w:u w:val="single"/>
          </w:rPr>
          <w:t>https://www.lasvegaspride.org/event/las-vegas-pride-rainbow-rave-2/</w:t>
        </w:r>
      </w:hyperlink>
      <w:r>
        <w:t xml:space="preserve"> - This page details the Las Vegas PRIDE Rainbow Rave, an event celebrating National Coming Out Day on October 10. It includes information about the venue, 'A Lot' at AREA15, event timings, ticketing, and the 18+ age requirement, encouraging attendees to join in the celebration with their favorite Pride gear.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svegaspride.org/2026/09/01/rainbow-rave/" TargetMode="External"/><Relationship Id="rId10" Type="http://schemas.openxmlformats.org/officeDocument/2006/relationships/hyperlink" Target="https://www.history.com/articles/drag-balls-house-ballroom-voguing" TargetMode="External"/><Relationship Id="rId11" Type="http://schemas.openxmlformats.org/officeDocument/2006/relationships/hyperlink" Target="https://elpais.com/babelia/2026-01-24/el-enigma-cultural-de-la-rave-utopia-de-baile-o-brecha-de-resistencia.html" TargetMode="External"/><Relationship Id="rId12" Type="http://schemas.openxmlformats.org/officeDocument/2006/relationships/hyperlink" Target="https://www.vegas4locals.com/las-vegas-pride-festival-2026/" TargetMode="External"/><Relationship Id="rId13" Type="http://schemas.openxmlformats.org/officeDocument/2006/relationships/hyperlink" Target="https://www.lasvegaspride.org/event/las-vegas-pride-rainbow-rave-2/" TargetMode="External"/><Relationship Id="rId14" Type="http://schemas.openxmlformats.org/officeDocument/2006/relationships/hyperlink" Target="https://www.lasvegaspride.org/2026/04/02/festival-guide-2026/" TargetMode="External"/><Relationship Id="rId15" Type="http://schemas.openxmlformats.org/officeDocument/2006/relationships/hyperlink" Target="https://www.axios.com/local/portland/2025/06/26/portland-lgbtq-popups-events-nightlif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