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TV and Film Picks This September 2026 — what to watch with lesbian, bisexual and trans women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a month of queer-forward TV and film: viewers are spotting fresh drama, comedy and a surprising Lifetime adaptation that matters. From Roxane Gay’s life on screen to adult animation making a linear leap, here’s what to queue and why each pick earns attention.</w:t>
      </w:r>
      <w:r/>
    </w:p>
    <w:p>
      <w:r/>
      <w:r>
        <w:t>Essential Takeaways</w:t>
      </w:r>
      <w:r/>
      <w:r/>
    </w:p>
    <w:p>
      <w:pPr>
        <w:pStyle w:val="ListBullet"/>
        <w:spacing w:line="240" w:lineRule="auto"/>
        <w:ind w:left="720"/>
      </w:pPr>
      <w:r/>
      <w:r>
        <w:rPr>
          <w:b/>
        </w:rPr>
        <w:t>Standout premiere:</w:t>
      </w:r>
      <w:r>
        <w:t xml:space="preserve"> Surviving the Silence: The Roxane Gay Story arrives on Lifetime on 5 September and has already sparked strong reactions for its unusual pairing of subject and network. </w:t>
      </w:r>
      <w:r/>
    </w:p>
    <w:p>
      <w:pPr>
        <w:pStyle w:val="ListBullet"/>
        <w:spacing w:line="240" w:lineRule="auto"/>
        <w:ind w:left="720"/>
      </w:pPr>
      <w:r/>
      <w:r>
        <w:rPr>
          <w:b/>
        </w:rPr>
        <w:t>Animation debut:</w:t>
      </w:r>
      <w:r>
        <w:t xml:space="preserve"> Scavengers Reign makes its linear TV premiere on Adult Swim (Toonami) on 5 September, bringing a lesbian lead and vivid alien visuals to a wider audience. </w:t>
      </w:r>
      <w:r/>
    </w:p>
    <w:p>
      <w:pPr>
        <w:pStyle w:val="ListBullet"/>
        <w:spacing w:line="240" w:lineRule="auto"/>
        <w:ind w:left="720"/>
      </w:pPr>
      <w:r/>
      <w:r>
        <w:rPr>
          <w:b/>
        </w:rPr>
        <w:t>Streaming shifts:</w:t>
      </w:r>
      <w:r>
        <w:t xml:space="preserve"> Call My Agent! The Movie lands on Netflix on 10 September, a must for fans of the original French series and queer lead Andréa Martel. </w:t>
      </w:r>
      <w:r/>
    </w:p>
    <w:p>
      <w:pPr>
        <w:pStyle w:val="ListBullet"/>
        <w:spacing w:line="240" w:lineRule="auto"/>
        <w:ind w:left="720"/>
      </w:pPr>
      <w:r/>
      <w:r>
        <w:rPr>
          <w:b/>
        </w:rPr>
        <w:t>Comedy and soaps:</w:t>
      </w:r>
      <w:r>
        <w:t xml:space="preserve"> The Paper (Peacock) and Colin From Accounts (Paramount+) return in September with queer supporting characters and light-hearted subplots. </w:t>
      </w:r>
      <w:r/>
    </w:p>
    <w:p>
      <w:pPr>
        <w:pStyle w:val="ListBullet"/>
        <w:spacing w:line="240" w:lineRule="auto"/>
        <w:ind w:left="720"/>
      </w:pPr>
      <w:r/>
      <w:r>
        <w:rPr>
          <w:b/>
        </w:rPr>
        <w:t>Practical note:</w:t>
      </w:r>
      <w:r>
        <w:t xml:space="preserve"> Several shows are spread across linear and streaming platforms; check next‑day availability on Hulu/Disney+ for network premieres.</w:t>
      </w:r>
      <w:r/>
      <w:r/>
    </w:p>
    <w:p>
      <w:pPr>
        <w:pStyle w:val="Heading2"/>
      </w:pPr>
      <w:r>
        <w:t>Lifetime’s surprising pick: Roxane Gay on screen , should you be curious or cautious?</w:t>
      </w:r>
      <w:r/>
    </w:p>
    <w:p>
      <w:r/>
      <w:r>
        <w:t>Lifetime’s Surviving the Silence: The Roxane Gay Story premieres 5 September, and yes, it feels like an odd fit at first blush. There’s something tactile about the idea , Gay’s work is intimate, sharp and often unflinching, while Lifetime leans melodramatic and broadly drawn. That contrast is exactly why this movie has people talking.</w:t>
      </w:r>
      <w:r/>
    </w:p>
    <w:p>
      <w:r/>
      <w:r>
        <w:t>Backstory: Lifetime developed the film based on Gay’s memoir, and the announcement alone stirred conversation about tone, representation and adaptation choices. Rotten Tomatoes, IMDb and Lifetime listings show interest among both fans and sceptics, so expectations are variegated.</w:t>
      </w:r>
      <w:r/>
    </w:p>
    <w:p>
      <w:r/>
      <w:r>
        <w:t>Why it matters: If you care about faithful literary adaptation or just want to see a prominent queer writer centre-stage, it’s worth watching. Bring tissues and a critical eye; the film may simplify nuance, but it could also introduce Gay’s story to a new audience.</w:t>
      </w:r>
      <w:r/>
    </w:p>
    <w:p>
      <w:r/>
      <w:r>
        <w:t>Practical tip: Watch the trailers first to gauge tone and decide if it’s a straight lift of the memoir or a Lifetime‑styled drama. If you’re a writer or creator tracking adaptations, this one’s a useful case study in cross‑market storytelling.</w:t>
      </w:r>
      <w:r/>
    </w:p>
    <w:p>
      <w:pPr>
        <w:pStyle w:val="Heading2"/>
      </w:pPr>
      <w:r>
        <w:t>Scavengers Reign goes mainstream , animation with heart and queer leads</w:t>
      </w:r>
      <w:r/>
    </w:p>
    <w:p>
      <w:r/>
      <w:r>
        <w:t>Adult Swim brings Scavengers Reign to linear TV on 5 September, airing multiple episodes weekly. The show’s aesthetic is lush and alien, and the lead, Azi Narine, is a lesbian cargo specialist , so the emotional stakes feel human amid bizarre ecosystems.</w:t>
      </w:r>
      <w:r/>
    </w:p>
    <w:p>
      <w:r/>
      <w:r>
        <w:t>Context: After streaming runs and platform shifts, a pick‑up to linear TV gives the series fresh life and a different viewer demographic. Fans of sci‑fi animation have already praised its world‑building and voice cast.</w:t>
      </w:r>
      <w:r/>
    </w:p>
    <w:p>
      <w:r/>
      <w:r>
        <w:t>What to expect: Rich visuals, slow-burn queer relationships and a mood that’s more contemplative than action-first. If you loved previous adult animations that favour atmosphere over punchlines, this will land well.</w:t>
      </w:r>
      <w:r/>
    </w:p>
    <w:p>
      <w:r/>
      <w:r>
        <w:t>Practical insight: If you missed it on streaming, tune into Adult Swim’s schedule; seeing episodes in a block can change how the story breathes. Your living room will feel part cinema, part late‑night discovery.</w:t>
      </w:r>
      <w:r/>
    </w:p>
    <w:p>
      <w:pPr>
        <w:pStyle w:val="Heading2"/>
      </w:pPr>
      <w:r>
        <w:t>Call My Agent! The Movie , a French delight for fans and newcomers</w:t>
      </w:r>
      <w:r/>
    </w:p>
    <w:p>
      <w:r/>
      <w:r>
        <w:t>Netflix releases Call My Agent! The Movie on 10 September, picking up five years after the show’s finale with Andréa Martel back at the centre, now as a director. Publications such as Variety have already praised its brisk pace and cheeky insider humour.</w:t>
      </w:r>
      <w:r/>
    </w:p>
    <w:p>
      <w:r/>
      <w:r>
        <w:t>Backstory: The small-screen hit transitioned to a film that leans on celebrity cameos and industry jokes, but it keeps Andréa’s brash, brilliant energy intact. That means queer viewers who loved the series’ representation will likely find the film familiar and satisfying.</w:t>
      </w:r>
      <w:r/>
    </w:p>
    <w:p>
      <w:r/>
      <w:r>
        <w:t>Why watch: It’s a warm, witty re‑union for fans and an accessible entry point for newcomers who like smart, character-driven comedy. Expect brisk dialogue, frothy glamour and a touch of industry satire.</w:t>
      </w:r>
      <w:r/>
    </w:p>
    <w:p>
      <w:r/>
      <w:r>
        <w:t>Practical tip: If you’re new to the franchise, consider watching a season or two of the series first to appreciate returning jokes and relationships , but the movie stands nicely on its own.</w:t>
      </w:r>
      <w:r/>
    </w:p>
    <w:p>
      <w:pPr>
        <w:pStyle w:val="Heading2"/>
      </w:pPr>
      <w:r>
        <w:t>Lighter fare and returning favourites , mockumentary, rom-com and soap drama</w:t>
      </w:r>
      <w:r/>
    </w:p>
    <w:p>
      <w:r/>
      <w:r>
        <w:t>September’s slate includes The Paper on Peacock (9 September) and Colin From Accounts season three on Paramount+ (10 September), both offering queer side‑plots and comforting rhythms. The Paper brings mockumentary energy and familiar sitcom faces, while Colin From Accounts continues its cosy Australian rom‑com tone with queer supporting characters.</w:t>
      </w:r>
      <w:r/>
    </w:p>
    <w:p>
      <w:r/>
      <w:r>
        <w:t>Context and trends: The month shows a steady trend: queer characters thriving in ensemble and supporting roles rather than only headline lead spots. It’s a reminder representation’s breadth is growing, not just its visibility.</w:t>
      </w:r>
      <w:r/>
    </w:p>
    <w:p>
      <w:r/>
      <w:r>
        <w:t>Practical advice: These shows are great palate-cleansers between heavier premieres. If you prefer lighter laughs and character warmth, slot them into your weeknights.</w:t>
      </w:r>
      <w:r/>
    </w:p>
    <w:p>
      <w:pPr>
        <w:pStyle w:val="Heading2"/>
      </w:pPr>
      <w:r>
        <w:t>Network dramas and reality-tinged returns , where bisexual and trans storylines appear</w:t>
      </w:r>
      <w:r/>
    </w:p>
    <w:p>
      <w:r/>
      <w:r>
        <w:t>R.J. Decker returns on ABC (15 September) with bisexual and lesbian side characters woven into the PI drama. Meanwhile, reality‑tinged series like The Secret Lives of Mormon Wives and soaps continue to surface coming‑out and relationship beats in season updates.</w:t>
      </w:r>
      <w:r/>
    </w:p>
    <w:p>
      <w:r/>
      <w:r>
        <w:t>Why it’s notable: These shows illustrate a simple fact: queer stories now filter through mainstream genres , crime, daytime docu‑drama, soap , rather than being boxed into niche channels. That means more viewers see these relationships as part of everyday storytelling.</w:t>
      </w:r>
      <w:r/>
    </w:p>
    <w:p>
      <w:r/>
      <w:r>
        <w:t>Viewer tip: Keep an eye on next‑day streaming windows (Hulu, Disney+) if you prefer to watch on demand. And if you’re sensitive to how religion and sexuality intersect on screen, scan episode descriptions or reviews first.</w:t>
      </w:r>
      <w:r/>
    </w:p>
    <w:p>
      <w:r/>
      <w:r>
        <w:t>It's a small change that can make your September viewing feel fresher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Paragraph 3: </w:t>
      </w:r>
      <w:hyperlink r:id="rId13">
        <w:r>
          <w:rPr>
            <w:color w:val="0000EE"/>
            <w:u w:val="single"/>
          </w:rPr>
          <w:t>[4]</w:t>
        </w:r>
      </w:hyperlink>
      <w:r>
        <w:t xml:space="preserve">- Paragraph 4: </w:t>
      </w:r>
      <w:hyperlink r:id="rId9">
        <w:r>
          <w:rPr>
            <w:color w:val="0000EE"/>
            <w:u w:val="single"/>
          </w:rPr>
          <w:t>[1]</w:t>
        </w:r>
      </w:hyperlink>
      <w:r>
        <w:t xml:space="preserve">- Paragraph 5: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https://www.autostraddle.com/september-2026-whats-new-gay-and-streaming/?utm_source=rss&amp;utm_medium=rss&amp;utm_campaign=september-2026-whats-new-gay-and-streaming</w:t>
        </w:r>
      </w:hyperlink>
      <w:r>
        <w:t xml:space="preserve"> - Please view link - unable to able to access data</w:t>
      </w:r>
      <w:r/>
    </w:p>
    <w:p>
      <w:pPr>
        <w:pStyle w:val="ListNumber"/>
        <w:spacing w:line="240" w:lineRule="auto"/>
        <w:ind w:left="720"/>
      </w:pPr>
      <w:r/>
      <w:hyperlink r:id="rId10">
        <w:r>
          <w:rPr>
            <w:color w:val="0000EE"/>
            <w:u w:val="single"/>
          </w:rPr>
          <w:t>https://www.mylifetime.com/movies/surviving-the-silence-the-roxane-gay-story</w:t>
        </w:r>
      </w:hyperlink>
      <w:r>
        <w:t xml:space="preserve"> - 'Surviving the Silence: The Roxane Gay Story' is a Lifetime Original Movie premiering on September 5, 2026, at 8/7c. The film follows 12-year-old Roxane as she moves to a seemingly ideal suburban community, only to have her life changed by a devastating act of sexual violence. As she grapples with the lasting effects of that trauma, Roxane turns to food as a means of survival, beginning a lifelong journey to understand her body, reclaim her voice, and confront a society that often defines women by their appearance. (</w:t>
      </w:r>
      <w:hyperlink r:id="rId14">
        <w:r>
          <w:rPr>
            <w:color w:val="0000EE"/>
            <w:u w:val="single"/>
          </w:rPr>
          <w:t>mylifetime.com</w:t>
        </w:r>
      </w:hyperlink>
      <w:r>
        <w:t>)</w:t>
      </w:r>
      <w:r/>
    </w:p>
    <w:p>
      <w:pPr>
        <w:pStyle w:val="ListNumber"/>
        <w:spacing w:line="240" w:lineRule="auto"/>
        <w:ind w:left="720"/>
      </w:pPr>
      <w:r/>
      <w:hyperlink r:id="rId11">
        <w:r>
          <w:rPr>
            <w:color w:val="0000EE"/>
            <w:u w:val="single"/>
          </w:rPr>
          <w:t>https://www.rottentomatoes.com/m/surviving_the_silence_the_roxane_gay_story</w:t>
        </w:r>
      </w:hyperlink>
      <w:r>
        <w:t xml:space="preserve"> - 'Surviving the Silence: The Roxane Gay Story' is a Lifetime Original Movie adapted from Roxane Gay's internationally praised 2017 memoir, 'Hunger: A Memoir of (My) Body'. The film explores themes of trauma, survival, body image, and healing. The cast includes Sunnii E. Bartee as Roxane, Josh Collins, and Wayne Corbeil. The movie is directed by Asia Youngman and written by Roxane Gay. (</w:t>
      </w:r>
      <w:hyperlink r:id="rId15">
        <w:r>
          <w:rPr>
            <w:color w:val="0000EE"/>
            <w:u w:val="single"/>
          </w:rPr>
          <w:t>rottentomatoes.com</w:t>
        </w:r>
      </w:hyperlink>
      <w:r>
        <w:t>)</w:t>
      </w:r>
      <w:r/>
    </w:p>
    <w:p>
      <w:pPr>
        <w:pStyle w:val="ListNumber"/>
        <w:spacing w:line="240" w:lineRule="auto"/>
        <w:ind w:left="720"/>
      </w:pPr>
      <w:r/>
      <w:hyperlink r:id="rId13">
        <w:r>
          <w:rPr>
            <w:color w:val="0000EE"/>
            <w:u w:val="single"/>
          </w:rPr>
          <w:t>https://www.imdb.com/title/tt44119850/</w:t>
        </w:r>
      </w:hyperlink>
      <w:r>
        <w:t xml:space="preserve"> - 'Surviving the Silence: The Roxane Gay Story' is a Lifetime Original Movie adapted from Roxane Gay's internationally praised 2017 memoir, 'Hunger: A Memoir of (My) Body'. The film explores themes of trauma, survival, body image, and healing. The cast includes Sunnii E. Bartee as Roxane, Josh Collins, and Wayne Corbeil. The movie is directed by Asia Youngman and written by Roxane Gay. (</w:t>
      </w:r>
      <w:hyperlink r:id="rId16">
        <w:r>
          <w:rPr>
            <w:color w:val="0000EE"/>
            <w:u w:val="single"/>
          </w:rPr>
          <w:t>imdb.com</w:t>
        </w:r>
      </w:hyperlink>
      <w:r>
        <w:t>)</w:t>
      </w:r>
      <w:r/>
    </w:p>
    <w:p>
      <w:pPr>
        <w:pStyle w:val="ListNumber"/>
        <w:spacing w:line="240" w:lineRule="auto"/>
        <w:ind w:left="720"/>
      </w:pPr>
      <w:r/>
      <w:hyperlink r:id="rId17">
        <w:r>
          <w:rPr>
            <w:color w:val="0000EE"/>
            <w:u w:val="single"/>
          </w:rPr>
          <w:t>https://watch.plex.tv/en-GB/movie/surviving-the-silence-the-roxane-gay-story</w:t>
        </w:r>
      </w:hyperlink>
      <w:r>
        <w:t xml:space="preserve"> - 'Surviving the Silence: The Roxane Gay Story' is a Lifetime Original Movie premiering on September 5, 2026. The film follows 12-year-old Roxane as she moves to a seemingly ideal suburban community, only to have her life changed by a devastating act of sexual violence. As she grapples with the lasting effects of that trauma, Roxane turns to food as a means of survival, beginning a lifelong journey to understand her body, reclaim her voice, and confront a society that often defines women by their appearance. The movie is directed by Asia Youngman and written by Roxane Gay. (</w:t>
      </w:r>
      <w:hyperlink r:id="rId18">
        <w:r>
          <w:rPr>
            <w:color w:val="0000EE"/>
            <w:u w:val="single"/>
          </w:rPr>
          <w:t>watch.plex.tv</w:t>
        </w:r>
      </w:hyperlink>
      <w:r>
        <w:t>)</w:t>
      </w:r>
      <w:r/>
    </w:p>
    <w:p>
      <w:pPr>
        <w:pStyle w:val="ListNumber"/>
        <w:spacing w:line="240" w:lineRule="auto"/>
        <w:ind w:left="720"/>
      </w:pPr>
      <w:r/>
      <w:hyperlink r:id="rId12">
        <w:r>
          <w:rPr>
            <w:color w:val="0000EE"/>
            <w:u w:val="single"/>
          </w:rPr>
          <w:t>https://scavengers-reign.fandom.com/wiki/Season_1</w:t>
        </w:r>
      </w:hyperlink>
      <w:r>
        <w:t xml:space="preserve"> - 'Scavengers Reign' is an adult animated sci-fi drama series that premiered on HBO Max on October 19, 2023. The series follows the surviving crew of a damaged deep space freighter stranded on a beautiful yet unforgiving planet. They begin to learn the true nature of this planet as they try to survive long enough to escape or be rescued. The main cast includes Alia Shawkat as Levi, Wunmi Mosaku as Azi, Sunita Mani as Ursula, Bob Stephenson as Sam, and Ted Travelstead as Kamen. (</w:t>
      </w:r>
      <w:hyperlink r:id="rId19">
        <w:r>
          <w:rPr>
            <w:color w:val="0000EE"/>
            <w:u w:val="single"/>
          </w:rPr>
          <w:t>scavengers-reign.fandom.com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september-2026-whats-new-gay-and-streaming/?utm_source=rss&amp;utm_medium=rss&amp;utm_campaign=september-2026-whats-new-gay-and-streaming" TargetMode="External"/><Relationship Id="rId10" Type="http://schemas.openxmlformats.org/officeDocument/2006/relationships/hyperlink" Target="https://www.mylifetime.com/movies/surviving-the-silence-the-roxane-gay-story" TargetMode="External"/><Relationship Id="rId11" Type="http://schemas.openxmlformats.org/officeDocument/2006/relationships/hyperlink" Target="https://www.rottentomatoes.com/m/surviving_the_silence_the_roxane_gay_story" TargetMode="External"/><Relationship Id="rId12" Type="http://schemas.openxmlformats.org/officeDocument/2006/relationships/hyperlink" Target="https://scavengers-reign.fandom.com/wiki/Season_1" TargetMode="External"/><Relationship Id="rId13" Type="http://schemas.openxmlformats.org/officeDocument/2006/relationships/hyperlink" Target="https://www.imdb.com/title/tt44119850/" TargetMode="External"/><Relationship Id="rId14" Type="http://schemas.openxmlformats.org/officeDocument/2006/relationships/hyperlink" Target="https://www.mylifetime.com/movies/surviving-the-silence-the-roxane-gay-story?utm_source=openai" TargetMode="External"/><Relationship Id="rId15" Type="http://schemas.openxmlformats.org/officeDocument/2006/relationships/hyperlink" Target="https://www.rottentomatoes.com/m/surviving_the_silence_the_roxane_gay_story?utm_source=openai" TargetMode="External"/><Relationship Id="rId16" Type="http://schemas.openxmlformats.org/officeDocument/2006/relationships/hyperlink" Target="https://www.imdb.com/title/tt44119850/?utm_source=openai" TargetMode="External"/><Relationship Id="rId17" Type="http://schemas.openxmlformats.org/officeDocument/2006/relationships/hyperlink" Target="https://watch.plex.tv/en-GB/movie/surviving-the-silence-the-roxane-gay-story" TargetMode="External"/><Relationship Id="rId18" Type="http://schemas.openxmlformats.org/officeDocument/2006/relationships/hyperlink" Target="https://watch.plex.tv/en-GB/movie/surviving-the-silence-the-roxane-gay-story?utm_source=openai" TargetMode="External"/><Relationship Id="rId19" Type="http://schemas.openxmlformats.org/officeDocument/2006/relationships/hyperlink" Target="https://scavengers-reign.fandom.com/wiki/Season_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