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Film Picks at the Long Beach Q Film Festival 2026 — full line-up insight and ticket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cinema are turning out for queer cinema this September as Long Beach’s Q Film Festival returns for its 33rd year, bringing award-winning Latino films, provocative documentaries and gala nights that matter to the community. Here’s what to watch, where to go and how to make the most of a weekend of bold storytelling.</w:t>
      </w:r>
      <w:r/>
    </w:p>
    <w:p>
      <w:r/>
      <w:r>
        <w:t>Essential Takeaways</w:t>
      </w:r>
      <w:r/>
      <w:r/>
    </w:p>
    <w:p>
      <w:pPr>
        <w:pStyle w:val="ListBullet"/>
        <w:spacing w:line="240" w:lineRule="auto"/>
        <w:ind w:left="720"/>
      </w:pPr>
      <w:r/>
      <w:r>
        <w:rPr>
          <w:b/>
        </w:rPr>
        <w:t>When and where:</w:t>
      </w:r>
      <w:r>
        <w:t xml:space="preserve"> Festival opens Sept 17 at The Honda Pacific Visions Theater, then moves to the Art Theatre for weekend screenings , gala starts at 6.30pm.</w:t>
      </w:r>
      <w:r/>
    </w:p>
    <w:p>
      <w:pPr>
        <w:pStyle w:val="ListBullet"/>
        <w:spacing w:line="240" w:lineRule="auto"/>
        <w:ind w:left="720"/>
      </w:pPr>
      <w:r/>
      <w:r>
        <w:rPr>
          <w:b/>
        </w:rPr>
        <w:t>Headliners:</w:t>
      </w:r>
      <w:r>
        <w:t xml:space="preserve"> Opening night features Give Me the Ball; closing film is Mineshaft: The Cruising Murders , both spotlight queer histories and controversies.</w:t>
      </w:r>
      <w:r/>
    </w:p>
    <w:p>
      <w:pPr>
        <w:pStyle w:val="ListBullet"/>
        <w:spacing w:line="240" w:lineRule="auto"/>
        <w:ind w:left="720"/>
      </w:pPr>
      <w:r/>
      <w:r>
        <w:rPr>
          <w:b/>
        </w:rPr>
        <w:t>Standout Latino entries:</w:t>
      </w:r>
      <w:r>
        <w:t xml:space="preserve"> On the Road (Venice Queer Lion winner) and Maspalomas (tender, bittersweet drama) offer strong, award‑winning storytelling.</w:t>
      </w:r>
      <w:r/>
    </w:p>
    <w:p>
      <w:pPr>
        <w:pStyle w:val="ListBullet"/>
        <w:spacing w:line="240" w:lineRule="auto"/>
        <w:ind w:left="720"/>
      </w:pPr>
      <w:r/>
      <w:r>
        <w:rPr>
          <w:b/>
        </w:rPr>
        <w:t>Tone and themes:</w:t>
      </w:r>
      <w:r>
        <w:t xml:space="preserve"> The programme mixes celebration and reckoning , from sporting icons to pandemic‑era ageing, and the fraught legacy of Cruising.</w:t>
      </w:r>
      <w:r/>
    </w:p>
    <w:p>
      <w:pPr>
        <w:pStyle w:val="ListBullet"/>
        <w:spacing w:line="240" w:lineRule="auto"/>
        <w:ind w:left="720"/>
      </w:pPr>
      <w:r/>
      <w:r>
        <w:rPr>
          <w:b/>
        </w:rPr>
        <w:t>Practical tip:</w:t>
      </w:r>
      <w:r>
        <w:t xml:space="preserve"> Buy tickets early via the festival website; expect some films to run in limited venues and themed gala events to sell out.</w:t>
      </w:r>
      <w:r/>
      <w:r/>
    </w:p>
    <w:p>
      <w:pPr>
        <w:pStyle w:val="Heading2"/>
      </w:pPr>
      <w:r>
        <w:t>A gala opener and an intimate weekend , why this festival still matters</w:t>
      </w:r>
      <w:r/>
    </w:p>
    <w:p>
      <w:r/>
      <w:r>
        <w:t>The festival kicks off with a gala inside The Honda Pacific Visions Theater at the Aquarium of the Pacific before settling into the cosy, historic Art Theatre for the rest of the weekend. You’ll feel the buzz , smart lighting, clinking glasses, and the sort of warm chatter that makes film festivals feel like reunions. Robert Cano, the festival’s founder and programmer, has framed this year as one of resilience; that sense of togetherness helps explain why audiences keep returning. For practical planning, expect shuttle or nearby parking challenges in Long Beach and buy gala and screening tickets early on the Q Film Festival site.</w:t>
      </w:r>
      <w:r/>
    </w:p>
    <w:p>
      <w:pPr>
        <w:pStyle w:val="Heading2"/>
      </w:pPr>
      <w:r>
        <w:t>Give Me the Ball and sports drama with a queer lens</w:t>
      </w:r>
      <w:r/>
    </w:p>
    <w:p>
      <w:r/>
      <w:r>
        <w:t>Opening night’s Give Me the Ball brings sports biography into queer conversation, exploring a tennis icon’s life with nuance. Festival programmes increasingly use biography to revisit subjects with fresh context, and this film’s festival screenings have already appeared at other prominent venues. If you’re drawn to the emotional payoff of well‑staged matches and off‑court drama, pick this one. Seating for gala premieres tends to be limited and dress is smart‑casual; arrive early to soak up the pre‑screening atmosphere.</w:t>
      </w:r>
      <w:r/>
    </w:p>
    <w:p>
      <w:pPr>
        <w:pStyle w:val="Heading2"/>
      </w:pPr>
      <w:r>
        <w:t>On the Road , gritty chemistry and a Venice‑winning Latino voice</w:t>
      </w:r>
      <w:r/>
    </w:p>
    <w:p>
      <w:r/>
      <w:r>
        <w:t>On the Road grabbed attention at Venice, winning the Queer Lion and earning strong awards buzz. The film centres on Venemo, a hunted hustler whose journey with a straight‑acting truck driver shifts into something charged and dangerous. Expect brooding performances, a dusty palette and a tense road movie rhythm that makes you lean forward. For viewers choosing between screenings, check runtime and content warnings , the film’s violent elements and sensual chemistry are central to its impact, so it’s best for adult audiences who don’t mind intensity.</w:t>
      </w:r>
      <w:r/>
    </w:p>
    <w:p>
      <w:pPr>
        <w:pStyle w:val="Heading2"/>
      </w:pPr>
      <w:r>
        <w:t>Maspalomas , ageing, regret and unexpected tenderness</w:t>
      </w:r>
      <w:r/>
    </w:p>
    <w:p>
      <w:r/>
      <w:r>
        <w:t>Maspalomas offers a quieter, more reflective counterpoint: a story about a man in his late 60s who must reckon with desire, family and the fallout from illness. It’s intimate and sometimes awkward in the best way , you’ll notice small, human beats, like the nervousness of a man relearning how to be with people. The film’s pandemic backdrop and nursing‑home setting give it a particular timbre that’s both melancholic and gently funny. If you prefer softer, character‑driven stories, make this one a priority and look out for post‑screening talks that often accompany such titles.</w:t>
      </w:r>
      <w:r/>
    </w:p>
    <w:p>
      <w:pPr>
        <w:pStyle w:val="Heading2"/>
      </w:pPr>
      <w:r>
        <w:t>Mineshaft: The Cruising Murders , documentary excavation of a film’s toxic legacy</w:t>
      </w:r>
      <w:r/>
    </w:p>
    <w:p>
      <w:r/>
      <w:r>
        <w:t>Closing night’s Mineshaft digs into the fraught history around Cruising (1980) and the real crimes that shadowed its making. Documentary filmmaker Jeffrey Schwarz has a track record of unpacking queer icons and controversies, and here he connects sensational cinema with the real violence and protest that followed. This screening is likely to spark conversation and debate , it’s the kind of film people line up to discuss afterward. If you’re interested in film history or queer activism, attend the closing night and stay for Q&amp;A where context and feelings often spill out.</w:t>
      </w:r>
      <w:r/>
    </w:p>
    <w:p>
      <w:pPr>
        <w:pStyle w:val="Heading2"/>
      </w:pPr>
      <w:r>
        <w:t>How to choose screenings and make the most of your weekend</w:t>
      </w:r>
      <w:r/>
    </w:p>
    <w:p>
      <w:r/>
      <w:r>
        <w:t>Plan like a pro: pick a mix of premieres and quieter slots, check the festival schedule for Q&amp;As, and buy individual tickets or a pass early. If you’re fussy about seating or accessibility, contact the Art Theatre in advance , historic venues sometimes need a bit of coordination. Bring small cash for concessions, a cosy layer for chill screening rooms, and a readiness to join conversations; festivals are as much about strangers’ reactions as the films themselves. Above all, let yourself be surprised , some of the festival’s best discoveries come from films you didn’t expect to love.</w:t>
      </w:r>
      <w:r/>
    </w:p>
    <w:p>
      <w:r/>
      <w:r>
        <w:t>It's a small festival weekend that promises big conversations , pick your favourites and enjoy the screenings.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https://adelantemagazine.com/latino-films-shine-at-the-long-beach-q-film-festival/</w:t>
        </w:r>
      </w:hyperlink>
      <w:r>
        <w:t xml:space="preserve"> - Please view link - unable to able to access data</w:t>
      </w:r>
      <w:r/>
    </w:p>
    <w:p>
      <w:pPr>
        <w:pStyle w:val="ListNumber"/>
        <w:spacing w:line="240" w:lineRule="auto"/>
        <w:ind w:left="720"/>
      </w:pPr>
      <w:r/>
      <w:hyperlink r:id="rId10">
        <w:r>
          <w:rPr>
            <w:color w:val="0000EE"/>
            <w:u w:val="single"/>
          </w:rPr>
          <w:t>https://www.qfilmslongbeach.com</w:t>
        </w:r>
      </w:hyperlink>
      <w:r>
        <w:t xml:space="preserve"> - The official website of the Long Beach Q Film Festival, providing information on the festival's schedule, ticket purchases, and details about the films being showcased. The 33rd annual festival is set to take place from September 17 to 20, 2026, featuring a variety of LGBTQ+ films and special events. The opening night will feature the documentary 'Give Me the Ball!' about tennis icon Billie Jean King, followed by screenings at the Historic Art Theatre for the remainder of the weekend. The festival also offers passes and individual tickets for sale, with full film schedules and descriptions available on the website.</w:t>
      </w:r>
      <w:r/>
    </w:p>
    <w:p>
      <w:pPr>
        <w:pStyle w:val="ListNumber"/>
        <w:spacing w:line="240" w:lineRule="auto"/>
        <w:ind w:left="720"/>
      </w:pPr>
      <w:r/>
      <w:hyperlink r:id="rId11">
        <w:r>
          <w:rPr>
            <w:color w:val="0000EE"/>
            <w:u w:val="single"/>
          </w:rPr>
          <w:t>https://www.sundance.org/festival/2026</w:t>
        </w:r>
      </w:hyperlink>
      <w:r>
        <w:t xml:space="preserve"> - The official website of the Sundance Film Festival, detailing the 2026 festival's lineup, including the documentary 'Give Me the Ball!' directed by Liz Garbus and Elizabeth Wolff. The film premiered at the festival, offering an intimate portrait of tennis champion Billie Jean King, examining her impact on sports and culture through archival footage and candid interviews. The website provides information on the film's screening schedule, director interviews, and insights into the festival's selection process for 2026.</w:t>
      </w:r>
      <w:r/>
    </w:p>
    <w:p>
      <w:pPr>
        <w:pStyle w:val="ListNumber"/>
        <w:spacing w:line="240" w:lineRule="auto"/>
        <w:ind w:left="720"/>
      </w:pPr>
      <w:r/>
      <w:hyperlink r:id="rId12">
        <w:r>
          <w:rPr>
            <w:color w:val="0000EE"/>
            <w:u w:val="single"/>
          </w:rPr>
          <w:t>https://www.filmtv.it/film/281026/give-me-the-ball/</w:t>
        </w:r>
      </w:hyperlink>
      <w:r>
        <w:t xml:space="preserve"> - An Italian film database page for the documentary 'Give Me the Ball!', directed by Liz Garbus and Elizabeth Wolff. The page provides details about the film's genre, runtime, and a brief synopsis. It also includes information about the film's selection for the Premieres section at the 2026 Sundance Film Festival, highlighting its international recognition and appeal. The page offers insights into the film's reception and its place within the broader context of international cinema.</w:t>
      </w:r>
      <w:r/>
    </w:p>
    <w:p>
      <w:pPr>
        <w:pStyle w:val="ListNumber"/>
        <w:spacing w:line="240" w:lineRule="auto"/>
        <w:ind w:left="720"/>
      </w:pPr>
      <w:r/>
      <w:hyperlink r:id="rId13">
        <w:r>
          <w:rPr>
            <w:color w:val="0000EE"/>
            <w:u w:val="single"/>
          </w:rPr>
          <w:t>https://www.filmaffinity.com/en/film817352.html</w:t>
        </w:r>
      </w:hyperlink>
      <w:r>
        <w:t xml:space="preserve"> - A Spanish-language film database page for 'Give Me the Ball!', offering a comprehensive overview of the documentary. The page includes details about the film's genre, runtime, and a synopsis. It features critic reviews, highlighting the film's reception and critical acclaim. The page also provides information about the film's direction, cast, and production, offering a detailed look at the documentary's creation and its impact on audiences and critics alike.</w:t>
      </w:r>
      <w:r/>
    </w:p>
    <w:p>
      <w:pPr>
        <w:pStyle w:val="ListNumber"/>
        <w:spacing w:line="240" w:lineRule="auto"/>
        <w:ind w:left="720"/>
      </w:pPr>
      <w:r/>
      <w:hyperlink r:id="rId15">
        <w:r>
          <w:rPr>
            <w:color w:val="0000EE"/>
            <w:u w:val="single"/>
          </w:rPr>
          <w:t>https://www.americancinematheque.com/now-showing/give-me-the-ball-4-22-26/</w:t>
        </w:r>
      </w:hyperlink>
      <w:r>
        <w:t xml:space="preserve"> - The American Cinematheque's page for 'Give Me the Ball!', detailing the film's screening schedule from April 22 to 26, 2026, at the Aero Theatre in Santa Monica, California. The page includes information about the film's runtime, directors, and a brief synopsis. It also mentions a Q&amp;A session with filmmakers Liz Garbus and Elizabeth Wolff, moderated by Scott Feinberg, and a pre-recorded introduction by Billie Jean King. The page provides ticketing information and highlights the film's West Coast premiere.</w:t>
      </w:r>
      <w:r/>
    </w:p>
    <w:p>
      <w:pPr>
        <w:pStyle w:val="ListNumber"/>
        <w:spacing w:line="240" w:lineRule="auto"/>
        <w:ind w:left="720"/>
      </w:pPr>
      <w:r/>
      <w:hyperlink r:id="rId14">
        <w:r>
          <w:rPr>
            <w:color w:val="0000EE"/>
            <w:u w:val="single"/>
          </w:rPr>
          <w:t>https://www.sffilm.org/event/give-me-the-ball/</w:t>
        </w:r>
      </w:hyperlink>
      <w:r>
        <w:t xml:space="preserve"> - The San Francisco International Film Festival's page for 'Give Me the Ball!', detailing the film's screenings on April 25 and 27, 2026, at the Premier Theater at One Letterman and BAMPFA, respectively. The page includes information about the film's runtime, directors, and a brief synopsis. It mentions that directors Liz Garbus and Elizabeth Wolff, producer Gentry Kirby, and executive producer Marsha Cooke are expected to attend for a post-screening Q&amp;A at the April 25 showing. The page provides ticketing information and highlights the film's inclusion in the festival's lineup.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elantemagazine.com/latino-films-shine-at-the-long-beach-q-film-festival/" TargetMode="External"/><Relationship Id="rId10" Type="http://schemas.openxmlformats.org/officeDocument/2006/relationships/hyperlink" Target="https://www.qfilmslongbeach.com" TargetMode="External"/><Relationship Id="rId11" Type="http://schemas.openxmlformats.org/officeDocument/2006/relationships/hyperlink" Target="https://www.sundance.org/festival/2026" TargetMode="External"/><Relationship Id="rId12" Type="http://schemas.openxmlformats.org/officeDocument/2006/relationships/hyperlink" Target="https://www.filmtv.it/film/281026/give-me-the-ball/" TargetMode="External"/><Relationship Id="rId13" Type="http://schemas.openxmlformats.org/officeDocument/2006/relationships/hyperlink" Target="https://www.filmaffinity.com/en/film817352.html" TargetMode="External"/><Relationship Id="rId14" Type="http://schemas.openxmlformats.org/officeDocument/2006/relationships/hyperlink" Target="https://www.sffilm.org/event/give-me-the-ball/" TargetMode="External"/><Relationship Id="rId15" Type="http://schemas.openxmlformats.org/officeDocument/2006/relationships/hyperlink" Target="https://www.americancinematheque.com/now-showing/give-me-the-ball-4-22-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