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Books for September 2026: What to Preorder and Why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circling the September book lists , from sapphic gothic horror to tender memoirs , because this month’s queer releases promise thrills, tenderness, and plenty of genre-bending twists; here’s what to watch for, who’s returning, and which titles are perfect for your autumn TBR.</w:t>
      </w:r>
      <w:r/>
    </w:p>
    <w:p>
      <w:r/>
      <w:r>
        <w:t>Essential Takeaways</w:t>
      </w:r>
      <w:r/>
      <w:r/>
    </w:p>
    <w:p>
      <w:pPr>
        <w:pStyle w:val="ListBullet"/>
        <w:spacing w:line="240" w:lineRule="auto"/>
        <w:ind w:left="720"/>
      </w:pPr>
      <w:r/>
      <w:r>
        <w:rPr>
          <w:b/>
        </w:rPr>
        <w:t>Big-name returns:</w:t>
      </w:r>
      <w:r>
        <w:t xml:space="preserve"> Emily St. John Mandel and other bestselling authors drop high-profile fiction this month, offering both speculative thrills and literary depth.</w:t>
      </w:r>
      <w:r/>
    </w:p>
    <w:p>
      <w:pPr>
        <w:pStyle w:val="ListBullet"/>
        <w:spacing w:line="240" w:lineRule="auto"/>
        <w:ind w:left="720"/>
      </w:pPr>
      <w:r/>
      <w:r>
        <w:rPr>
          <w:b/>
        </w:rPr>
        <w:t>Genre variety:</w:t>
      </w:r>
      <w:r>
        <w:t xml:space="preserve"> Expect queer paranormal romance, dark academia, gothic horror, YA fantasy, and a surge of new poetry collections , something for every mood.</w:t>
      </w:r>
      <w:r/>
    </w:p>
    <w:p>
      <w:pPr>
        <w:pStyle w:val="ListBullet"/>
        <w:spacing w:line="240" w:lineRule="auto"/>
        <w:ind w:left="720"/>
      </w:pPr>
      <w:r/>
      <w:r>
        <w:rPr>
          <w:b/>
        </w:rPr>
        <w:t>True stories &amp; sports:</w:t>
      </w:r>
      <w:r>
        <w:t xml:space="preserve"> Nonfiction voices, like a new WNBA history and a major athlete memoir, add cultural heft alongside fiction.</w:t>
      </w:r>
      <w:r/>
    </w:p>
    <w:p>
      <w:pPr>
        <w:pStyle w:val="ListBullet"/>
        <w:spacing w:line="240" w:lineRule="auto"/>
        <w:ind w:left="720"/>
      </w:pPr>
      <w:r/>
      <w:r>
        <w:rPr>
          <w:b/>
        </w:rPr>
        <w:t>Accessible picks:</w:t>
      </w:r>
      <w:r>
        <w:t xml:space="preserve"> Several graphic novels and middle-grade titles make these releases great for gift lists and younger readers.</w:t>
      </w:r>
      <w:r/>
    </w:p>
    <w:p>
      <w:pPr>
        <w:pStyle w:val="ListBullet"/>
        <w:spacing w:line="240" w:lineRule="auto"/>
        <w:ind w:left="720"/>
      </w:pPr>
      <w:r/>
      <w:r>
        <w:rPr>
          <w:b/>
        </w:rPr>
        <w:t>Tone and texture:</w:t>
      </w:r>
      <w:r>
        <w:t xml:space="preserve"> Many books lean into intimate, emotional stakes , think haunted houses, complicated families, and elegiac poetry.</w:t>
      </w:r>
      <w:r/>
      <w:r/>
    </w:p>
    <w:p>
      <w:pPr>
        <w:pStyle w:val="Heading2"/>
      </w:pPr>
      <w:r>
        <w:t>Haunted hearts and body-swap romance: With All My Haunted Heart</w:t>
      </w:r>
      <w:r/>
    </w:p>
    <w:p>
      <w:r/>
      <w:r>
        <w:t>If you love your romance with a side of spectral atmosphere, Isabel Sterling’s With All My Haunted Heart delivers warm, witchy vibes and slow-burn chemistry. The set-up , a witch hired to hunt ghosts only to find attraction where she least expects it , reads like autumn in book form: cozy, slightly spooky, and quietly sensual. Readers who enjoy character-driven paranormal romance will appreciate the emotional texture and the small-town B&amp;B setting that lets secrets unfurl at a pleasing pace. If you’re choosing between paperback and e‑book, pick the format you like to curl with at night; a physical copy makes the moody cover art part of the experience.</w:t>
      </w:r>
      <w:r/>
    </w:p>
    <w:p>
      <w:pPr>
        <w:pStyle w:val="Heading2"/>
      </w:pPr>
      <w:r>
        <w:t>Gothic, queer and gloriously dark: In These Gilded, Ghostly Hearts and A Thousand Monstrous Forms</w:t>
      </w:r>
      <w:r/>
    </w:p>
    <w:p>
      <w:r/>
      <w:r>
        <w:t>September’s darker offerings lean heavily into queer reworkings of classic tropes. Gwendolyn Kiste’s Gatsby-adjacent novel promises a haunted, decadent estate and a protagonist wrestling with inherited glamour and grief. Meanwhile, Saratoga Schaefer’s sapphic Bluebeard riff serves gothic chills and locked-room intensity. Both books show how contemporary queer writers are mining the past for new emotional beats , entitlement, secrecy, and desire , and turning them into pointed, often feminist critiques. If you’re a dark academia fan, pairing these with a cup of something spiced and a dim lamp enhances the mood.</w:t>
      </w:r>
      <w:r/>
    </w:p>
    <w:p>
      <w:pPr>
        <w:pStyle w:val="Heading2"/>
      </w:pPr>
      <w:r>
        <w:t>YA and middle-grade picks that actually get real</w:t>
      </w:r>
      <w:r/>
    </w:p>
    <w:p>
      <w:r/>
      <w:r>
        <w:t>The month’s youth releases balance adventure with identity in honest ways. From Winterveil’s alternate-history quests to Lyvia Martinez’s grief-steeped Our Last Fall and the tender middle-grade Spells to Mend Broken Hearts, these books treat young protagonists as whole people. There’s also a strong comics presence: President of the Anime Club and the new Goldie Vance collection are bright, diverse, and perfect for readers who prefer visual storytelling. For parents, librarians, or gift-givers, these titles make thoughtful entries for kids hungry for representation without being didactic.</w:t>
      </w:r>
      <w:r/>
    </w:p>
    <w:p>
      <w:pPr>
        <w:pStyle w:val="Heading2"/>
      </w:pPr>
      <w:r>
        <w:t>Poetry season: a feast for queer readers</w:t>
      </w:r>
      <w:r/>
    </w:p>
    <w:p>
      <w:r/>
      <w:r>
        <w:t>September brings an unusually rich slate of queer and trans poetry collections. Names like Hieu Minh Nguyen, Rae Gouirand, and Kathy Fagan add new volumes that range from intimate reckonings with family and migration to explorations of desire and disability. If you’ve been wanting to fit poetry into your reading life, now’s the moment: pick a slim collection to read between longer novels, or set a goal to read one poem each morning. Poetry’s concision makes it a lovely, portable way to keep queer voices close.</w:t>
      </w:r>
      <w:r/>
    </w:p>
    <w:p>
      <w:pPr>
        <w:pStyle w:val="Heading2"/>
      </w:pPr>
      <w:r>
        <w:t>Nonfiction and memoir that expand the conversation</w:t>
      </w:r>
      <w:r/>
    </w:p>
    <w:p>
      <w:r/>
      <w:r>
        <w:t>Beyond novels, nonfiction offerings punch above their weight. A sports history of the WNBA promises lively cultural analysis and archival reporting, while player memoirs offer inspiring, frequently raw accounts of overcoming obstacles and reshaping public conversation. Practical guides are here too: an illustrated, trauma-informed transition guide makes for an important, user-friendly resource. These books remind us that queer publishing this month isn’t only about story, but also about documentation, instruction, and witness.</w:t>
      </w:r>
      <w:r/>
    </w:p>
    <w:p>
      <w:pPr>
        <w:pStyle w:val="Heading2"/>
      </w:pPr>
      <w:r>
        <w:t>Sea witch swashbuckling and young love at sea</w:t>
      </w:r>
      <w:r/>
    </w:p>
    <w:p>
      <w:r/>
      <w:r>
        <w:t>For readers wanting salt air and enemies-to-lovers chemistry, the mermaid-and-pirate swashbuckler on the list scratches a very particular itch. These books pair high-stakes adventure with romantic friction and the kind of worldbuilding that makes a weekend read irresistible. If you’re buying for a friend who loves watery epics, choose this as a mood-lift: it’s escapist, plot-forward, and full of cinematic lines that beg to be quoted aloud.</w:t>
      </w:r>
      <w:r/>
    </w:p>
    <w:p>
      <w:pPr>
        <w:pStyle w:val="Heading2"/>
      </w:pPr>
      <w:r>
        <w:t>Small presses, translations, and international voices to watch</w:t>
      </w:r>
      <w:r/>
    </w:p>
    <w:p>
      <w:r/>
      <w:r>
        <w:t>Several September titles arrive via translations or smaller presses, broadening the month’s cultural palette. Works set in India, Palestine, and other locales offer fresh perspectives on queer love, exile, and political life. Supporting translated and indie titles helps keep the ecosystem vibrant, and you’ll likely discover a voice that sticks with you longer than the headline grabbers. Try buying one big-name book and one small-press title to balance your TBR and expand your reading horizons.</w:t>
      </w:r>
      <w:r/>
    </w:p>
    <w:p>
      <w:r/>
      <w:r>
        <w:t>Closing Line</w:t>
      </w:r>
      <w:r/>
    </w:p>
    <w:p>
      <w:r/>
      <w:r>
        <w:t>Pick a stack, preorder at least one favourite, and let September’s queer releases keep you company through the long nights.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[5]</w:t>
        </w:r>
      </w:hyperlink>
      <w:r>
        <w:t xml:space="preserve">- Paragraph 7: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https://www.autostraddle.com/our-most-anticipated-queer-books-for-september-2026/?utm_source=rss&amp;utm_medium=rss&amp;utm_campaign=our-most-anticipated-queer-books-for-september-2026</w:t>
        </w:r>
      </w:hyperlink>
      <w:r>
        <w:t xml:space="preserve"> - Please view link - unable to able to access data</w:t>
      </w:r>
      <w:r/>
    </w:p>
    <w:p>
      <w:pPr>
        <w:pStyle w:val="ListNumber"/>
        <w:spacing w:line="240" w:lineRule="auto"/>
        <w:ind w:left="720"/>
      </w:pPr>
      <w:r/>
      <w:hyperlink r:id="rId9">
        <w:r>
          <w:rPr>
            <w:color w:val="0000EE"/>
            <w:u w:val="single"/>
          </w:rPr>
          <w:t>https://www.autostraddle.com/our-most-anticipated-queer-books-for-september-2026/?utm_source=rss&amp;utm_medium=rss&amp;utm_campaign=our-most-anticipated-queer-books-for-september-2026</w:t>
        </w:r>
      </w:hyperlink>
      <w:r>
        <w:t xml:space="preserve"> - Autostraddle's article highlights a selection of queer books set for release in September 2026. The list includes 'The Shapeshifter’s Guide to Gym Class' by Kai Cheng Thom, a middle-grade fantasy about a shapeshifting girl navigating middle school; 'A Snake Among Swans' by Hannah Kaner, the first in a fantasy series about magic and warring kingdoms; and 'Strange Is the Light' by Sarah Maria Griffin, a fantasy novel about childhood friends reuniting to play a mysterious RPG. The piece also features upcoming poetry collections and anthologies, such as 'Staying Still' by Hieu Minh Nguyen and 'Splendor: Trans Poets' edited by Pascale Bérubé and Luka Holmegaard, offering readers a diverse range of queer literary works to anticipate.</w:t>
      </w:r>
      <w:r/>
    </w:p>
    <w:p>
      <w:pPr>
        <w:pStyle w:val="ListNumber"/>
        <w:spacing w:line="240" w:lineRule="auto"/>
        <w:ind w:left="720"/>
      </w:pPr>
      <w:r/>
      <w:hyperlink r:id="rId10">
        <w:r>
          <w:rPr>
            <w:color w:val="0000EE"/>
            <w:u w:val="single"/>
          </w:rPr>
          <w:t>https://www.dandelionchandelier.com/new-books-september-2026/</w:t>
        </w:r>
      </w:hyperlink>
      <w:r>
        <w:t xml:space="preserve"> - Dandelion Chandelier presents a curated list of notable new book releases for September 2026. The selection spans various genres, including literary fiction, science fiction, and fantasy. Highlights include 'The Disappearers' by Marlon James, a novel exploring queer life and friendship in 1980s Jamaica; 'Under Story' by Chloe Benjamin, set in an Antarctic research station; and 'The Birthing Tree' by Amanda Peters, a reflective story on love, motherhood, and family secrets. The article provides readers with a comprehensive overview of the month's literary offerings.</w:t>
      </w:r>
      <w:r/>
    </w:p>
    <w:p>
      <w:pPr>
        <w:pStyle w:val="ListNumber"/>
        <w:spacing w:line="240" w:lineRule="auto"/>
        <w:ind w:left="720"/>
      </w:pPr>
      <w:r/>
      <w:hyperlink r:id="rId12">
        <w:r>
          <w:rPr>
            <w:color w:val="0000EE"/>
            <w:u w:val="single"/>
          </w:rPr>
          <w:t>https://lgbtqreads.com/2026/09/</w:t>
        </w:r>
      </w:hyperlink>
      <w:r>
        <w:t xml:space="preserve"> - LGBTQ Reads compiles a list of new queer book releases for September 2026. The list features a variety of genres, including romance, fantasy, and memoir. Notable titles include 'Family Found: A Queer Friendsgiving Celebration' by Joanna McClintick and Keisha Morris, a heartwarming story about a chosen family's annual gathering; 'Big Man' by Dean Atta, following the life of a middle-aged Black British gay man; and 'The Birthing Tree: A Novel' by Amanda Peters, exploring themes of love, motherhood, and family secrets. The article serves as a valuable resource for readers seeking diverse queer narratives.</w:t>
      </w:r>
      <w:r/>
    </w:p>
    <w:p>
      <w:pPr>
        <w:pStyle w:val="ListNumber"/>
        <w:spacing w:line="240" w:lineRule="auto"/>
        <w:ind w:left="720"/>
      </w:pPr>
      <w:r/>
      <w:hyperlink r:id="rId11">
        <w:r>
          <w:rPr>
            <w:color w:val="0000EE"/>
            <w:u w:val="single"/>
          </w:rPr>
          <w:t>https://gizmodo.com/144-new-sci-fi-fantasy-and-horror-books-coming-out-in-september-2000804610</w:t>
        </w:r>
      </w:hyperlink>
      <w:r>
        <w:t xml:space="preserve"> - Gizmodo provides an extensive list of 144 new science fiction, fantasy, and horror books set for release in September 2026. The compilation includes works from acclaimed authors such as Leigh Bardugo, Tananarive Due, and Alice Hoffman. The article offers readers a comprehensive guide to the month's upcoming speculative fiction releases, catering to a wide range of interests within the genre.</w:t>
      </w:r>
      <w:r/>
    </w:p>
    <w:p>
      <w:pPr>
        <w:pStyle w:val="ListNumber"/>
        <w:spacing w:line="240" w:lineRule="auto"/>
        <w:ind w:left="720"/>
      </w:pPr>
      <w:r/>
      <w:hyperlink r:id="rId14">
        <w:r>
          <w:rPr>
            <w:color w:val="0000EE"/>
            <w:u w:val="single"/>
          </w:rPr>
          <w:t>https://msmagazine.com/2026/09/01/best-new-feminist-books-september-2026-reads-for-the-rest-of-us-lgbtq-women-writers/</w:t>
        </w:r>
      </w:hyperlink>
      <w:r>
        <w:t xml:space="preserve"> - Ms. Magazine highlights the best new feminist books for September 2026, focusing on works by LGBTQ women writers. The selection includes 'The Birthing Tree: A Novel' by Amanda Peters, a reflective story on love, motherhood, and family secrets; 'East of the River: A Memoir of Los Angeles Girlhood' by Guadalupe Rosales, capturing coming-of-age experiences in 1990s East Los Angeles; and 'Taipei Story' by R. (author's full name not provided), exploring themes of identity and belonging. The article provides readers with insightful recommendations for feminist literature.</w:t>
      </w:r>
      <w:r/>
    </w:p>
    <w:p>
      <w:pPr>
        <w:pStyle w:val="ListNumber"/>
        <w:spacing w:line="240" w:lineRule="auto"/>
        <w:ind w:left="720"/>
      </w:pPr>
      <w:r/>
      <w:hyperlink r:id="rId13">
        <w:r>
          <w:rPr>
            <w:color w:val="0000EE"/>
            <w:u w:val="single"/>
          </w:rPr>
          <w:t>https://www.risingshadow.net/upcoming-book-releases/lgbtq</w:t>
        </w:r>
      </w:hyperlink>
      <w:r>
        <w:t xml:space="preserve"> - Rising Shadow lists upcoming LGBTQ+ book releases, including 'A Snake Among Swans' by Hannah Kaner, the first in a fantasy series about magic and warring kingdoms; 'Ash &amp; Honey' by April Kelley, a paranormal romance; and 'Cinderella: Countess of Blood' by Alana Archer, a fantasy retelling of the classic fairy tale. The article serves as a resource for readers interested in diverse LGBTQ+ narratives across various genres.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our-most-anticipated-queer-books-for-september-2026/?utm_source=rss&amp;utm_medium=rss&amp;utm_campaign=our-most-anticipated-queer-books-for-september-2026" TargetMode="External"/><Relationship Id="rId10" Type="http://schemas.openxmlformats.org/officeDocument/2006/relationships/hyperlink" Target="https://www.dandelionchandelier.com/new-books-september-2026/" TargetMode="External"/><Relationship Id="rId11" Type="http://schemas.openxmlformats.org/officeDocument/2006/relationships/hyperlink" Target="https://gizmodo.com/144-new-sci-fi-fantasy-and-horror-books-coming-out-in-september-2000804610" TargetMode="External"/><Relationship Id="rId12" Type="http://schemas.openxmlformats.org/officeDocument/2006/relationships/hyperlink" Target="https://lgbtqreads.com/2026/09/" TargetMode="External"/><Relationship Id="rId13" Type="http://schemas.openxmlformats.org/officeDocument/2006/relationships/hyperlink" Target="https://www.risingshadow.net/upcoming-book-releases/lgbtq" TargetMode="External"/><Relationship Id="rId14" Type="http://schemas.openxmlformats.org/officeDocument/2006/relationships/hyperlink" Target="https://msmagazine.com/2026/09/01/best-new-feminist-books-september-2026-reads-for-the-rest-of-us-lgbtq-women-wri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