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Pink Lake Festival Coverage: What Happened at Wörthersee and What's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Shimmers of pink returned to the Wörthersee as organisers, guests and the region celebrated a lively week of music, parties and community , and ticket sales for 2027’s 20th anniversary are already under way, with early-bird batches gone fast. Here’s what stood out and what to know if you want to join next year.</w:t>
      </w:r>
      <w:r/>
    </w:p>
    <w:p>
      <w:r/>
      <w:r>
        <w:t>Essential Takeaways</w:t>
      </w:r>
      <w:r/>
      <w:r/>
    </w:p>
    <w:p>
      <w:pPr>
        <w:pStyle w:val="ListBullet"/>
        <w:spacing w:line="240" w:lineRule="auto"/>
        <w:ind w:left="720"/>
      </w:pPr>
      <w:r/>
      <w:r>
        <w:rPr>
          <w:b/>
        </w:rPr>
        <w:t>When and where:</w:t>
      </w:r>
      <w:r>
        <w:t xml:space="preserve"> Pink Lake ran from 24–30 August in Pörtschach am Wörthersee, with events across the region.</w:t>
      </w:r>
      <w:r/>
    </w:p>
    <w:p>
      <w:pPr>
        <w:pStyle w:val="ListBullet"/>
        <w:spacing w:line="240" w:lineRule="auto"/>
        <w:ind w:left="720"/>
      </w:pPr>
      <w:r/>
      <w:r>
        <w:rPr>
          <w:b/>
        </w:rPr>
        <w:t>Program variety:</w:t>
      </w:r>
      <w:r>
        <w:t xml:space="preserve"> Parties, karaoke, a boat cruise, club nights and even fun go-kart racing gave the festival a playful, social vibe.</w:t>
      </w:r>
      <w:r/>
    </w:p>
    <w:p>
      <w:pPr>
        <w:pStyle w:val="ListBullet"/>
        <w:spacing w:line="240" w:lineRule="auto"/>
        <w:ind w:left="720"/>
      </w:pPr>
      <w:r/>
      <w:r>
        <w:rPr>
          <w:b/>
        </w:rPr>
        <w:t>Local support:</w:t>
      </w:r>
      <w:r>
        <w:t xml:space="preserve"> Hotels, restaurants and venues across the Wörthersee area collaborated closely, creating a warm, welcoming atmosphere.</w:t>
      </w:r>
      <w:r/>
    </w:p>
    <w:p>
      <w:pPr>
        <w:pStyle w:val="ListBullet"/>
        <w:spacing w:line="240" w:lineRule="auto"/>
        <w:ind w:left="720"/>
      </w:pPr>
      <w:r/>
      <w:r>
        <w:rPr>
          <w:b/>
        </w:rPr>
        <w:t>Looking ahead:</w:t>
      </w:r>
      <w:r>
        <w:t xml:space="preserve"> Pink Lake 2027 celebrates 20 years from 23–29 August; limited early-bird tickets have already sold out.</w:t>
      </w:r>
      <w:r/>
    </w:p>
    <w:p>
      <w:pPr>
        <w:pStyle w:val="ListBullet"/>
        <w:spacing w:line="240" w:lineRule="auto"/>
        <w:ind w:left="720"/>
      </w:pPr>
      <w:r/>
      <w:r>
        <w:rPr>
          <w:b/>
        </w:rPr>
        <w:t>Feel of the week:</w:t>
      </w:r>
      <w:r>
        <w:t xml:space="preserve"> Sunny weather, relaxed lake scenes and a contagious sense of joy made the atmosphere feel effortless and inclusive.</w:t>
      </w:r>
      <w:r/>
      <w:r/>
    </w:p>
    <w:p>
      <w:pPr>
        <w:pStyle w:val="Heading2"/>
      </w:pPr>
      <w:r>
        <w:t>What made Pink Lake 2026 feel special , atmosphere and highlights</w:t>
      </w:r>
      <w:r/>
    </w:p>
    <w:p>
      <w:r/>
      <w:r>
        <w:t>Pink Lake this year felt like a holiday and a reunion rolled into one, with lake breezes and upbeat music setting a laid-back, celebratory tone. From the moment events kicked off in Pörtschach, the festival spread out into neighbouring towns and venues, so you weren’t just stuck at one site. Organisers blended daytime social events and evening club energy, making it easy to dip in and out depending on your mood.</w:t>
      </w:r>
      <w:r/>
    </w:p>
    <w:p>
      <w:r/>
      <w:r>
        <w:t>The programme handed festival-goers plenty of choices , think boat parties on the Wörthersee, a nostalgic Almdudler Almrausch party at Schloss Leonstain, and offbeat highlights like a Fun-Go-Kart race in the Rosental. If you like variety, this is the sort of event where you can sing at karaoke one night and dance on a boat the next.</w:t>
      </w:r>
      <w:r/>
    </w:p>
    <w:p>
      <w:pPr>
        <w:pStyle w:val="Heading2"/>
      </w:pPr>
      <w:r>
        <w:t>How the region came together , why local buy-in matters</w:t>
      </w:r>
      <w:r/>
    </w:p>
    <w:p>
      <w:r/>
      <w:r>
        <w:t>Local businesses and hosts played an outsized role in the week’s success, from hotels offering warm welcomes to restaurants and clubs opening their doors to festival crowds. That kind of coordination matters: it makes events feel less like a fleeting takeover and more like a shared celebration. Organisers told regional tourism teams they noticed genuine enthusiasm among partners, and that energy shows in how smoothly events run.</w:t>
      </w:r>
      <w:r/>
    </w:p>
    <w:p>
      <w:r/>
      <w:r>
        <w:t>For visitors, the payoff is practical , easy access to well-run venues, friendly staff who know the schedule, and a sense that the whole area is tuned to the festival vibe. If you plan a trip next year, book accommodation early and ask venues about Pink Lake packages; local partners often have deals or tailored offers.</w:t>
      </w:r>
      <w:r/>
    </w:p>
    <w:p>
      <w:pPr>
        <w:pStyle w:val="Heading2"/>
      </w:pPr>
      <w:r>
        <w:t>What the programme mix says about Pink Lake’s audience</w:t>
      </w:r>
      <w:r/>
    </w:p>
    <w:p>
      <w:r/>
      <w:r>
        <w:t>Pink Lake has grown beyond its early niche status into a festival that attracts an international LGBTQ+ crowd and allies who want music, social connection and experiences by the lake. The programme deliberately mixes club culture with lighter social options, which helps draw a broad age range and varied interests. That balance is part of why the festival has become a constant on the community calendar since its 2008 expansion.</w:t>
      </w:r>
      <w:r/>
    </w:p>
    <w:p>
      <w:r/>
      <w:r>
        <w:t>If you’re thinking of going, pick events that match your energy: daytime boat cruises and meetups for relaxed sociability, club nights and the big boat parties if you want late-night dancing. Check the festival programme in advance and book standout events quickly , popular nights can sell out.</w:t>
      </w:r>
      <w:r/>
    </w:p>
    <w:p>
      <w:pPr>
        <w:pStyle w:val="Heading2"/>
      </w:pPr>
      <w:r>
        <w:t>Tickets and the road to the 20th anniversary in 2027</w:t>
      </w:r>
      <w:r/>
    </w:p>
    <w:p>
      <w:r/>
      <w:r>
        <w:t>Organisers have already opened ticket sales for 2027, and the quick sell-through of limited early-bird tickets suggests appetite is strong. A 20th anniversary is a milestone that tends to pull in long-time regulars and newcomers alike, so expect demand to be high. The sensible move is to sign up to mailing lists and follow official channels so you get alerts when new ticket batches drop.</w:t>
      </w:r>
      <w:r/>
    </w:p>
    <w:p>
      <w:r/>
      <w:r>
        <w:t>For budget-conscious travellers, aim for package deals through participating hotels or regional tourism partners; they sometimes bundle entry with accommodation or extras. And if you’ve never been, consider attending an off-peak event first to get a feel for the festival and the lakeside scene.</w:t>
      </w:r>
      <w:r/>
    </w:p>
    <w:p>
      <w:pPr>
        <w:pStyle w:val="Heading2"/>
      </w:pPr>
      <w:r>
        <w:t>Practical tips for first-timers and returning guests</w:t>
      </w:r>
      <w:r/>
    </w:p>
    <w:p>
      <w:r/>
      <w:r>
        <w:t>Plan as if you’re combining a mini-break with a festival: book your room early, map out transport between Pörtschach and nearby venues, and pack for both sunny lake days and cooler evenings. Bring comfy shoes for cobbled streets and docks, a light waterproof just in case, and a small power bank for a full day of photos and timetabling.</w:t>
      </w:r>
      <w:r/>
    </w:p>
    <w:p>
      <w:r/>
      <w:r>
        <w:t>Respect local etiquette , many hosts appreciate that festival visitors want to mingle but also to leave places as they found them , and consider sustainable travel choices where possible. Most of all, be open to the spontaneous moments: it’s often the unplanned conversations or a surprise pop-up event that make the week memorable.</w:t>
      </w:r>
      <w:r/>
    </w:p>
    <w:p>
      <w:r/>
      <w:r>
        <w:t>It's a small change to plan ahead that can make every Pink Lake visit smoother and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5">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https://www.ots.at/presseaussendung/OTS_20260901_OTS0120/pink-lake-2026-eine-woche-voller-vielfalt-lebensfreude-und-besonderer-begegnungen-am-woerthersee</w:t>
        </w:r>
      </w:hyperlink>
      <w:r>
        <w:t xml:space="preserve"> - Please view link - unable to able to access data</w:t>
      </w:r>
      <w:r/>
    </w:p>
    <w:p>
      <w:pPr>
        <w:pStyle w:val="ListNumber"/>
        <w:spacing w:line="240" w:lineRule="auto"/>
        <w:ind w:left="720"/>
      </w:pPr>
      <w:r/>
      <w:hyperlink r:id="rId10">
        <w:r>
          <w:rPr>
            <w:color w:val="0000EE"/>
            <w:u w:val="single"/>
          </w:rPr>
          <w:t>https://www.woerthersee.com/pinklake/en/</w:t>
        </w:r>
      </w:hyperlink>
      <w:r>
        <w:t xml:space="preserve"> - The official website for the Pink Lake LGBTQI Festival at Lake Wörthersee provides comprehensive information about the event, including dates, programme details, ticketing, and accommodation options. The 2026 festival is scheduled from August 24 to 30 in Pörtschach am Wörthersee, Austria. The site highlights various activities such as the Beats Radio Beach Club, Almdudler Almrausch Party, Pink Lake Club Night, and the Boat Cruise Party. It also offers insights into the festival's history and its significance within the LGBTQI community.</w:t>
      </w:r>
      <w:r/>
    </w:p>
    <w:p>
      <w:pPr>
        <w:pStyle w:val="ListNumber"/>
        <w:spacing w:line="240" w:lineRule="auto"/>
        <w:ind w:left="720"/>
      </w:pPr>
      <w:r/>
      <w:hyperlink r:id="rId11">
        <w:r>
          <w:rPr>
            <w:color w:val="0000EE"/>
            <w:u w:val="single"/>
          </w:rPr>
          <w:t>https://www.woerthersee.com/pinklake/en/pink-lake-lgbtq-festival/program</w:t>
        </w:r>
      </w:hyperlink>
      <w:r>
        <w:t xml:space="preserve"> - This page outlines the detailed programme for the Pink Lake LGBTQI Festival 2026, featuring events like the Beats Radio Beach Club, Almdudler Almrausch Party, Pink Lake Club Night, and the Boat Cruise Party. It also mentions side events, wellness offerings, and sunset views. The page provides information on ticketing, including the availability of a Premium Ticket that offers exclusive access and specials starting from Monday. The programme is subject to change, and visitors are encouraged to stay updated through the official website.</w:t>
      </w:r>
      <w:r/>
    </w:p>
    <w:p>
      <w:pPr>
        <w:pStyle w:val="ListNumber"/>
        <w:spacing w:line="240" w:lineRule="auto"/>
        <w:ind w:left="720"/>
      </w:pPr>
      <w:r/>
      <w:hyperlink r:id="rId12">
        <w:r>
          <w:rPr>
            <w:color w:val="0000EE"/>
            <w:u w:val="single"/>
          </w:rPr>
          <w:t>https://www.rainbowtravel.at/details-registrierung/pink-lake-festival-2026-2</w:t>
        </w:r>
      </w:hyperlink>
      <w:r>
        <w:t xml:space="preserve"> - Rainbow Travel offers registration details for the Pink Lake LGBTQ* Festival 2026, scheduled from August 24 to 30 in Pörtschach am Wörthersee, Austria. The page highlights key events such as the Almdudler Almrausch Party, Pink Lake Club Night, Boat Cruise Party, and the Beach Club on the Pink Island. It provides information on ticketing, accommodation, and travel packages, catering to the needs of festival attendees. The page also offers contact details for inquiries and bookings.</w:t>
      </w:r>
      <w:r/>
    </w:p>
    <w:p>
      <w:pPr>
        <w:pStyle w:val="ListNumber"/>
        <w:spacing w:line="240" w:lineRule="auto"/>
        <w:ind w:left="720"/>
      </w:pPr>
      <w:r/>
      <w:hyperlink r:id="rId14">
        <w:r>
          <w:rPr>
            <w:color w:val="0000EE"/>
            <w:u w:val="single"/>
          </w:rPr>
          <w:t>https://www.werzers.at/news/pink-lake/</w:t>
        </w:r>
      </w:hyperlink>
      <w:r>
        <w:t xml:space="preserve"> - Werzer's Hotel provides information about the Pink Lake 2026 event, transforming its Café-Restaurant Bootshaus into a stylish event location with unique lake views, a relaxed atmosphere, and culinary highlights. The event offers refreshing drinks, snacks, and a vibrant summer evening experience. The page includes details about the event's date, location, and the special offerings available during the festival, inviting guests to enjoy a memorable evening by the lake.</w:t>
      </w:r>
      <w:r/>
    </w:p>
    <w:p>
      <w:pPr>
        <w:pStyle w:val="ListNumber"/>
        <w:spacing w:line="240" w:lineRule="auto"/>
        <w:ind w:left="720"/>
      </w:pPr>
      <w:r/>
      <w:hyperlink r:id="rId15">
        <w:r>
          <w:rPr>
            <w:color w:val="0000EE"/>
            <w:u w:val="single"/>
          </w:rPr>
          <w:t>https://kaernten.orf.at/studio/stories/3356698/</w:t>
        </w:r>
      </w:hyperlink>
      <w:r>
        <w:t xml:space="preserve"> - An article from ORF Kärnten discusses the Pink Lake Festival's significance as a gathering for the LGBTQI community at Lake Wörthersee. It highlights the festival's history, noting that it has been a meeting point for over ten years, with live acts, DJs, and drag queens captivating guests annually. The article also mentions the festival's evolution from a small scene tip to a fixed event in the international calendar of the community, emphasizing its role in promoting diversity and acceptance.</w:t>
      </w:r>
      <w:r/>
    </w:p>
    <w:p>
      <w:pPr>
        <w:pStyle w:val="ListNumber"/>
        <w:spacing w:line="240" w:lineRule="auto"/>
        <w:ind w:left="720"/>
      </w:pPr>
      <w:r/>
      <w:hyperlink r:id="rId13">
        <w:r>
          <w:rPr>
            <w:color w:val="0000EE"/>
            <w:u w:val="single"/>
          </w:rPr>
          <w:t>https://nachrichten.jetzt/2026/08/pink-lake-festival-2026-its-time-to-see-you/</w:t>
        </w:r>
      </w:hyperlink>
      <w:r>
        <w:t xml:space="preserve"> - An article detailing the Pink Lake 2026 festival, scheduled from August 24 to 30 in Pörtschach am Wörthersee. The festival is described as an international LGBTQI event, featuring the Beats Radio Beach Club, Almdudler Almrausch Party, Pink Lake Club Night, and the Boat Cruise Party. The article provides insights into the festival's offerings, including side events, wellness activities, and the availability of limited tickets that grant access to all programme points, the Beach Club, and the Boat Cruise Party.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ts.at/presseaussendung/OTS_20260901_OTS0120/pink-lake-2026-eine-woche-voller-vielfalt-lebensfreude-und-besonderer-begegnungen-am-woerthersee" TargetMode="External"/><Relationship Id="rId10" Type="http://schemas.openxmlformats.org/officeDocument/2006/relationships/hyperlink" Target="https://www.woerthersee.com/pinklake/en/" TargetMode="External"/><Relationship Id="rId11" Type="http://schemas.openxmlformats.org/officeDocument/2006/relationships/hyperlink" Target="https://www.woerthersee.com/pinklake/en/pink-lake-lgbtq-festival/program" TargetMode="External"/><Relationship Id="rId12" Type="http://schemas.openxmlformats.org/officeDocument/2006/relationships/hyperlink" Target="https://www.rainbowtravel.at/details-registrierung/pink-lake-festival-2026-2" TargetMode="External"/><Relationship Id="rId13" Type="http://schemas.openxmlformats.org/officeDocument/2006/relationships/hyperlink" Target="https://nachrichten.jetzt/2026/08/pink-lake-festival-2026-its-time-to-see-you/" TargetMode="External"/><Relationship Id="rId14" Type="http://schemas.openxmlformats.org/officeDocument/2006/relationships/hyperlink" Target="https://www.werzers.at/news/pink-lake/" TargetMode="External"/><Relationship Id="rId15" Type="http://schemas.openxmlformats.org/officeDocument/2006/relationships/hyperlink" Target="https://kaernten.orf.at/studio/stories/335669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