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NHL Response to Pride Night Changes: What Dallas Stars Fans Need to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a shift: the Dallas Stars have quietly replaced a long-running Pride Night with a new “Hockey Unites Night,” and fans in Dallas–Fort Worth are asking why representation matters , and how teams should balance inclusion with optics.</w:t>
      </w:r>
      <w:r/>
    </w:p>
    <w:p>
      <w:r/>
      <w:r>
        <w:t>Essential Takeaways</w:t>
      </w:r>
      <w:r/>
      <w:r/>
    </w:p>
    <w:p>
      <w:pPr>
        <w:pStyle w:val="ListBullet"/>
        <w:spacing w:line="240" w:lineRule="auto"/>
        <w:ind w:left="720"/>
      </w:pPr>
      <w:r/>
      <w:r>
        <w:rPr>
          <w:b/>
        </w:rPr>
        <w:t>What changed:</w:t>
      </w:r>
      <w:r>
        <w:t xml:space="preserve"> The Dallas Stars removed a dedicated Pride Night from their 2026–27 promotional calendar and instead listed a generic “Hockey Unites Night” on 23 March 2027.</w:t>
      </w:r>
      <w:r/>
    </w:p>
    <w:p>
      <w:pPr>
        <w:pStyle w:val="ListBullet"/>
        <w:spacing w:line="240" w:lineRule="auto"/>
        <w:ind w:left="720"/>
      </w:pPr>
      <w:r/>
      <w:r>
        <w:rPr>
          <w:b/>
        </w:rPr>
        <w:t>Team explanation:</w:t>
      </w:r>
      <w:r>
        <w:t xml:space="preserve"> The club told the Dallas Observer the new night will spotlight a different underrepresented community each season, starting with Women in Sports Night.</w:t>
      </w:r>
      <w:r/>
    </w:p>
    <w:p>
      <w:pPr>
        <w:pStyle w:val="ListBullet"/>
        <w:spacing w:line="240" w:lineRule="auto"/>
        <w:ind w:left="720"/>
      </w:pPr>
      <w:r/>
      <w:r>
        <w:rPr>
          <w:b/>
        </w:rPr>
        <w:t>Fan reaction:</w:t>
      </w:r>
      <w:r>
        <w:t xml:space="preserve"> LGBTQ fans and allies expressed disappointment and frustration on social channels; one trans lesbian fan called the move “betrayal” after a meaningful 2023 Pride experience.</w:t>
      </w:r>
      <w:r/>
    </w:p>
    <w:p>
      <w:pPr>
        <w:pStyle w:val="ListBullet"/>
        <w:spacing w:line="240" w:lineRule="auto"/>
        <w:ind w:left="720"/>
      </w:pPr>
      <w:r/>
      <w:r>
        <w:rPr>
          <w:b/>
        </w:rPr>
        <w:t>Practical impact:</w:t>
      </w:r>
      <w:r>
        <w:t xml:space="preserve"> With 41 home games a season, the Stars now allocate one night to celebrate a single community rather than holding multiple themed events.</w:t>
      </w:r>
      <w:r/>
    </w:p>
    <w:p>
      <w:pPr>
        <w:pStyle w:val="ListBullet"/>
        <w:spacing w:line="240" w:lineRule="auto"/>
        <w:ind w:left="720"/>
      </w:pPr>
      <w:r/>
      <w:r>
        <w:rPr>
          <w:b/>
        </w:rPr>
        <w:t>Emotional cue:</w:t>
      </w:r>
      <w:r>
        <w:t xml:space="preserve"> For many attendees, Pride games are more than promotions , they’re visibly welcoming and emotionally resonant.</w:t>
      </w:r>
      <w:r/>
      <w:r/>
    </w:p>
    <w:p>
      <w:pPr>
        <w:pStyle w:val="Heading2"/>
      </w:pPr>
      <w:r>
        <w:t>Why the switch matters to fans and why it felt sudden</w:t>
      </w:r>
      <w:r/>
    </w:p>
    <w:p>
      <w:r/>
      <w:r>
        <w:t>The headline fact is simple and a touch jarring: a team that hosted Pride Night in recent seasons will not do so this coming year. That matters because Pride games are sensory events , rainbow jerseys, arena lighting, the hum of shared celebration , that many fans remember like a festival rather than a marketing stunt. According to reports, the Stars announced the calendar and offered an explanation to the Dallas Observer that framed the change as a move toward broader inclusion. Still, for fans who found sanctuary and community at Pride Night, the substitution feels like a downgrade.</w:t>
      </w:r>
      <w:r/>
    </w:p>
    <w:p>
      <w:pPr>
        <w:pStyle w:val="Heading2"/>
      </w:pPr>
      <w:r>
        <w:t>What the Stars say and how teams frame “universal” inclusion</w:t>
      </w:r>
      <w:r/>
    </w:p>
    <w:p>
      <w:r/>
      <w:r>
        <w:t>The Stars’ statement to the local paper says Hockey Unites Night will let the club celebrate different underrepresented groups each season, beginning with Women in Sports. That’s a defensible PR line: teams increasingly want to do more for a wider range of causes. But the messaging can sound like doing one thing badly rather than doing several things well, and that’s where optics trip up. Sports franchises often juggle corporate sponsors, regional politics, and fan bases , but when you announce a single, catch-all night, it risks signalling a retreat from explicitly supporting LGBTQ communities.</w:t>
      </w:r>
      <w:r/>
    </w:p>
    <w:p>
      <w:pPr>
        <w:pStyle w:val="Heading2"/>
      </w:pPr>
      <w:r>
        <w:t>The fan perspective: representation isn't interchangeable</w:t>
      </w:r>
      <w:r/>
    </w:p>
    <w:p>
      <w:r/>
      <w:r>
        <w:t>From the accounts shared online, the reaction is visceral. One 21-year-old fan told Outsports how a 2023 Pride game helped them come out and feel seen, and many commenters argued the team could easily host both a Women in Sports Night and a Pride Night. That’s the practical point: with 41 home dates available, scheduling two themed nights is feasible. For queer fans, Pride Night carries symbolic weight , it’s not simply another promotional fixture, it’s proof the team sees you. Removing that specific night can feel like erasure, even if the club intends to celebrate the community in other ways.</w:t>
      </w:r>
      <w:r/>
    </w:p>
    <w:p>
      <w:pPr>
        <w:pStyle w:val="Heading2"/>
      </w:pPr>
      <w:r>
        <w:t>How this fits into a wider trend in sports and culture</w:t>
      </w:r>
      <w:r/>
    </w:p>
    <w:p>
      <w:r/>
      <w:r>
        <w:t>Across sports, clubs have experimented with inclusion schemes that are broader or more targeted, and the responses are mixed. Some franchises face political pressure in certain regions; others shift to umbrella events to avoid controversy. The Stars’ move comes against a backdrop of national conversations about LGBTQ visibility in sport and entertainment. For fans and observers, the key question is whether a one-night rotation genuinely supports communities or simply reduces representation to a box-ticking exercise. Industry commentary suggests transparency, consistency, and visible support beyond a single night matter most.</w:t>
      </w:r>
      <w:r/>
    </w:p>
    <w:p>
      <w:pPr>
        <w:pStyle w:val="Heading2"/>
      </w:pPr>
      <w:r>
        <w:t>What fans can do and what the Stars might consider</w:t>
      </w:r>
      <w:r/>
    </w:p>
    <w:p>
      <w:r/>
      <w:r>
        <w:t>If you’re a fan who feels disappointed, there are constructive options. Voice your view politely on team channels, support local LGBTQ-run game-night initiatives, and attend other inclusive events to show demand. From the club’s side, practical improvements could include clearer commitments to year-round programming, rainbow merchandise collaborations, community partnerships with local LGBTQ organisations, and, yes, scheduling both Women in Sports and Pride Nights. At the end of the day, teams earn trust by showing up , frequently and clearly , not just by swapping labels.</w:t>
      </w:r>
      <w:r/>
    </w:p>
    <w:p>
      <w:r/>
      <w:r>
        <w:t>It's a small decision with a loud echo, and fans will be watching how the Stars follow through.</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9">
        <w:r>
          <w:rPr>
            <w:color w:val="0000EE"/>
            <w:u w:val="single"/>
          </w:rPr>
          <w:t>[7]</w:t>
        </w:r>
      </w:hyperlink>
      <w:r>
        <w:t xml:space="preserve">- Paragraph 4: </w:t>
      </w:r>
      <w:hyperlink r:id="rId13">
        <w:r>
          <w:rPr>
            <w:color w:val="0000EE"/>
            <w:u w:val="single"/>
          </w:rPr>
          <w:t>[5]</w:t>
        </w:r>
      </w:hyperlink>
      <w:r>
        <w:t xml:space="preserve">, </w:t>
      </w:r>
      <w:hyperlink r:id="rId14">
        <w:r>
          <w:rPr>
            <w:color w:val="0000EE"/>
            <w:u w:val="single"/>
          </w:rPr>
          <w:t>[6]</w:t>
        </w:r>
      </w:hyperlink>
      <w:r>
        <w:t xml:space="preserve">- Paragraph 5: </w:t>
      </w:r>
      <w:hyperlink r:id="rId11">
        <w:r>
          <w:rPr>
            <w:color w:val="0000EE"/>
            <w:u w:val="single"/>
          </w:rPr>
          <w:t>[3]</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https://www.outsports.com/2026/9/1/24142547/dallas-stars-pride-night-nhl-gay-lgbtq-hockey-texas-rangers-heated-rivalry/</w:t>
        </w:r>
      </w:hyperlink>
      <w:r>
        <w:t xml:space="preserve"> - Please view link - unable to able to access data</w:t>
      </w:r>
      <w:r/>
    </w:p>
    <w:p>
      <w:pPr>
        <w:pStyle w:val="ListNumber"/>
        <w:spacing w:line="240" w:lineRule="auto"/>
        <w:ind w:left="720"/>
      </w:pPr>
      <w:r/>
      <w:hyperlink r:id="rId10">
        <w:r>
          <w:rPr>
            <w:color w:val="0000EE"/>
            <w:u w:val="single"/>
          </w:rPr>
          <w:t>https://www.breitbart.com/sports/2026/08/30/dallas-stars-will-not-host-pride-night-for-first-time-in-five-years/</w:t>
        </w:r>
      </w:hyperlink>
      <w:r>
        <w:t xml:space="preserve"> - The Dallas Stars have announced they will not host a Pride Night for the 2026-2027 season, marking the first time in five years. Instead, they will host a 'Hockey Unites Us: Women in Sports Night' on March 23 against the Carolina Hurricanes. A team spokesperson stated that this new initiative allows the organization to support a different underrepresented community each season. The NHL does not mandate teams to host Pride Nights, leaving it to individual organizations to decide which causes to highlight.</w:t>
      </w:r>
      <w:r/>
    </w:p>
    <w:p>
      <w:pPr>
        <w:pStyle w:val="ListNumber"/>
        <w:spacing w:line="240" w:lineRule="auto"/>
        <w:ind w:left="720"/>
      </w:pPr>
      <w:r/>
      <w:hyperlink r:id="rId11">
        <w:r>
          <w:rPr>
            <w:color w:val="0000EE"/>
            <w:u w:val="single"/>
          </w:rPr>
          <w:t>https://www.dallasobserver.com/arts-culture/dallas-stars-wont-host-a-pride-night-for-the-first-time-in-years-40708623/</w:t>
        </w:r>
      </w:hyperlink>
      <w:r>
        <w:t xml:space="preserve"> - The Dallas Stars have removed Pride Night from their 2026-2027 promotional schedule, a first in recent years. The team will instead host a 'Hockey Unites Night' on March 23, focusing on women in sports. This decision has sparked controversy among fans, especially given the recent success of the TV show 'Heated Rivalry,' which has increased hockey ticket sales by 30%. The Stars have not provided a specific reason for the change.</w:t>
      </w:r>
      <w:r/>
    </w:p>
    <w:p>
      <w:pPr>
        <w:pStyle w:val="ListNumber"/>
        <w:spacing w:line="240" w:lineRule="auto"/>
        <w:ind w:left="720"/>
      </w:pPr>
      <w:r/>
      <w:hyperlink r:id="rId12">
        <w:r>
          <w:rPr>
            <w:color w:val="0000EE"/>
            <w:u w:val="single"/>
          </w:rPr>
          <w:t>https://sports.yahoo.com/articles/dallas-stars-not-host-pride-211329289.html</w:t>
        </w:r>
      </w:hyperlink>
      <w:r>
        <w:t xml:space="preserve"> - For the first time in at least five years, the Dallas Stars will not host a Pride Night during the 2026-2027 season. Instead, they will host a 'Hockey Unites Us: Women in Sports Night' on March 23 against the Carolina Hurricanes. The team has not provided a specific reason for this change, and the NHL does not require teams to host Pride Nights, leaving it up to individual organizations to decide which causes to support.</w:t>
      </w:r>
      <w:r/>
    </w:p>
    <w:p>
      <w:pPr>
        <w:pStyle w:val="ListNumber"/>
        <w:spacing w:line="240" w:lineRule="auto"/>
        <w:ind w:left="720"/>
      </w:pPr>
      <w:r/>
      <w:hyperlink r:id="rId13">
        <w:r>
          <w:rPr>
            <w:color w:val="0000EE"/>
            <w:u w:val="single"/>
          </w:rPr>
          <w:t>https://www.markerzone.com/news/index.php?no=602664</w:t>
        </w:r>
      </w:hyperlink>
      <w:r>
        <w:t xml:space="preserve"> - The Dallas Stars have announced they will not host a Pride Night for the 2026-2027 season, ending a streak of at least five consecutive seasons. Instead, they will host a 'Hockey Unites Us: Women in Sports Night' on March 23 against the Carolina Hurricanes. A team spokesperson stated that this new initiative allows the organization to support a different underrepresented community each season. The NHL does not mandate teams to host Pride Nights, leaving it to individual organizations to decide which causes to highlight.</w:t>
      </w:r>
      <w:r/>
    </w:p>
    <w:p>
      <w:pPr>
        <w:pStyle w:val="ListNumber"/>
        <w:spacing w:line="240" w:lineRule="auto"/>
        <w:ind w:left="720"/>
      </w:pPr>
      <w:r/>
      <w:hyperlink r:id="rId14">
        <w:r>
          <w:rPr>
            <w:color w:val="0000EE"/>
            <w:u w:val="single"/>
          </w:rPr>
          <w:t>https://www.realnewsnow.com/dallas-stars-drop-pride-night-for-first-time-in-at-least-five-years/</w:t>
        </w:r>
      </w:hyperlink>
      <w:r>
        <w:t xml:space="preserve"> - The Dallas Stars will not hold a Pride Night during the upcoming NHL season, ending a run of at least five consecutive seasons in which the organization hosted a game dedicated to LGBTQ+ inclusion. The change became apparent when the Stars released their promotional schedule for the 2026-27 season. Pride Night, which had traditionally appeared on the team’s calendar during February or March, was noticeably absent. Instead, the Stars will host a new event called 'Hockey Unites Us: Women in Sports Night' on March 23 when Dallas faces the Carolina Hurricanes.</w:t>
      </w:r>
      <w:r/>
    </w:p>
    <w:p>
      <w:pPr>
        <w:pStyle w:val="ListNumber"/>
        <w:spacing w:line="240" w:lineRule="auto"/>
        <w:ind w:left="720"/>
      </w:pPr>
      <w:r/>
      <w:hyperlink r:id="rId9">
        <w:r>
          <w:rPr>
            <w:color w:val="0000EE"/>
            <w:u w:val="single"/>
          </w:rPr>
          <w:t>https://www.outsports.com/2026/9/1/24142547/dallas-stars-pride-night-nhl-gay-lgbtq-hockey-texas-rangers-heated-rivalry/</w:t>
        </w:r>
      </w:hyperlink>
      <w:r>
        <w:t xml:space="preserve"> - The Texas Rangers have company in their holdout against Pride Night — and it’s coming from their own backyard. The NHL’s Dallas Stars unveiled their promotional calendar for the upcoming season and for the first time since the pandemic-altered 2020 season, they revealed that they will not be hosting a Pride Night. The Stars revealed that they’ll be hosting a generic “Hockey Unites Night” on March 23, 2027. Which means that LGBTQ hockey fans in the Dallas-Fort Worth Metroplex will just have to be content with a Dr. Wow version of Pride.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26/9/1/24142547/dallas-stars-pride-night-nhl-gay-lgbtq-hockey-texas-rangers-heated-rivalry/" TargetMode="External"/><Relationship Id="rId10" Type="http://schemas.openxmlformats.org/officeDocument/2006/relationships/hyperlink" Target="https://www.breitbart.com/sports/2026/08/30/dallas-stars-will-not-host-pride-night-for-first-time-in-five-years/" TargetMode="External"/><Relationship Id="rId11" Type="http://schemas.openxmlformats.org/officeDocument/2006/relationships/hyperlink" Target="https://www.dallasobserver.com/arts-culture/dallas-stars-wont-host-a-pride-night-for-the-first-time-in-years-40708623/" TargetMode="External"/><Relationship Id="rId12" Type="http://schemas.openxmlformats.org/officeDocument/2006/relationships/hyperlink" Target="https://sports.yahoo.com/articles/dallas-stars-not-host-pride-211329289.html" TargetMode="External"/><Relationship Id="rId13" Type="http://schemas.openxmlformats.org/officeDocument/2006/relationships/hyperlink" Target="https://www.markerzone.com/news/index.php?no=602664" TargetMode="External"/><Relationship Id="rId14" Type="http://schemas.openxmlformats.org/officeDocument/2006/relationships/hyperlink" Target="https://www.realnewsnow.com/dallas-stars-drop-pride-night-for-first-time-in-at-least-five-yea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