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Guide: Celebrate Queer Culture on Awabakal Country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loud: Newcastle Pride is back each October, bringing weeks of music, drag and community to Awabakal Country , and reminding regional Australia that you don’t need to be in a capital city to live openly. Here’s what to expect, where to go and why Fair Day at Gregson Park has become a Hunter favourite.</w:t>
      </w:r>
      <w:r/>
    </w:p>
    <w:p>
      <w:r/>
      <w:r>
        <w:t>Essential Takeaways</w:t>
      </w:r>
      <w:r/>
      <w:r/>
    </w:p>
    <w:p>
      <w:pPr>
        <w:pStyle w:val="ListBullet"/>
        <w:spacing w:line="240" w:lineRule="auto"/>
        <w:ind w:left="720"/>
      </w:pPr>
      <w:r/>
      <w:r>
        <w:rPr>
          <w:b/>
        </w:rPr>
        <w:t>When and where:</w:t>
      </w:r>
      <w:r>
        <w:t xml:space="preserve"> Newcastle Pride runs across October, with Fair Day at Gregson Park in Hamilton on Saturday 24 October , a free, family-friendly hub for the festival.</w:t>
      </w:r>
      <w:r/>
    </w:p>
    <w:p>
      <w:pPr>
        <w:pStyle w:val="ListBullet"/>
        <w:spacing w:line="240" w:lineRule="auto"/>
        <w:ind w:left="720"/>
      </w:pPr>
      <w:r/>
      <w:r>
        <w:rPr>
          <w:b/>
        </w:rPr>
        <w:t>Big turnout:</w:t>
      </w:r>
      <w:r>
        <w:t xml:space="preserve"> Recent festivals have drawn more than 12,000 visitors across the program; the first event in 2018 attracted about 5,000.</w:t>
      </w:r>
      <w:r/>
    </w:p>
    <w:p>
      <w:pPr>
        <w:pStyle w:val="ListBullet"/>
        <w:spacing w:line="240" w:lineRule="auto"/>
        <w:ind w:left="720"/>
      </w:pPr>
      <w:r/>
      <w:r>
        <w:rPr>
          <w:b/>
        </w:rPr>
        <w:t>Local roots:</w:t>
      </w:r>
      <w:r>
        <w:t xml:space="preserve"> Founded by Lee-Anne McDougall and Ivan Skaines, the festival is community-built and distinctly regional in voice and identity.</w:t>
      </w:r>
      <w:r/>
    </w:p>
    <w:p>
      <w:pPr>
        <w:pStyle w:val="ListBullet"/>
        <w:spacing w:line="240" w:lineRule="auto"/>
        <w:ind w:left="720"/>
      </w:pPr>
      <w:r/>
      <w:r>
        <w:rPr>
          <w:b/>
        </w:rPr>
        <w:t>Deep history:</w:t>
      </w:r>
      <w:r>
        <w:t xml:space="preserve"> Newcastle’s queer story stretches back decades, including the Star Hotel drag nights in the 1970s and the consequential 1979 riot that remains part of the city’s memory.</w:t>
      </w:r>
      <w:r/>
    </w:p>
    <w:p>
      <w:pPr>
        <w:pStyle w:val="ListBullet"/>
        <w:spacing w:line="240" w:lineRule="auto"/>
        <w:ind w:left="720"/>
      </w:pPr>
      <w:r/>
      <w:r>
        <w:rPr>
          <w:b/>
        </w:rPr>
        <w:t>What to bring:</w:t>
      </w:r>
      <w:r>
        <w:t xml:space="preserve"> Think sun protection, comfy shoes for the foreshore and a small cash card for stalls , Fair Day is outdoors and lively, with food, music and family spaces.</w:t>
      </w:r>
      <w:r/>
      <w:r/>
    </w:p>
    <w:p>
      <w:pPr>
        <w:pStyle w:val="Heading2"/>
      </w:pPr>
      <w:r>
        <w:t>Why Newcastle Pride feels different , community first, not a satellite show</w:t>
      </w:r>
      <w:r/>
    </w:p>
    <w:p>
      <w:r/>
      <w:r>
        <w:t>Newcastle Pride isn’t a scaled‑down copy of a capital‑city parade; it’s grown from the people who live and work in the Hunter. You can feel it in the line-up choices, the local stallholders and the way events thread through familiar neighbourhoods rather than a single parade route. Organisers Lee‑Anne McDougall and Ivan Skaines started it in 2018, and the grassroots energy is still visible in volunteer teams and community partnerships. If you want to support queer culture that stays in regional Australia, this is a place to turn up, volunteer or simply celebrate.</w:t>
      </w:r>
      <w:r/>
    </w:p>
    <w:p>
      <w:pPr>
        <w:pStyle w:val="Heading2"/>
      </w:pPr>
      <w:r>
        <w:t>Fair Day at Gregson Park , what it is, and why families flock there</w:t>
      </w:r>
      <w:r/>
    </w:p>
    <w:p>
      <w:r/>
      <w:r>
        <w:t>Fair Day has become the festival’s centrepiece: a free, daytime event with music, drag, family activities and food stalls. Recent years have seen thousands gather, and locals call it one of the biggest annual meet‑ups in the Hunter. Expect a festival feel , a sunny, social hum, kids’ zones, accessible areas and plenty of local food vendors. Practical tip: arrive early for shade and parking, and pack a picnic blanket; the atmosphere is relaxed and friendly, especially compared with city crowds.</w:t>
      </w:r>
      <w:r/>
    </w:p>
    <w:p>
      <w:pPr>
        <w:pStyle w:val="Heading2"/>
      </w:pPr>
      <w:r>
        <w:t>The long queer history of Newcastle , from the Middle Bar to the Star Hotel riot</w:t>
      </w:r>
      <w:r/>
    </w:p>
    <w:p>
      <w:r/>
      <w:r>
        <w:t>Newcastle’s queer story runs deep. Drag nights in the 1970s, like those hosted by Stella the Fella at the Star Hotel’s Middle Bar, were rare visible spaces when homosexuality was still criminalised in NSW. The Star’s sudden closure in 1979 and the farewell gig that drew an estimated 4,000 people culminated in the Star Hotel riot, an event that still resonates in local memory. Those moments matter because they show how activism, celebration and conflict have shaped the city’s queer identity. When you walk Newcastle’s streets during Pride, you’re following a long, sometimes difficult, but proud lineage.</w:t>
      </w:r>
      <w:r/>
    </w:p>
    <w:p>
      <w:pPr>
        <w:pStyle w:val="Heading2"/>
      </w:pPr>
      <w:r>
        <w:t>What’s on the programme , music, drag and events across the weeks</w:t>
      </w:r>
      <w:r/>
    </w:p>
    <w:p>
      <w:r/>
      <w:r>
        <w:t>Newcastle Pride programmes typically span several weeks, with live music, drag shows, community forums and family days dotted around the city. There’s something for night‑owls and daytime families alike, from cabaret nights to workshops and community discussions. Check the official website for the updated schedule but expect a mix of local performers and visiting acts. If you’re planning a visit, book ticketed events early , popular shows sell out faster than you’d think.</w:t>
      </w:r>
      <w:r/>
    </w:p>
    <w:p>
      <w:pPr>
        <w:pStyle w:val="Heading2"/>
      </w:pPr>
      <w:r>
        <w:t>Practical tips for visitors , getting there, staying safe and joining in</w:t>
      </w:r>
      <w:r/>
    </w:p>
    <w:p>
      <w:r/>
      <w:r>
        <w:t>Newcastle is an easy weekend trip from Sydney by car or train, and the city’s compact layout makes it walkable once you’re here. If you’re coming for Fair Day, bring sunscreen, a refill water bottle and a small folding chair or blanket. Look for accessibility info on the festival site if you or someone you’re with needs assistance. And if you want to support beyond attendance, consider donating, volunteering or shopping from local queer‑owned stalls , it keeps the festival rooted in the region.</w:t>
      </w:r>
      <w:r/>
    </w:p>
    <w:p>
      <w:r/>
      <w:r>
        <w:t>It’s a small change that makes Pride in Newcastle feel both celebratory and deeply local , show up, listen to the stories, and enjoy the party.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10">
        <w:r>
          <w:rPr>
            <w:color w:val="0000EE"/>
            <w:u w:val="single"/>
          </w:rPr>
          <w:t>[3]</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https://www.dnamagazine.com.au/newcastle-pride-city-fg2/</w:t>
        </w:r>
      </w:hyperlink>
      <w:r>
        <w:t xml:space="preserve"> - Please view link - unable to able to access data</w:t>
      </w:r>
      <w:r/>
    </w:p>
    <w:p>
      <w:pPr>
        <w:pStyle w:val="ListNumber"/>
        <w:spacing w:line="240" w:lineRule="auto"/>
        <w:ind w:left="720"/>
      </w:pPr>
      <w:r/>
      <w:hyperlink r:id="rId9">
        <w:r>
          <w:rPr>
            <w:color w:val="0000EE"/>
            <w:u w:val="single"/>
          </w:rPr>
          <w:t>https://www.dnamagazine.com.au/newcastle-pride-city-fg2/</w:t>
        </w:r>
      </w:hyperlink>
      <w:r>
        <w:t xml:space="preserve"> - This article provides an overview of Newcastle Pride, a festival celebrating the LGBTQIA+ community in Newcastle, New South Wales. The festival is scheduled from 9 to 24 October 2026, with the main event, Fair Day, taking place on Saturday, 24 October. The article highlights the city's rich queer history, including the 1979 Star Hotel riot, and discusses the festival's growth since its inception in 2018, now spanning several weeks with live music, drag performances, community events, and the central Fair Day at Gregson Park in Hamilton.</w:t>
      </w:r>
      <w:r/>
    </w:p>
    <w:p>
      <w:pPr>
        <w:pStyle w:val="ListNumber"/>
        <w:spacing w:line="240" w:lineRule="auto"/>
        <w:ind w:left="720"/>
      </w:pPr>
      <w:r/>
      <w:hyperlink r:id="rId10">
        <w:r>
          <w:rPr>
            <w:color w:val="0000EE"/>
            <w:u w:val="single"/>
          </w:rPr>
          <w:t>https://www.newcastlepride.com.au/</w:t>
        </w:r>
      </w:hyperlink>
      <w:r>
        <w:t xml:space="preserve"> - Newcastle Pride is a city-wide festival celebrating the LGBTQIA+ community in Newcastle, New South Wales. The festival is scheduled for 9 to 24 October 2026, with the main event, Fair Day, taking place on Saturday, 24 October. The festival features live music, drag performances, community events, and the central Fair Day at Gregson Park in Hamilton. The event is a community-built celebration with its own identity and voices, aiming to provide a space for queer people in the Hunter region to live openly and loudly.</w:t>
      </w:r>
      <w:r/>
    </w:p>
    <w:p>
      <w:pPr>
        <w:pStyle w:val="ListNumber"/>
        <w:spacing w:line="240" w:lineRule="auto"/>
        <w:ind w:left="720"/>
      </w:pPr>
      <w:r/>
      <w:hyperlink r:id="rId12">
        <w:r>
          <w:rPr>
            <w:color w:val="0000EE"/>
            <w:u w:val="single"/>
          </w:rPr>
          <w:t>https://www.newcastlepride.co.uk/</w:t>
        </w:r>
      </w:hyperlink>
      <w:r>
        <w:t xml:space="preserve"> - Newcastle Pride is an annual festival celebrating the LGBTQIA+ community in Newcastle upon Tyne, UK. The 2026 festival is scheduled for 25–26 July 2026, with the theme 'City of Hope, Streets of Joy.' The event includes a parade, live music, drag performances, and community zones. The festival is organised by Curious Futures, a not-for-profit organisation established by Curious Arts to deliver large-scale LGBTQIA+ cultural programmes across the North East. The event is free and open to everyone, making it the region's biggest celebration of LGBTQ+ life and culture.</w:t>
      </w:r>
      <w:r/>
    </w:p>
    <w:p>
      <w:pPr>
        <w:pStyle w:val="ListNumber"/>
        <w:spacing w:line="240" w:lineRule="auto"/>
        <w:ind w:left="720"/>
      </w:pPr>
      <w:r/>
      <w:hyperlink r:id="rId13">
        <w:r>
          <w:rPr>
            <w:color w:val="0000EE"/>
            <w:u w:val="single"/>
          </w:rPr>
          <w:t>https://www.newcastlepridearena.co.uk/</w:t>
        </w:r>
      </w:hyperlink>
      <w:r>
        <w:t xml:space="preserve"> - The Newcastle Pride Arena is a key part of the city-wide Pride celebrations led by Curious Futures, part of Curious Arts, the organisation that champions LGBTQIA+ culture, visibility, and community across the North East. The festival experience is produced in collaboration with the Newcastle Pride Arena delivery partner, Evnt Inspirations, bringing expert event production and impactful experiences to the heart of the celebrations. The event is scheduled for 25–26 July 2026, with tickets on sale now.</w:t>
      </w:r>
      <w:r/>
    </w:p>
    <w:p>
      <w:pPr>
        <w:pStyle w:val="ListNumber"/>
        <w:spacing w:line="240" w:lineRule="auto"/>
        <w:ind w:left="720"/>
      </w:pPr>
      <w:r/>
      <w:hyperlink r:id="rId11">
        <w:r>
          <w:rPr>
            <w:color w:val="0000EE"/>
            <w:u w:val="single"/>
          </w:rPr>
          <w:t>https://www.abc.net.au/news/2019-09-20/11512410</w:t>
        </w:r>
      </w:hyperlink>
      <w:r>
        <w:t xml:space="preserve"> - This article discusses the Star Hotel riot that occurred on 19 September 1979 in Newcastle, New South Wales. The riot was sparked by the closure of the popular live music venue, the Star Hotel, and involved thousands of young people clashing with police. The article provides historical context and details about the events leading up to the riot, including the enforcement of the 10 pm live music curfew and the subsequent violence that erupted in the streets of Newcastle.</w:t>
      </w:r>
      <w:r/>
    </w:p>
    <w:p>
      <w:pPr>
        <w:pStyle w:val="ListNumber"/>
        <w:spacing w:line="240" w:lineRule="auto"/>
        <w:ind w:left="720"/>
      </w:pPr>
      <w:r/>
      <w:hyperlink r:id="rId14">
        <w:r>
          <w:rPr>
            <w:color w:val="0000EE"/>
            <w:u w:val="single"/>
          </w:rPr>
          <w:t>https://www.abc.net.au/news/2019-09-20/11529034</w:t>
        </w:r>
      </w:hyperlink>
      <w:r>
        <w:t xml:space="preserve"> - This article reports on the resurfacing of lost tapes from the 1979 Star Hotel riot in Newcastle, New South Wales. The riot occurred on 19 September 1979 when thousands of young people gathered to protest the closure of the popular live music venue, the Star Hotel. The article discusses the significance of the lost footage, its rediscovery, and its inclusion in a new documentary series that sheds light on this pivotal moment in Newcastle's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newcastle-pride-city-fg2/" TargetMode="External"/><Relationship Id="rId10" Type="http://schemas.openxmlformats.org/officeDocument/2006/relationships/hyperlink" Target="https://www.newcastlepride.com.au/" TargetMode="External"/><Relationship Id="rId11" Type="http://schemas.openxmlformats.org/officeDocument/2006/relationships/hyperlink" Target="https://www.abc.net.au/news/2019-09-20/11512410" TargetMode="External"/><Relationship Id="rId12" Type="http://schemas.openxmlformats.org/officeDocument/2006/relationships/hyperlink" Target="https://www.newcastlepride.co.uk/" TargetMode="External"/><Relationship Id="rId13" Type="http://schemas.openxmlformats.org/officeDocument/2006/relationships/hyperlink" Target="https://www.newcastlepridearena.co.uk/" TargetMode="External"/><Relationship Id="rId14" Type="http://schemas.openxmlformats.org/officeDocument/2006/relationships/hyperlink" Target="https://www.abc.net.au/news/2019-09-20/115290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