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Reads: Why Marlon James’s The Disappearers Is Causing a Stir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flocking to Marlon James’s latest, The Disappearers, a bold, polyphonic novel set in late‑’80s to early‑’90s Jamaica; critics praise its raw portrait of art, sexuality and violence, and it matters because it’s sparking conversations about homophobia, storytelling and how we reckon with painful histories.</w:t>
      </w:r>
      <w:r/>
    </w:p>
    <w:p>
      <w:r/>
      <w:r>
        <w:t>Essential Takeaways</w:t>
      </w:r>
      <w:r/>
      <w:r/>
    </w:p>
    <w:p>
      <w:pPr>
        <w:pStyle w:val="ListBullet"/>
        <w:spacing w:line="240" w:lineRule="auto"/>
        <w:ind w:left="720"/>
      </w:pPr>
      <w:r/>
      <w:r>
        <w:rPr>
          <w:b/>
        </w:rPr>
        <w:t>Setting and scope:</w:t>
      </w:r>
      <w:r>
        <w:t xml:space="preserve"> The Disappearers unfolds in late‑1980s and early‑1990s Jamaica, following eight gay play actors after a brutal attack; the novel feels both intimate and epic.</w:t>
      </w:r>
      <w:r/>
    </w:p>
    <w:p>
      <w:pPr>
        <w:pStyle w:val="ListBullet"/>
        <w:spacing w:line="240" w:lineRule="auto"/>
        <w:ind w:left="720"/>
      </w:pPr>
      <w:r/>
      <w:r>
        <w:rPr>
          <w:b/>
        </w:rPr>
        <w:t>Narrative voice:</w:t>
      </w:r>
      <w:r>
        <w:t xml:space="preserve"> Critics note James’s polyphonic technique and close narration, which blends humour with brutality and gives characters distinct, lively voices.</w:t>
      </w:r>
      <w:r/>
    </w:p>
    <w:p>
      <w:pPr>
        <w:pStyle w:val="ListBullet"/>
        <w:spacing w:line="240" w:lineRule="auto"/>
        <w:ind w:left="720"/>
      </w:pPr>
      <w:r/>
      <w:r>
        <w:rPr>
          <w:b/>
        </w:rPr>
        <w:t>Themes:</w:t>
      </w:r>
      <w:r>
        <w:t xml:space="preserve"> Homophobia, artistic survival, revenge and authenticity are central, with critics calling the book a scorching, urgent work.</w:t>
      </w:r>
      <w:r/>
    </w:p>
    <w:p>
      <w:pPr>
        <w:pStyle w:val="ListBullet"/>
        <w:spacing w:line="240" w:lineRule="auto"/>
        <w:ind w:left="720"/>
      </w:pPr>
      <w:r/>
      <w:r>
        <w:rPr>
          <w:b/>
        </w:rPr>
        <w:t>Tone and texture:</w:t>
      </w:r>
      <w:r>
        <w:t xml:space="preserve"> Readers report a mix of dark comedy and visceral scenes; prose ranges from lyrical to streetwise and fast‑moving.</w:t>
      </w:r>
      <w:r/>
    </w:p>
    <w:p>
      <w:pPr>
        <w:pStyle w:val="ListBullet"/>
        <w:spacing w:line="240" w:lineRule="auto"/>
        <w:ind w:left="720"/>
      </w:pPr>
      <w:r/>
      <w:r>
        <w:rPr>
          <w:b/>
        </w:rPr>
        <w:t>Practical note:</w:t>
      </w:r>
      <w:r>
        <w:t xml:space="preserve"> The book asks readers to sit with discomfort , it’s not light beach reading, but it’s deeply rewarding for those who want challenging contemporary fiction.</w:t>
      </w:r>
      <w:r/>
      <w:r/>
    </w:p>
    <w:p>
      <w:pPr>
        <w:pStyle w:val="Heading2"/>
      </w:pPr>
      <w:r>
        <w:t>A bold return that feels epic and intimate</w:t>
      </w:r>
      <w:r/>
    </w:p>
    <w:p>
      <w:r/>
      <w:r>
        <w:t>Marlon James has returned with a novel that’s muscular and very alive, steering between tenderness and outright savagery. Reviewers in The Guardian and The Atlantic have pointed out how the book’s multiple voices create a chorus that pulls you through scenes that are often violent, sometimes hilarious, and always uneasy. For anyone who’s read James before, there’s that same appetite for big, ambitious storytelling, but matched here with a close focus on a small troupe of actors trying to survive.</w:t>
      </w:r>
      <w:r/>
    </w:p>
    <w:p>
      <w:r/>
      <w:r>
        <w:t>Context matters: the story’s rooted in a Jamaica where homophobia is a daily threat, and many critics say the book reads almost like a document of cultural violence as much as a piece of fiction. If you like novels that demand attention and don’t apologise for discomfort, this one will sit with you long after the last page.</w:t>
      </w:r>
      <w:r/>
    </w:p>
    <w:p>
      <w:pPr>
        <w:pStyle w:val="Heading2"/>
      </w:pPr>
      <w:r>
        <w:t>Why reviewers call it urgent and necessary</w:t>
      </w:r>
      <w:r/>
    </w:p>
    <w:p>
      <w:r/>
      <w:r>
        <w:t>Critics across major outlets have been unanimous about the book’s urgency. The New Yorker, The Guardian and Kirkus Reviews all highlight how James doesn’t shy away from ugly truths; instead he uses lyricism and satire to expose them. That combination, beautiful sentences that describe terrible acts, creates tension that reviewers find electrifying.</w:t>
      </w:r>
      <w:r/>
    </w:p>
    <w:p>
      <w:r/>
      <w:r>
        <w:t>This is one reason the book is being discussed beyond just literary circles: it taps into wider conversations about queer lives in hostile environments, the responsibilities of artists, and how violence can shape stories about identity. If you’re deciding whether to read it, expect sharp prose, moral complexity and moments that will prick you emotionally.</w:t>
      </w:r>
      <w:r/>
    </w:p>
    <w:p>
      <w:pPr>
        <w:pStyle w:val="Heading2"/>
      </w:pPr>
      <w:r>
        <w:t>Characters, voice and the art of polyphony</w:t>
      </w:r>
      <w:r/>
    </w:p>
    <w:p>
      <w:r/>
      <w:r>
        <w:t>James’s choice to tell the story through multiple, sometimes overlapping voices gives the novel a theatrical, almost performative texture, fitting, since the protagonists are actors. The effect is often that you feel a direct intimacy with individual characters, even while the narrative sweeps outward.</w:t>
      </w:r>
      <w:r/>
    </w:p>
    <w:p>
      <w:r/>
      <w:r>
        <w:t>Practical reading tip: if you prefer linear, single‑perspective novels, give yourself time to adjust. Let the voices settle; the polyphonic style rewards patience by revealing different angles on the same events. Many reviewers note that humour and music, jazz and street rhyme, are woven throughout, which lightens and complicates the darker material.</w:t>
      </w:r>
      <w:r/>
    </w:p>
    <w:p>
      <w:pPr>
        <w:pStyle w:val="Heading2"/>
      </w:pPr>
      <w:r>
        <w:t>The themes people are talking about , revenge, survival and art</w:t>
      </w:r>
      <w:r/>
    </w:p>
    <w:p>
      <w:r/>
      <w:r>
        <w:t>At the heart of the novel are questions about revenge and survival, about what it takes to be authentic when the world is stacked against you. Review coverage emphasises that James interrogates the cost of staying true to oneself, especially when identity is criminalised or made dangerous by social norms.</w:t>
      </w:r>
      <w:r/>
    </w:p>
    <w:p>
      <w:r/>
      <w:r>
        <w:t>This isn’t a neat morality play. The Disappearers asks its readers to sit with ambiguity: characters make messy choices, and you’re left to weigh them. For book groups or readers who like unpacking moral complexity, this novel lends itself to long conversations.</w:t>
      </w:r>
      <w:r/>
    </w:p>
    <w:p>
      <w:pPr>
        <w:pStyle w:val="Heading2"/>
      </w:pPr>
      <w:r>
        <w:t>How The Disappearers fits into James’s work and the wider literary moment</w:t>
      </w:r>
      <w:r/>
    </w:p>
    <w:p>
      <w:r/>
      <w:r>
        <w:t>If you’ve read James before, you’ll recognise his appetite for scope and experimentation; if this is your first, it’s a striking entry point. Critics compare the book’s ambition to his earlier, prizewinning work and place it in a broader trend of novels that use immersive, multi‑voice narratives to explore identity and violence.</w:t>
      </w:r>
      <w:r/>
    </w:p>
    <w:p>
      <w:r/>
      <w:r>
        <w:t>Looking ahead, expect the book to be a touchstone in discussions about representation and literary daring this year. For readers, the takeaway is simple: this is a major novel that rewards engagement, not skimming.</w:t>
      </w:r>
      <w:r/>
    </w:p>
    <w:p>
      <w:r/>
      <w:r>
        <w:t>It's a small stretch of a book that asks big questions and leaves an impression.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0">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[2]</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2">
        <w:r>
          <w:rPr>
            <w:color w:val="0000EE"/>
            <w:u w:val="single"/>
          </w:rPr>
          <w:t>[5]</w:t>
        </w:r>
      </w:hyperlink>
      <w:r>
        <w:t xml:space="preserve">- Paragraph 5: </w:t>
      </w:r>
      <w:hyperlink r:id="rId13">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https://www.vulture.com/article/author-marlon-james-book-gossip-questionnaire.html</w:t>
        </w:r>
      </w:hyperlink>
      <w:r>
        <w:t xml:space="preserve"> - Please view link - unable to able to access data</w:t>
      </w:r>
      <w:r/>
    </w:p>
    <w:p>
      <w:pPr>
        <w:pStyle w:val="ListNumber"/>
        <w:spacing w:line="240" w:lineRule="auto"/>
        <w:ind w:left="720"/>
      </w:pPr>
      <w:r/>
      <w:hyperlink r:id="rId13">
        <w:r>
          <w:rPr>
            <w:color w:val="0000EE"/>
            <w:u w:val="single"/>
          </w:rPr>
          <w:t>https://www.newyorker.com/magazine/2026/09/07/the-disappearers-marlon-james-book-review</w:t>
        </w:r>
      </w:hyperlink>
      <w:r>
        <w:t xml:space="preserve"> - In this review, 'The Disappearers' is described as a novel that stages the pain and pleasure of Jamaican gay life. The story follows a group of gay men who seek love, connection, and restitution after a violent homophobic attack. The novel is noted for its blend of bravado and bereavement, with a mix of pulp and delicacy, and a focus on the spectrum of manliness, exploring how aggression can give way to unprotected softness and how virile swagger can veer into camp. The author, Marlon James, is recognized for gluing together the pulpy and the delicate, playing with the cartoonish nature of intense experiences.</w:t>
      </w:r>
      <w:r/>
    </w:p>
    <w:p>
      <w:pPr>
        <w:pStyle w:val="ListNumber"/>
        <w:spacing w:line="240" w:lineRule="auto"/>
        <w:ind w:left="720"/>
      </w:pPr>
      <w:r/>
      <w:hyperlink r:id="rId10">
        <w:r>
          <w:rPr>
            <w:color w:val="0000EE"/>
            <w:u w:val="single"/>
          </w:rPr>
          <w:t>https://www.theguardian.com/books/2026/aug/24/the-disappearers-by-marlon-james-review-a-scorching-expose-of-homophobia-in-jamaica</w:t>
        </w:r>
      </w:hyperlink>
      <w:r>
        <w:t xml:space="preserve"> - This review of 'The Disappearers' describes the novel as a scorching exposé of homophobia in Jamaica. Set in the AIDS era, the book is a triumph that is bitter, bawdy, and ravishingly queer. The narrative roves through uptown, downtown, ghetto, and gully in Kingston, with sidetrack excursions to 1950s England and a closing leap to 2000s United States. The novel's defining event is a gruesome mob attack on eight queer men who have clandestinely come together to work on bringing John Herbert’s 1967 gay prison play, 'Fortune and Men’s Eyes', to the stage. The review highlights the interplay of class, race, and colourism in the experience of Jamaican queerness, and the novel's exploration of rage, survival, trauma, and revenge.</w:t>
      </w:r>
      <w:r/>
    </w:p>
    <w:p>
      <w:pPr>
        <w:pStyle w:val="ListNumber"/>
        <w:spacing w:line="240" w:lineRule="auto"/>
        <w:ind w:left="720"/>
      </w:pPr>
      <w:r/>
      <w:hyperlink r:id="rId11">
        <w:r>
          <w:rPr>
            <w:color w:val="0000EE"/>
            <w:u w:val="single"/>
          </w:rPr>
          <w:t>https://www.theatlantic.com/magazine/2026/09/marlon-james-the-disappearers/687960/?utm_source=apple_news</w:t>
        </w:r>
      </w:hyperlink>
      <w:r>
        <w:t xml:space="preserve"> - This article discusses Marlon James's latest novel, 'The Disappearers', marking a return to realism and to Jamaica. The novel centers on the hidden lives of Jamaican men who have sex with men during the late 1980s, a time of intense homophobia and violence. Set around rehearsals for a provocative play in Kingston, the story follows five narrators, some sharing aspects of James’s own life, as they seek refuge in art and connection but are soon attacked by a violent mob. The narrative explores trauma, invisibility, and survival within a fiercely patriarchal and homophobic society, offering a complex portrait of queer Jamaican life. The article notes that James crafts distinct voices and weaves in influences from comic books, classic literature, and music, particularly Nirvana, which serves as a cultural lifeline for his characters. Despite the harrowing context, the novel is ultimately a work of resilience and hope, illuminating the marginalized with brutal honesty and literary depth.</w:t>
      </w:r>
      <w:r/>
    </w:p>
    <w:p>
      <w:pPr>
        <w:pStyle w:val="ListNumber"/>
        <w:spacing w:line="240" w:lineRule="auto"/>
        <w:ind w:left="720"/>
      </w:pPr>
      <w:r/>
      <w:hyperlink r:id="rId12">
        <w:r>
          <w:rPr>
            <w:color w:val="0000EE"/>
            <w:u w:val="single"/>
          </w:rPr>
          <w:t>https://www.kirkusreviews.com/book-reviews/marlon-james/the-disappearers/</w:t>
        </w:r>
      </w:hyperlink>
      <w:r>
        <w:t xml:space="preserve"> - This review of 'The Disappearers' describes the novel as a galvanizing depiction of gay life in Jamaica. The story follows a group of gay men who show up at a Kingston house on a June night in 1988 to rehearse for a production of 'Fortune and Men’s Eyes', a play set in a prison. The group is savagely attacked by a mob, leaving one of the actors dead, one blinded for life, and the rest bloodied and injured. Survivors of the attack spend most of the succeeding years recovering from both physical and psychic wounds. The review highlights the novel's exploration of the tragic consequences of violent homophobia and its deep dive into the experiences of the characters.</w:t>
      </w:r>
      <w:r/>
    </w:p>
    <w:p>
      <w:pPr>
        <w:pStyle w:val="ListNumber"/>
        <w:spacing w:line="240" w:lineRule="auto"/>
        <w:ind w:left="720"/>
      </w:pPr>
      <w:r/>
      <w:hyperlink r:id="rId14">
        <w:r>
          <w:rPr>
            <w:color w:val="0000EE"/>
            <w:u w:val="single"/>
          </w:rPr>
          <w:t>https://www.culturedmag.com/article/2026/08/20/literature-marlon-james-the-disappearers-interview-2026/</w:t>
        </w:r>
      </w:hyperlink>
      <w:r>
        <w:t xml:space="preserve"> - In this interview, Marlon James discusses his new novel, 'The Disappearers', which tells the story of a group of queer Jamaican men secretly rehearsing a banned play amid a violently homophobic society. The novel is noted for its rich cultural references, including literature, music, and visual media, that affirm queer existence and resilience. James reflects on the importance of creating evidence of queer life and community, and the novel's exploration of visibility and the dangers it brings. The interview also touches on James's personal life, including his relationship with his partner, James Baldwin biographer Nicholas Boggs, and his co-hosting of the literary podcast 'Marlon and Jake Read Dead People'.</w:t>
      </w:r>
      <w:r/>
    </w:p>
    <w:p>
      <w:pPr>
        <w:pStyle w:val="ListNumber"/>
        <w:spacing w:line="240" w:lineRule="auto"/>
        <w:ind w:left="720"/>
      </w:pPr>
      <w:r/>
      <w:hyperlink r:id="rId15">
        <w:r>
          <w:rPr>
            <w:color w:val="0000EE"/>
            <w:u w:val="single"/>
          </w:rPr>
          <w:t>https://apnews.com/article/365b9e90a947cc67798be63dc41f2f69</w:t>
        </w:r>
      </w:hyperlink>
      <w:r>
        <w:t xml:space="preserve"> - This article announces the 2026 Booker Prize longlist, featuring a diverse array of novels, genres, and authors from multiple national backgrounds. Marlon James is recognized for his novel 'The Disappearers', which revisits the brutal realities of Jamaica and intersects popular culture with the 1988 attack on gay men. The article highlights the inclusion of previous Booker winners like James and Douglas Stuart, as well as debut authors, showcasing the judges' openness to bold, unconventional storytelling. The six finalists will be announced on September 22, with the winner revealed on November 9,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ulture.com/article/author-marlon-james-book-gossip-questionnaire.html" TargetMode="External"/><Relationship Id="rId10" Type="http://schemas.openxmlformats.org/officeDocument/2006/relationships/hyperlink" Target="https://www.theguardian.com/books/2026/aug/24/the-disappearers-by-marlon-james-review-a-scorching-expose-of-homophobia-in-jamaica" TargetMode="External"/><Relationship Id="rId11" Type="http://schemas.openxmlformats.org/officeDocument/2006/relationships/hyperlink" Target="https://www.theatlantic.com/magazine/2026/09/marlon-james-the-disappearers/687960/?utm_source=apple_news" TargetMode="External"/><Relationship Id="rId12" Type="http://schemas.openxmlformats.org/officeDocument/2006/relationships/hyperlink" Target="https://www.kirkusreviews.com/book-reviews/marlon-james/the-disappearers/" TargetMode="External"/><Relationship Id="rId13" Type="http://schemas.openxmlformats.org/officeDocument/2006/relationships/hyperlink" Target="https://www.newyorker.com/magazine/2026/09/07/the-disappearers-marlon-james-book-review" TargetMode="External"/><Relationship Id="rId14" Type="http://schemas.openxmlformats.org/officeDocument/2006/relationships/hyperlink" Target="https://www.culturedmag.com/article/2026/08/20/literature-marlon-james-the-disappearers-interview-2026/" TargetMode="External"/><Relationship Id="rId15" Type="http://schemas.openxmlformats.org/officeDocument/2006/relationships/hyperlink" Target="https://apnews.com/article/365b9e90a947cc67798be63dc41f2f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