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Mullingar Pride Moment: Rose of Tralee Winner to Lead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Caoilfhinn Ní Choiligh take centre stage as grand marshal at Mullingar Pride , the Westmeath Rose and 2026 Rose of Tralee winner will lead the town’s Family Fun Day parade on Saturday 5 September, bringing openness, warmth and a much-needed spotlight on self-acceptance.</w:t>
      </w:r>
      <w:r/>
    </w:p>
    <w:p>
      <w:r/>
      <w:r>
        <w:t>Essential Takeaways</w:t>
      </w:r>
      <w:r/>
      <w:r/>
    </w:p>
    <w:p>
      <w:pPr>
        <w:pStyle w:val="ListBullet"/>
        <w:spacing w:line="240" w:lineRule="auto"/>
        <w:ind w:left="720"/>
      </w:pPr>
      <w:r/>
      <w:r>
        <w:rPr>
          <w:b/>
        </w:rPr>
        <w:t>Grand marshal named:</w:t>
      </w:r>
      <w:r>
        <w:t xml:space="preserve"> Caoilfhinn Ní Choiligh, Westmeath Rose and 2026 Rose of Tralee, will lead Mullingar Pride’s parade at 3pm on Saturday 5 September.</w:t>
      </w:r>
      <w:r/>
    </w:p>
    <w:p>
      <w:pPr>
        <w:pStyle w:val="ListBullet"/>
        <w:spacing w:line="240" w:lineRule="auto"/>
        <w:ind w:left="720"/>
      </w:pPr>
      <w:r/>
      <w:r>
        <w:rPr>
          <w:b/>
        </w:rPr>
        <w:t>A personal moment:</w:t>
      </w:r>
      <w:r>
        <w:t xml:space="preserve"> She won public support after speaking candidly about living with alopecia, trying on wigs on stage and urging people to “embrace the imperfections.”</w:t>
      </w:r>
      <w:r/>
    </w:p>
    <w:p>
      <w:pPr>
        <w:pStyle w:val="ListBullet"/>
        <w:spacing w:line="240" w:lineRule="auto"/>
        <w:ind w:left="720"/>
      </w:pPr>
      <w:r/>
      <w:r>
        <w:rPr>
          <w:b/>
        </w:rPr>
        <w:t>Festival highlights:</w:t>
      </w:r>
      <w:r>
        <w:t xml:space="preserve"> Events include a Queer Comedy Night, Trans Punk gig, Family Fun Day with bouncy castle and face painting, plus a DJ and Drag Night and Sunday barbecue.</w:t>
      </w:r>
      <w:r/>
    </w:p>
    <w:p>
      <w:pPr>
        <w:pStyle w:val="ListBullet"/>
        <w:spacing w:line="240" w:lineRule="auto"/>
        <w:ind w:left="720"/>
      </w:pPr>
      <w:r/>
      <w:r>
        <w:rPr>
          <w:b/>
        </w:rPr>
        <w:t>Inclusive planning:</w:t>
      </w:r>
      <w:r>
        <w:t xml:space="preserve"> Activities will remain open during the parade to accommodate neurodivergent families who prefer a quieter time.</w:t>
      </w:r>
      <w:r/>
    </w:p>
    <w:p>
      <w:pPr>
        <w:pStyle w:val="ListBullet"/>
        <w:spacing w:line="240" w:lineRule="auto"/>
        <w:ind w:left="720"/>
      </w:pPr>
      <w:r/>
      <w:r>
        <w:rPr>
          <w:b/>
        </w:rPr>
        <w:t>Local context:</w:t>
      </w:r>
      <w:r>
        <w:t xml:space="preserve"> Mullingar joins dozens of regional Prides nationwide between May and September, reflecting a growing local festival circuit.</w:t>
      </w:r>
      <w:r/>
      <w:r/>
    </w:p>
    <w:p>
      <w:pPr>
        <w:pStyle w:val="Heading2"/>
      </w:pPr>
      <w:r>
        <w:t>A warm, brave face at the front of Mullingar Pride</w:t>
      </w:r>
      <w:r/>
    </w:p>
    <w:p>
      <w:r/>
      <w:r>
        <w:t>Caoilfhinn Ní Choiligh’s smile and steadiness are exactly what Mullingar Pride wanted to see leading the parade, and you can feel the optimism already. According to local organisers, her openness about alopecia and playful wig moments at the Rose of Tralee resonated widely and won her a standing ovation. It’s an image that fits a town festival built on visibility and warmth.</w:t>
      </w:r>
      <w:r/>
    </w:p>
    <w:p>
      <w:r/>
      <w:r>
        <w:t>The Rose of Tralee pageant gave Caoilfhinn a national platform, and organisers here are tapping into that momentum. David Rinehart, chair of Mullingar Pride, described her as “an absolute legend” and an “amazing role model”, underlining why her presence matters beyond a ceremonial ribbon-cutting. For locals, that’s both comforting and inspirational.</w:t>
      </w:r>
      <w:r/>
    </w:p>
    <w:p>
      <w:pPr>
        <w:pStyle w:val="Heading2"/>
      </w:pPr>
      <w:r>
        <w:t>What to expect at the parade and Family Fun Day</w:t>
      </w:r>
      <w:r/>
    </w:p>
    <w:p>
      <w:r/>
      <w:r>
        <w:t>The parade starts at 3pm in Mullingar Town Park and runs during the Family Fun Day, so expect colour, music and a community mood. Kids’ attractions such as a bouncy castle and face painting will stay open while the march passes, meaning families who prefer a quieter visit can plan around the procession.</w:t>
      </w:r>
      <w:r/>
    </w:p>
    <w:p>
      <w:r/>
      <w:r>
        <w:t>Practical tip: arrive early if you want a good spot along the route or to settle kids into activities before the parade begins. There’ll be vendors selling ice cream, coffee and food , perfect for a picnic-style afternoon.</w:t>
      </w:r>
      <w:r/>
    </w:p>
    <w:p>
      <w:pPr>
        <w:pStyle w:val="Heading2"/>
      </w:pPr>
      <w:r>
        <w:t>Events across the weekend , something for every crowd</w:t>
      </w:r>
      <w:r/>
    </w:p>
    <w:p>
      <w:r/>
      <w:r>
        <w:t>Mullingar Pride isn’t just a one-hour parade. The festival begins with a Queer Comedy Night on Thursday, followed by a Trans Punk gig on Friday evening. After the parade, the town moves into evening festivities with a DJ and Drag Night in The Final Fence, including a fundraising raffle, and the weekend wraps with a relaxed barbecue on Sunday afternoon.</w:t>
      </w:r>
      <w:r/>
    </w:p>
    <w:p>
      <w:r/>
      <w:r>
        <w:t>If you like variety , irreverent comedy one night and a family-friendly afternoon the next , this schedule has it. Tickets and times vary, so check venues for any late changes and book popular events early.</w:t>
      </w:r>
      <w:r/>
    </w:p>
    <w:p>
      <w:pPr>
        <w:pStyle w:val="Heading2"/>
      </w:pPr>
      <w:r>
        <w:t>Why Caoilfhinn’s role feels timely for community Pride</w:t>
      </w:r>
      <w:r/>
    </w:p>
    <w:p>
      <w:r/>
      <w:r>
        <w:t>Caoilfhinn’s public honesty about alopecia struck a chord this summer, and it’s easy to see why her selection as grand marshal feels apt. According to coverage of the Rose of Tralee, viewers and fellow contestants praised her confidence and humour. That mix of vulnerability and fun makes her a relatable parade leader for people of all ages.</w:t>
      </w:r>
      <w:r/>
    </w:p>
    <w:p>
      <w:r/>
      <w:r>
        <w:t>Her appointment also reflects a wider trend: regional Prides across Ireland , from Athlone to Laois , are becoming fixtures in the summer calendar, each choosing local figures who reflect community values. This helps demystify events for newcomers and shows Pride as both celebratory and everyday.</w:t>
      </w:r>
      <w:r/>
    </w:p>
    <w:p>
      <w:pPr>
        <w:pStyle w:val="Heading2"/>
      </w:pPr>
      <w:r>
        <w:t>How to enjoy Mullingar Pride if you’re coming from afar</w:t>
      </w:r>
      <w:r/>
    </w:p>
    <w:p>
      <w:r/>
      <w:r>
        <w:t>If you’re travelling in, book local accommodation early , late-summer weekends fill fast in the Midlands. Bring layers: late-August weather can flip from sun to breeze, and outdoor events run across the afternoon and evening. If you’re attending with neurodivergent family members, plan when you’ll visit the park to match quieter windows; organisers have kept activities open during the parade for this reason.</w:t>
      </w:r>
      <w:r/>
    </w:p>
    <w:p>
      <w:r/>
      <w:r>
        <w:t>And if you want to support the festival, join evening events with fundraising elements or drop into local businesses showing Pride support , it’s an easy way to give back.</w:t>
      </w:r>
      <w:r/>
    </w:p>
    <w:p>
      <w:r/>
      <w:r>
        <w:t>It's a small change that can make every parade feel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https://www.independent.ie/county/westmeath/rose-of-tralee-winner-to-take-centre-stage-as-grand-marshal-of-mullingar-pride-parade/a/160749607.html</w:t>
        </w:r>
      </w:hyperlink>
      <w:r>
        <w:t xml:space="preserve"> - Please view link - unable to able to access data</w:t>
      </w:r>
      <w:r/>
    </w:p>
    <w:p>
      <w:pPr>
        <w:pStyle w:val="ListNumber"/>
        <w:spacing w:line="240" w:lineRule="auto"/>
        <w:ind w:left="720"/>
      </w:pPr>
      <w:r/>
      <w:hyperlink r:id="rId10">
        <w:r>
          <w:rPr>
            <w:color w:val="0000EE"/>
            <w:u w:val="single"/>
          </w:rPr>
          <w:t>https://www.roseoftralee.ie/caoilfhinn-ni-choiligh-named-2026-international-rose-of-tralee/</w:t>
        </w:r>
      </w:hyperlink>
      <w:r>
        <w:t xml:space="preserve"> - Caoilfhinn Ní Choiligh, aged 25, has been named the 2026 International Rose of Tralee, becoming the second Westmeath Rose to take the title. She balances her retail work with studying to become a wig maker, a path inspired by losing her hair to alopecia at 15. The announcement was made live on RTÉ from the Kerry Sports Academy at MTU. As the 2026 Rose of Tralee, Caoilfhinn will embark on a year of travel and engagements representing the Festival in Ireland and internationally.</w:t>
      </w:r>
      <w:r/>
    </w:p>
    <w:p>
      <w:pPr>
        <w:pStyle w:val="ListNumber"/>
        <w:spacing w:line="240" w:lineRule="auto"/>
        <w:ind w:left="720"/>
      </w:pPr>
      <w:r/>
      <w:hyperlink r:id="rId13">
        <w:r>
          <w:rPr>
            <w:color w:val="0000EE"/>
            <w:u w:val="single"/>
          </w:rPr>
          <w:t>https://www.midlands103.com/news/midlands-news/caoilfhinn-ni-choiligh-crowned-2026-westmeath-rose/</w:t>
        </w:r>
      </w:hyperlink>
      <w:r>
        <w:t xml:space="preserve"> - Mullingar’s Caoilfhinn Ní Choiligh has been crowned the 2026 Westmeath Rose. The 25-year-old is opening up about living with alopecia since the age of 15 and wants to support others experiencing hair loss. She founded The Hair Loss Haven, a community that offers advice, support, and meet-ups for members. She will now represent Westmeath at the 2026 Rose of Tralee Festival in Kerry, which takes place from August 14th to August 18th.</w:t>
      </w:r>
      <w:r/>
    </w:p>
    <w:p>
      <w:pPr>
        <w:pStyle w:val="ListNumber"/>
        <w:spacing w:line="240" w:lineRule="auto"/>
        <w:ind w:left="720"/>
      </w:pPr>
      <w:r/>
      <w:hyperlink r:id="rId11">
        <w:r>
          <w:rPr>
            <w:color w:val="0000EE"/>
            <w:u w:val="single"/>
          </w:rPr>
          <w:t>https://www.rte.ie/entertainment/2026/0818/1588436-westmeath-rose-crowned-winner-of-the-rose-of-tralee/</w:t>
        </w:r>
      </w:hyperlink>
      <w:r>
        <w:t xml:space="preserve"> - Westmeath Rose Caoilfhinn Ní Choiligh has won this year's Rose of Tralee festival after triumphing over 31 fellow Roses over the two-night event in Kerry. The 25-year-old said she was 'speechless' as she was announced as the winner just before 11.30pm on Tuesday night and presented with her sash by last year's winner, Laois woman Kathlyn Cummins. Caoilfhinn now becomes the 66th International Rose of Tralee.</w:t>
      </w:r>
      <w:r/>
    </w:p>
    <w:p>
      <w:pPr>
        <w:pStyle w:val="ListNumber"/>
        <w:spacing w:line="240" w:lineRule="auto"/>
        <w:ind w:left="720"/>
      </w:pPr>
      <w:r/>
      <w:hyperlink r:id="rId12">
        <w:r>
          <w:rPr>
            <w:color w:val="0000EE"/>
            <w:u w:val="single"/>
          </w:rPr>
          <w:t>https://www.irishtimes.com/culture/tv-radio/2026/08/18/rose-of-tralee-2026-westmeath-contender-who-shared-alopecia-condition-called-the-winner/</w:t>
        </w:r>
      </w:hyperlink>
      <w:r>
        <w:t xml:space="preserve"> - Westmeath Rose Caoilfhinn Ní Choiligh was crowned the 2026 Rose of Tralee on Tuesday night at the conclusion of this year’s festival in Co Kerry. The Westmeath Rose shared her alopecia journey on Monday night’s show and showed a selection of wigs before removing the wig she was wearing that night to show her hair loss. Ní Choiligh has been wearing wigs for eight years after she began to lose her hair aged 15.</w:t>
      </w:r>
      <w:r/>
    </w:p>
    <w:p>
      <w:pPr>
        <w:pStyle w:val="ListNumber"/>
        <w:spacing w:line="240" w:lineRule="auto"/>
        <w:ind w:left="720"/>
      </w:pPr>
      <w:r/>
      <w:hyperlink r:id="rId14">
        <w:r>
          <w:rPr>
            <w:color w:val="0000EE"/>
            <w:u w:val="single"/>
          </w:rPr>
          <w:t>https://www.classichits.ie/news/national-news/westmeath-rose-crowned-rose-of-tralee/</w:t>
        </w:r>
      </w:hyperlink>
      <w:r>
        <w:t xml:space="preserve"> - Westmeath Rose Caoilfhinn Ní Choiligh has been crowned the 2026 Rose of Tralee after an emotional two nights at the Kerry festival. The 25-year-old was announced as the winner shortly before 11.30pm on Tuesday night, beating 31 other Roses from Ireland and around the world. Caoilfhinn, who was presented with her sash by last year's winner Kathlyn Cummins from Laois, was visibly emotional as she was named the 66th International Rose of Tralee.</w:t>
      </w:r>
      <w:r/>
    </w:p>
    <w:p>
      <w:pPr>
        <w:pStyle w:val="ListNumber"/>
        <w:spacing w:line="240" w:lineRule="auto"/>
        <w:ind w:left="720"/>
      </w:pPr>
      <w:r/>
      <w:hyperlink r:id="rId15">
        <w:r>
          <w:rPr>
            <w:color w:val="0000EE"/>
            <w:u w:val="single"/>
          </w:rPr>
          <w:t>https://www.thejournal.ie/rose-of-tralee-winner-2026-7135030-Aug2026/</w:t>
        </w:r>
      </w:hyperlink>
      <w:r>
        <w:t xml:space="preserve"> - The Westmeath Rose has been crowned the 2026 Rose of Tralee. Winner Caoilfhinn Ní Choiligh was presented with her sash by the 2025 Rose of Tralee Katelyn Cummins just before 11.30pm live on RTÉ. Ní Choiligh has alopecia and for her talent she tried on her favourite wigs, which she hoped would help raise awareness about the condition. Her journey inspired her to become a wigmaker, which she is currently studying for alongside working in retail.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ie/county/westmeath/rose-of-tralee-winner-to-take-centre-stage-as-grand-marshal-of-mullingar-pride-parade/a/160749607.html" TargetMode="External"/><Relationship Id="rId10" Type="http://schemas.openxmlformats.org/officeDocument/2006/relationships/hyperlink" Target="https://www.roseoftralee.ie/caoilfhinn-ni-choiligh-named-2026-international-rose-of-tralee/" TargetMode="External"/><Relationship Id="rId11" Type="http://schemas.openxmlformats.org/officeDocument/2006/relationships/hyperlink" Target="https://www.rte.ie/entertainment/2026/0818/1588436-westmeath-rose-crowned-winner-of-the-rose-of-tralee/" TargetMode="External"/><Relationship Id="rId12" Type="http://schemas.openxmlformats.org/officeDocument/2006/relationships/hyperlink" Target="https://www.irishtimes.com/culture/tv-radio/2026/08/18/rose-of-tralee-2026-westmeath-contender-who-shared-alopecia-condition-called-the-winner/" TargetMode="External"/><Relationship Id="rId13" Type="http://schemas.openxmlformats.org/officeDocument/2006/relationships/hyperlink" Target="https://www.midlands103.com/news/midlands-news/caoilfhinn-ni-choiligh-crowned-2026-westmeath-rose/" TargetMode="External"/><Relationship Id="rId14" Type="http://schemas.openxmlformats.org/officeDocument/2006/relationships/hyperlink" Target="https://www.classichits.ie/news/national-news/westmeath-rose-crowned-rose-of-tralee/" TargetMode="External"/><Relationship Id="rId15" Type="http://schemas.openxmlformats.org/officeDocument/2006/relationships/hyperlink" Target="https://www.thejournal.ie/rose-of-tralee-winner-2026-7135030-Aug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