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Late‑Summer LGBTQ+ Events to Catch This September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the last of the sunshine: busy planners, weekend wanderers and party people are finding that September’s packed with Pride fringe parties, seaside festivals and long‑standing leather and bear traditions , here’s where to be, what to expect and how to make the most of each celebration.</w:t>
      </w:r>
      <w:r/>
    </w:p>
    <w:p>
      <w:r/>
      <w:r>
        <w:t>Essential Takeaways</w:t>
      </w:r>
      <w:r/>
      <w:r/>
    </w:p>
    <w:p>
      <w:pPr>
        <w:pStyle w:val="ListBullet"/>
        <w:spacing w:line="240" w:lineRule="auto"/>
        <w:ind w:left="720"/>
      </w:pPr>
      <w:r/>
      <w:r>
        <w:rPr>
          <w:b/>
        </w:rPr>
        <w:t>Big city energy:</w:t>
      </w:r>
      <w:r>
        <w:t xml:space="preserve"> Southern Decadence in New Orleans turns core streets into a weeklong party with parades, bars and block‑wide revelry.</w:t>
      </w:r>
      <w:r/>
    </w:p>
    <w:p>
      <w:pPr>
        <w:pStyle w:val="ListBullet"/>
        <w:spacing w:line="240" w:lineRule="auto"/>
        <w:ind w:left="720"/>
      </w:pPr>
      <w:r/>
      <w:r>
        <w:rPr>
          <w:b/>
        </w:rPr>
        <w:t>Seaside spectacle:</w:t>
      </w:r>
      <w:r>
        <w:t xml:space="preserve"> Sitges’ Bear Week delivers sandy parties, friendly crowds and high‑energy dancing right on the coast.</w:t>
      </w:r>
      <w:r/>
    </w:p>
    <w:p>
      <w:pPr>
        <w:pStyle w:val="ListBullet"/>
        <w:spacing w:line="240" w:lineRule="auto"/>
        <w:ind w:left="720"/>
      </w:pPr>
      <w:r/>
      <w:r>
        <w:rPr>
          <w:b/>
        </w:rPr>
        <w:t>Community‑first:</w:t>
      </w:r>
      <w:r>
        <w:t xml:space="preserve"> Smaller Pride events like Greensboro and Blue Ridge focus on family‑friendly vibes, local performers and arts stalls.</w:t>
      </w:r>
      <w:r/>
    </w:p>
    <w:p>
      <w:pPr>
        <w:pStyle w:val="ListBullet"/>
        <w:spacing w:line="240" w:lineRule="auto"/>
        <w:ind w:left="720"/>
      </w:pPr>
      <w:r/>
      <w:r>
        <w:rPr>
          <w:b/>
        </w:rPr>
        <w:t>Fetish flagship:</w:t>
      </w:r>
      <w:r>
        <w:t xml:space="preserve"> Folsom Street Fair in San Francisco is the largest leather and fetish event globally, with demos, stages and artisan stalls.</w:t>
      </w:r>
      <w:r/>
    </w:p>
    <w:p>
      <w:pPr>
        <w:pStyle w:val="ListBullet"/>
        <w:spacing w:line="240" w:lineRule="auto"/>
        <w:ind w:left="720"/>
      </w:pPr>
      <w:r/>
      <w:r>
        <w:rPr>
          <w:b/>
        </w:rPr>
        <w:t>Practical tip:</w:t>
      </w:r>
      <w:r>
        <w:t xml:space="preserve"> Book accommodation early, pack light layers for cooler evenings, and bring cash for vendors at outdoor fairs.</w:t>
      </w:r>
      <w:r/>
      <w:r/>
    </w:p>
    <w:p>
      <w:pPr>
        <w:pStyle w:val="Heading2"/>
      </w:pPr>
      <w:r>
        <w:t>Southern Decadence: New Orleans’ end‑of‑summer blowout</w:t>
      </w:r>
      <w:r/>
    </w:p>
    <w:p>
      <w:r/>
      <w:r>
        <w:t>New Orleans does decadence with a warm, sweaty smile , think glitter, brass bands and the smell of street food mixing with hairspray. Southern Decadence has its roots in a small, raucous end‑of‑summer get‑together and now fills bars, balconies and whole streets for several days. According to event listings and long‑time participant guides, the weekend programme blends official parades with countless unofficial after‑hours parties and club nights. It’s as much about seeing and being seen as it is about community. If you’re going, plan for late nights and late check‑ins , book a base near the French Quarter or the Garden District and keep a foldable fan and a reusable water bottle at hand. Expect the unexpected: processions, themed parties and informal meetups mean there’s always something new to stumble into.</w:t>
      </w:r>
      <w:r/>
    </w:p>
    <w:p>
      <w:pPr>
        <w:pStyle w:val="Heading2"/>
      </w:pPr>
      <w:r>
        <w:t>Bear Week in Sitges: salty air and hairy hugs</w:t>
      </w:r>
      <w:r/>
    </w:p>
    <w:p>
      <w:r/>
      <w:r>
        <w:t>Sitges is the sort of seaside town that makes you slow down; during Bear Week it becomes one big, welcoming block party. Thousands of bears and bear admirers descend for beach parties, dance nights and friendly competitions. The vibe is casual and joyful , think sun‑soaked terraces by day and leather and loud music by night. Organisers and regulars note the event’s scale has grown steadily, drawing an international crowd. Choose beachfront accommodation if you want to dip between the sand and a drag show, and buy tickets early for headline club nights , they sell out. For those who like a quieter pace, midweek events and local cafés offer gentler ways to join the fun.</w:t>
      </w:r>
      <w:r/>
    </w:p>
    <w:p>
      <w:pPr>
        <w:pStyle w:val="Heading2"/>
      </w:pPr>
      <w:r>
        <w:t>Greensboro and Blue Ridge Pride: community, craft stalls and family days</w:t>
      </w:r>
      <w:r/>
    </w:p>
    <w:p>
      <w:r/>
      <w:r>
        <w:t>Not every great Pride needs neon and noise; Greensboro Pride and Asheville’s Blue Ridge Pride Festival prove big heart works just as well. These late‑season events lean into local talent, family programming and vendor markets. Both festivals create a welcoming atmosphere with drag stages, kids’ areas and community booths, so they’re ideal for anyone looking for an inclusive day out rather than an all‑night spectacle. If you’re bringing family, check schedules in advance for kid‑friendly performances and accessibility details; these events usually publish maps and lineups ahead of time. Locals praise the warmth and hospitality , it’s a reminder that Pride also means neighbourliness, not just nightlife.</w:t>
      </w:r>
      <w:r/>
    </w:p>
    <w:p>
      <w:pPr>
        <w:pStyle w:val="Heading2"/>
      </w:pPr>
      <w:r>
        <w:t>Folsom Street Fair: the world’s largest leather and fetish gathering</w:t>
      </w:r>
      <w:r/>
    </w:p>
    <w:p>
      <w:r/>
      <w:r>
        <w:t>San Francisco’s Folsom Street Fair is a one‑day colossus of leather, kink and creative expression, held in the city’s SOMA district. The scene is exuberant, educational and unapologetically adult. Organisers and commentators emphasise the fair’s combination of live music, fetish demonstrations and vendor stalls selling everything from custom gear to art. There’s an educational edge too, with booths and demos that demystify aspects of BDSM and fetish culture. Wear comfortable shoes and be ready for crowds; the fair fills streets and stages, and many attendees dress to perform as well as to observe. If you’re curious but cautious, attend daytime demonstrations or look for info tents , staff and volunteers are usually helpful and informative.</w:t>
      </w:r>
      <w:r/>
    </w:p>
    <w:p>
      <w:pPr>
        <w:pStyle w:val="Heading2"/>
      </w:pPr>
      <w:r>
        <w:t>How to pick the right September event for you</w:t>
      </w:r>
      <w:r/>
    </w:p>
    <w:p>
      <w:r/>
      <w:r>
        <w:t>Think about what you want: late nights and street parades, beach parties and dance clubs, or a local Pride with artisan stalls and family activities. Travel distances and budgets matter, so weigh big city events against smaller, nearby festivals. Book travel and hotels early, keep an eye on official event pages for schedule updates, and take basic safety steps: travel with mates, carry ID, and check local transport times for late returns. Above all, pace yourself. September’s line‑up lets you be loud one night and mellow the next, so you can sample a taste of everything without burning out.</w:t>
      </w:r>
      <w:r/>
    </w:p>
    <w:p>
      <w:r/>
      <w:r>
        <w:t>It’s a small seasonal shift with huge upside , pick your party and make the most of the last long weekends.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3">
        <w:r>
          <w:rPr>
            <w:color w:val="0000EE"/>
            <w:u w:val="single"/>
          </w:rPr>
          <w:t>[6]</w:t>
        </w:r>
      </w:hyperlink>
      <w:r>
        <w:t xml:space="preserve">, </w:t>
      </w:r>
      <w:hyperlink r:id="rId14">
        <w:r>
          <w:rPr>
            <w:color w:val="0000EE"/>
            <w:u w:val="single"/>
          </w:rPr>
          <w:t>[7]</w:t>
        </w:r>
      </w:hyperlink>
      <w:r>
        <w:t xml:space="preserve">- Paragraph 4: </w:t>
      </w:r>
      <w:hyperlink r:id="rId11">
        <w:r>
          <w:rPr>
            <w:color w:val="0000EE"/>
            <w:u w:val="single"/>
          </w:rPr>
          <w:t>[5]</w:t>
        </w:r>
      </w:hyperlink>
      <w:r>
        <w:t xml:space="preserve">, </w:t>
      </w:r>
      <w:hyperlink r:id="rId13">
        <w:r>
          <w:rPr>
            <w:color w:val="0000EE"/>
            <w:u w:val="single"/>
          </w:rPr>
          <w:t>[6]</w:t>
        </w:r>
      </w:hyperlink>
      <w:r>
        <w:t xml:space="preserve">- Paragraph 5: </w:t>
      </w:r>
      <w:hyperlink r:id="rId15">
        <w:r>
          <w:rPr>
            <w:color w:val="0000EE"/>
            <w:u w:val="single"/>
          </w:rPr>
          <w:t>[3]</w:t>
        </w:r>
      </w:hyperlink>
      <w:r>
        <w:t xml:space="preserve">, </w:t>
      </w:r>
      <w:hyperlink r:id="rId11">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https://www.gaycities.com/articles/107068/end-of-summer-fun-seaside-dancing-events/</w:t>
        </w:r>
      </w:hyperlink>
      <w:r>
        <w:t xml:space="preserve"> - Please view link - unable to able to access data</w:t>
      </w:r>
      <w:r/>
    </w:p>
    <w:p>
      <w:pPr>
        <w:pStyle w:val="ListNumber"/>
        <w:spacing w:line="240" w:lineRule="auto"/>
        <w:ind w:left="720"/>
      </w:pPr>
      <w:r/>
      <w:hyperlink r:id="rId10">
        <w:r>
          <w:rPr>
            <w:color w:val="0000EE"/>
            <w:u w:val="single"/>
          </w:rPr>
          <w:t>https://www.southerndecadence.com/southern-decadence-2018/</w:t>
        </w:r>
      </w:hyperlink>
      <w:r>
        <w:t xml:space="preserve"> - Southern Decadence is an annual LGBTQ+ celebration in New Orleans, Louisiana, held over Labor Day weekend. In 2026, the event is scheduled from August 31 to September 7. The festivities include various parties, drag shows, and a Grand Marshal-led walking parade through the French Quarter. The 2026 theme is 'Phoenix Rising: Together We Rise,' with the parade set for September 6 at 3 pm. The event is free to all marchers, with opportunities to volunteer or participate in the parade. The official website provides detailed information on events, volunteer opportunities, and participation guidelines.</w:t>
      </w:r>
      <w:r/>
    </w:p>
    <w:p>
      <w:pPr>
        <w:pStyle w:val="ListNumber"/>
        <w:spacing w:line="240" w:lineRule="auto"/>
        <w:ind w:left="720"/>
      </w:pPr>
      <w:r/>
      <w:hyperlink r:id="rId15">
        <w:r>
          <w:rPr>
            <w:color w:val="0000EE"/>
            <w:u w:val="single"/>
          </w:rPr>
          <w:t>https://www.sdparade.com/</w:t>
        </w:r>
      </w:hyperlink>
      <w:r>
        <w:t xml:space="preserve"> - The Southern Decadence Walking Parade is a central event of the Southern Decadence festival in New Orleans. The 2026 parade is scheduled for September 6 at 3 pm in the historic French Quarter. The parade's theme is 'Phoenix Rising: Together We Rise,' with Grand Marshals including Rachel and Romy Thompson, Milan Nicole Sherry, Bobby Mackie, Sam Smith, and Sarah Manowitz. The parade route starts at Royal and Barracks Streets, proceeding through various streets in the French Quarter, and concludes at Bourbon and Dumaine Streets. The event is free to all marchers, with opportunities to volunteer or participate.</w:t>
      </w:r>
      <w:r/>
    </w:p>
    <w:p>
      <w:pPr>
        <w:pStyle w:val="ListNumber"/>
        <w:spacing w:line="240" w:lineRule="auto"/>
        <w:ind w:left="720"/>
      </w:pPr>
      <w:r/>
      <w:hyperlink r:id="rId12">
        <w:r>
          <w:rPr>
            <w:color w:val="0000EE"/>
            <w:u w:val="single"/>
          </w:rPr>
          <w:t>https://www.decadentducks.com/southern-decadence/at-the-omni</w:t>
        </w:r>
      </w:hyperlink>
      <w:r>
        <w:t xml:space="preserve"> - Decadent Ducks is hosting events during Southern Decadence 2026 at the Omni Royal Orleans Hotel in New Orleans. The schedule includes a cocktail party on Wednesday, September 2, from 6:00 to 8:00 PM at Lafitte’s Hotel &amp; Bar, and morning coffee on Thursday, September 3, from 8:00 to 9:00 AM at the pool on the 7th floor. T-shirt pickup for those who purchased t-shirts is also scheduled for Thursday, September 3, from 3:00 to 4:00 PM at the poolside cabana. The events are designed to enhance the Southern Decadence experience for attendees.</w:t>
      </w:r>
      <w:r/>
    </w:p>
    <w:p>
      <w:pPr>
        <w:pStyle w:val="ListNumber"/>
        <w:spacing w:line="240" w:lineRule="auto"/>
        <w:ind w:left="720"/>
      </w:pPr>
      <w:r/>
      <w:hyperlink r:id="rId11">
        <w:r>
          <w:rPr>
            <w:color w:val="0000EE"/>
            <w:u w:val="single"/>
          </w:rPr>
          <w:t>https://www.festivalsinamerica.com/festival/southern-decadence-new-orleans</w:t>
        </w:r>
      </w:hyperlink>
      <w:r>
        <w:t xml:space="preserve"> - Southern Decadence is one of the largest LGBTQ+ celebrations in the United States, taking place in New Orleans, Louisiana, over Labor Day weekend. In 2026, the event is scheduled from September 3 to September 7. The festival features five days of block parties, drag shows, dance parties, and live music, with the Grand Marshal Parade on Sunday, September 6, at 2:00 PM from the Golden Lantern. The event is free and open to the public, with many bars and venues hosting their own ticketed parties, dance events, and shows throughout the weekend.</w:t>
      </w:r>
      <w:r/>
    </w:p>
    <w:p>
      <w:pPr>
        <w:pStyle w:val="ListNumber"/>
        <w:spacing w:line="240" w:lineRule="auto"/>
        <w:ind w:left="720"/>
      </w:pPr>
      <w:r/>
      <w:hyperlink r:id="rId13">
        <w:r>
          <w:rPr>
            <w:color w:val="0000EE"/>
            <w:u w:val="single"/>
          </w:rPr>
          <w:t>https://ra.co/events/2505543</w:t>
        </w:r>
      </w:hyperlink>
      <w:r>
        <w:t xml:space="preserve"> - Horse Meat Disco is returning to New Orleans for the 11th year during Southern Decadence 2026. The event is scheduled for Saturday, September 5, 2026, from 9:00 PM to 3:00 AM at The Fillmore New Orleans, located at 6 Canal Street. Horse Meat Disco is known for its underground disco and classic tracks, and this event is part of the 54th Anniversary of Southern Decadence. The main room will feature Horse Meat Disco, with additional performances and a secret performance to be announced. Tickets are available for purchase.</w:t>
      </w:r>
      <w:r/>
    </w:p>
    <w:p>
      <w:pPr>
        <w:pStyle w:val="ListNumber"/>
        <w:spacing w:line="240" w:lineRule="auto"/>
        <w:ind w:left="720"/>
      </w:pPr>
      <w:r/>
      <w:hyperlink r:id="rId14">
        <w:r>
          <w:rPr>
            <w:color w:val="0000EE"/>
            <w:u w:val="single"/>
          </w:rPr>
          <w:t>https://ra.co/events/2520214</w:t>
        </w:r>
      </w:hyperlink>
      <w:r>
        <w:t xml:space="preserve"> - STILL INTO U: Sapphic R&amp;B Party is a Southern Decadence Edition event taking place on Friday, September 4, 2026, from 9:00 PM to 1:00 AM at The O Bar, located at 141 N Carrollton Ave, New Orleans, LA 70119. The event features DJ Arie Spins, DJ Jess, and DJ Shan Li, offering a night dedicated to R&amp;B classics, slow jams, sing-alongs, and remixes. The event is free with RSVP, and table reservations are available. The party is designed for women who love women, with allies welcome.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gaycities.com/articles/107068/end-of-summer-fun-seaside-dancing-events/" TargetMode="External"/><Relationship Id="rId10" Type="http://schemas.openxmlformats.org/officeDocument/2006/relationships/hyperlink" Target="https://www.southerndecadence.com/southern-decadence-2018/" TargetMode="External"/><Relationship Id="rId11" Type="http://schemas.openxmlformats.org/officeDocument/2006/relationships/hyperlink" Target="https://www.festivalsinamerica.com/festival/southern-decadence-new-orleans" TargetMode="External"/><Relationship Id="rId12" Type="http://schemas.openxmlformats.org/officeDocument/2006/relationships/hyperlink" Target="https://www.decadentducks.com/southern-decadence/at-the-omni" TargetMode="External"/><Relationship Id="rId13" Type="http://schemas.openxmlformats.org/officeDocument/2006/relationships/hyperlink" Target="https://ra.co/events/2505543" TargetMode="External"/><Relationship Id="rId14" Type="http://schemas.openxmlformats.org/officeDocument/2006/relationships/hyperlink" Target="https://ra.co/events/2520214" TargetMode="External"/><Relationship Id="rId15" Type="http://schemas.openxmlformats.org/officeDocument/2006/relationships/hyperlink" Target="https://www.sdparad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