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Las Vegas PRIDE Festival 2026 Lineup: Drag, Music and Dance to Watch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flocking back to Las Vegas PRIDE, where a day-long bill of drag icons, powerhouse vocalists, Latin rhythms and community showcases promises non-stop celebration; whether you want to dance, sing along or discover new favourites, here’s what to expect and why it matters for PRIDE fans.</w:t>
      </w:r>
      <w:r/>
    </w:p>
    <w:p>
      <w:r/>
      <w:r>
        <w:t>Essential Takeaways</w:t>
      </w:r>
      <w:r/>
      <w:r/>
    </w:p>
    <w:p>
      <w:pPr>
        <w:pStyle w:val="ListBullet"/>
        <w:spacing w:line="240" w:lineRule="auto"/>
        <w:ind w:left="720"/>
      </w:pPr>
      <w:r/>
      <w:r>
        <w:rPr>
          <w:b/>
        </w:rPr>
        <w:t>Big names on stage:</w:t>
      </w:r>
      <w:r>
        <w:t xml:space="preserve"> Eureka O’Hara, Mariah Paris Balenciaga and other RuPaul’s Drag Race alumni bring polished spectacle and star appeal.</w:t>
      </w:r>
      <w:r/>
    </w:p>
    <w:p>
      <w:pPr>
        <w:pStyle w:val="ListBullet"/>
        <w:spacing w:line="240" w:lineRule="auto"/>
        <w:ind w:left="720"/>
      </w:pPr>
      <w:r/>
      <w:r>
        <w:rPr>
          <w:b/>
        </w:rPr>
        <w:t>High-energy music:</w:t>
      </w:r>
      <w:r>
        <w:t xml:space="preserve"> Debby Holiday’s soulful-rock set and Internacional Sonora Mar y Mar’s cumbia guarantee dancing and singalongs.</w:t>
      </w:r>
      <w:r/>
    </w:p>
    <w:p>
      <w:pPr>
        <w:pStyle w:val="ListBullet"/>
        <w:spacing w:line="240" w:lineRule="auto"/>
        <w:ind w:left="720"/>
      </w:pPr>
      <w:r/>
      <w:r>
        <w:rPr>
          <w:b/>
        </w:rPr>
        <w:t>Local community focus:</w:t>
      </w:r>
      <w:r>
        <w:t xml:space="preserve"> Keyska Diva, Josie Cavallari and Sin Sity Sisters spotlight trans talent, Latin culture and community service.</w:t>
      </w:r>
      <w:r/>
    </w:p>
    <w:p>
      <w:pPr>
        <w:pStyle w:val="ListBullet"/>
        <w:spacing w:line="240" w:lineRule="auto"/>
        <w:ind w:left="720"/>
      </w:pPr>
      <w:r/>
      <w:r>
        <w:rPr>
          <w:b/>
        </w:rPr>
        <w:t>Varied programming:</w:t>
      </w:r>
      <w:r>
        <w:t xml:space="preserve"> Two stages mean drag, theatre highlights like RENT, tribute acts and family-friendly camp all run across the day.</w:t>
      </w:r>
      <w:r/>
    </w:p>
    <w:p>
      <w:pPr>
        <w:pStyle w:val="ListBullet"/>
        <w:spacing w:line="240" w:lineRule="auto"/>
        <w:ind w:left="720"/>
      </w:pPr>
      <w:r/>
      <w:r>
        <w:rPr>
          <w:b/>
        </w:rPr>
        <w:t>Festival atmosphere:</w:t>
      </w:r>
      <w:r>
        <w:t xml:space="preserve"> Expect colourful pageantry, loud beats, heartfelt moments and plenty of food, vendors and activations to explore.</w:t>
      </w:r>
      <w:r/>
      <w:r/>
    </w:p>
    <w:p>
      <w:pPr>
        <w:pStyle w:val="Heading2"/>
      </w:pPr>
      <w:r>
        <w:t>Why this year’s lineup feels bigger than ever</w:t>
      </w:r>
      <w:r/>
    </w:p>
    <w:p>
      <w:r/>
      <w:r>
        <w:t>The PRIDE Festival is leaning into a full-day, two-stage format that keeps momentum flowing from early acts to headline moments, and it shows in the bill. Drag superstars with TV pedigrees bring polished looks and theatre-ready choreography, while bands and vocalists promise raw, live music energy. That mix gives the day texture: queues for a tribute set one minute, front-row dance-offs the next. For festival-goers, it means more reasons to stay and more chances to spot a surprise performance.</w:t>
      </w:r>
      <w:r/>
    </w:p>
    <w:p>
      <w:pPr>
        <w:pStyle w:val="Heading2"/>
      </w:pPr>
      <w:r>
        <w:t>Drag royalty and TV favourites you’ll want to see</w:t>
      </w:r>
      <w:r/>
    </w:p>
    <w:p>
      <w:r/>
      <w:r>
        <w:t>Names from RuPaul’s Drag Race , think Eureka O’Hara, Mariah Paris Balenciaga and Elliott with 2 Ts , headline with the kind of stagecraft fans expect: fierce fashion, practiced choreography and moments designed to trend on social. According to performer bios and long résumés, these artists bring TV-honed polish but also variety, from high-fashion looks to pure comic camp. If you want close-up glamour, arrive early for the drag sets; they’re the ones where every outfit, wig and heel tells a story.</w:t>
      </w:r>
      <w:r/>
    </w:p>
    <w:p>
      <w:pPr>
        <w:pStyle w:val="Heading2"/>
      </w:pPr>
      <w:r>
        <w:t>Music that gets the crowd moving , soul, cumbia and more</w:t>
      </w:r>
      <w:r/>
    </w:p>
    <w:p>
      <w:r/>
      <w:r>
        <w:t>Debby Holiday arrives with a voice built for arenas and dancefloors, blending rock, soul and uplifting vocals that work perfectly for an outdoor festival. Meanwhile, Internacional Sonora Mar y Mar brings cumbia and Latin tropical rhythms that turn any patch of grass into a dancefloor. Mixing classic vocal-led shows with Latin percussion keeps the energy shifting and inclusive , a good strategy if you’re attending with friends who prefer different kinds of music.</w:t>
      </w:r>
      <w:r/>
    </w:p>
    <w:p>
      <w:pPr>
        <w:pStyle w:val="Heading2"/>
      </w:pPr>
      <w:r>
        <w:t>Local talent and community showcases you shouldn’t miss</w:t>
      </w:r>
      <w:r/>
    </w:p>
    <w:p>
      <w:r/>
      <w:r>
        <w:t>Las Vegas staples like Josie Cavallari and Keyska Diva anchor the festival’s local identity, offering sets that honour Latin PRIDE and trans visibility respectively. The Sin Sity Sisters add a ceremonial touch with a community blessing that’s equal parts humour and heart. These moments balance celebrity draws with homegrown culture, which matters because PRIDE is as much about community-building as it is about spectacle.</w:t>
      </w:r>
      <w:r/>
    </w:p>
    <w:p>
      <w:pPr>
        <w:pStyle w:val="Heading2"/>
      </w:pPr>
      <w:r>
        <w:t>Theatre, camp and surprises: something for everyone</w:t>
      </w:r>
      <w:r/>
    </w:p>
    <w:p>
      <w:r/>
      <w:r>
        <w:t>The inclusion of RENT excerpts highlights the festival’s connective tissue to queer storytelling and musical theatre, while acts like Hanna Barbeara promise absurdist camp and unpredictable spectacle. That variety is one reason the festival works for mixed groups: you can catch a heart-on-sleeve musical moment, then pivot to a full-on comedy-clown drag routine. If you’re planning your day, check stage schedules for time-sensitive sets and leave wiggle-room for spontaneous discoveries.</w:t>
      </w:r>
      <w:r/>
    </w:p>
    <w:p>
      <w:pPr>
        <w:pStyle w:val="Heading2"/>
      </w:pPr>
      <w:r>
        <w:t>How to plan your day and get the most from the festival</w:t>
      </w:r>
      <w:r/>
    </w:p>
    <w:p>
      <w:r/>
      <w:r>
        <w:t>Arrive early to beat lines for food and the best viewing spots, and map out which sets are must-sees , some artists run limited segments only once. Pack layers: desert evenings can cool down, and most stages are outdoors. If you want photos, keep a phone battery pack handy; the colours, costumes and confetti moments make for festival gold. Finally, give local acts a chance , the smaller showcases are where you’ll often find the warmest, most authentic moments.</w:t>
      </w:r>
      <w:r/>
    </w:p>
    <w:p>
      <w:r/>
      <w:r>
        <w:t>It's a small change in plans that can make every moment of PRIDE feel fuller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1">
        <w:r>
          <w:rPr>
            <w:color w:val="0000EE"/>
            <w:u w:val="single"/>
          </w:rPr>
          <w:t>[5]</w:t>
        </w:r>
      </w:hyperlink>
      <w:r>
        <w:t xml:space="preserve">- Paragraph 4: </w:t>
      </w:r>
      <w:hyperlink r:id="rId15">
        <w:r>
          <w:rPr>
            <w:color w:val="0000EE"/>
            <w:u w:val="single"/>
          </w:rPr>
          <w:t>[4]</w:t>
        </w:r>
      </w:hyperlink>
      <w:r>
        <w:t xml:space="preserve">, </w:t>
      </w:r>
      <w:hyperlink r:id="rId13">
        <w:r>
          <w:rPr>
            <w:color w:val="0000EE"/>
            <w:u w:val="single"/>
          </w:rPr>
          <w:t>[7]</w:t>
        </w:r>
      </w:hyperlink>
      <w:r>
        <w:t xml:space="preserve">- Paragraph 5: </w:t>
      </w:r>
      <w:hyperlink r:id="rId14">
        <w:r>
          <w:rPr>
            <w:color w:val="0000EE"/>
            <w:u w:val="single"/>
          </w:rPr>
          <w:t>[6]</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https://lasvegaspride.org/2026/09/01/2026-pride-festival-entertainers/</w:t>
        </w:r>
      </w:hyperlink>
      <w:r>
        <w:t xml:space="preserve"> - Please view link - unable to able to access data</w:t>
      </w:r>
      <w:r/>
    </w:p>
    <w:p>
      <w:pPr>
        <w:pStyle w:val="ListNumber"/>
        <w:spacing w:line="240" w:lineRule="auto"/>
        <w:ind w:left="720"/>
      </w:pPr>
      <w:r/>
      <w:hyperlink r:id="rId10">
        <w:r>
          <w:rPr>
            <w:color w:val="0000EE"/>
            <w:u w:val="single"/>
          </w:rPr>
          <w:t>https://www.imdb.com/name/nm0910190/</w:t>
        </w:r>
      </w:hyperlink>
      <w:r>
        <w:t xml:space="preserve"> - Eureka O'Hara is an American drag performer, recording artist, and television personality. She gained prominence on 'RuPaul's Drag Race' Season 9 and returned for Season 10 and All Stars Season 6. Beyond drag, Eureka has appeared in 'American Horror Story' and 'Love, Victor', and hosted 'We're Here', a reality series that earned Emmy nominations and GLAAD recognition. She continues to advocate for LGBTQ+ and women's rights through her performances and music.</w:t>
      </w:r>
      <w:r/>
    </w:p>
    <w:p>
      <w:pPr>
        <w:pStyle w:val="ListNumber"/>
        <w:spacing w:line="240" w:lineRule="auto"/>
        <w:ind w:left="720"/>
      </w:pPr>
      <w:r/>
      <w:hyperlink r:id="rId12">
        <w:r>
          <w:rPr>
            <w:color w:val="0000EE"/>
            <w:u w:val="single"/>
          </w:rPr>
          <w:t>https://www.debbyholiday.com/</w:t>
        </w:r>
      </w:hyperlink>
      <w:r>
        <w:t xml:space="preserve"> - Debby Holiday is a Los Angeles-based singer-songwriter known for her dynamic performances and versatile vocals. With 17 Top 20 Billboard Dance/Rock hits, her music has been featured on television shows like 'The Office' and 'The L Word'. Touring with artists such as Rod Stewart and KISS, she has also released a 10-piece tribute band channeling Tina Turner's energy. Her 2026 release, 'Raise It Up (Together)', promotes unity during challenging times.</w:t>
      </w:r>
      <w:r/>
    </w:p>
    <w:p>
      <w:pPr>
        <w:pStyle w:val="ListNumber"/>
        <w:spacing w:line="240" w:lineRule="auto"/>
        <w:ind w:left="720"/>
      </w:pPr>
      <w:r/>
      <w:hyperlink r:id="rId15">
        <w:r>
          <w:rPr>
            <w:color w:val="0000EE"/>
            <w:u w:val="single"/>
          </w:rPr>
          <w:t>https://www.velvetlenore.com/</w:t>
        </w:r>
      </w:hyperlink>
      <w:r>
        <w:t xml:space="preserve"> - Velvet LeNore, dubbed the 'Queen of the Palm Beaches', is a seasoned drag performer with over 25 years of experience. Holding 24 titles, including Miss Florida FI at Large and Mizz Out South Florida, she is renowned for her tributes to icons like Janet Jackson and Patti LaBelle. Offstage, Velvet has served as an International Show Director and Show Director at Aquaplex Fort Lauderdale, mentoring numerous entertainers and leading the 133-member LeNore Family.</w:t>
      </w:r>
      <w:r/>
    </w:p>
    <w:p>
      <w:pPr>
        <w:pStyle w:val="ListNumber"/>
        <w:spacing w:line="240" w:lineRule="auto"/>
        <w:ind w:left="720"/>
      </w:pPr>
      <w:r/>
      <w:hyperlink r:id="rId11">
        <w:r>
          <w:rPr>
            <w:color w:val="0000EE"/>
            <w:u w:val="single"/>
          </w:rPr>
          <w:t>https://www.mariahparisbalenciaga.com/</w:t>
        </w:r>
      </w:hyperlink>
      <w:r>
        <w:t xml:space="preserve"> - Mariah Paris Balenciaga is a multifaceted drag performer, dancer, and fashion icon. First introduced on 'RuPaul's Drag Race' Season 3, she has appeared on 'Drag U', released music like 'Mug 4 Dayz', and danced alongside Miley Cyrus at the 2015 MTV VMAs. Mariah has also appeared on 'Skin Wars' and returned for 'RuPaul's Drag Race All Stars'. Her advocacy includes the 2020 'Stop the Racism' PSA and a 2022 performance with Jennifer Lopez at the iHeartRadio Music Awards.</w:t>
      </w:r>
      <w:r/>
    </w:p>
    <w:p>
      <w:pPr>
        <w:pStyle w:val="ListNumber"/>
        <w:spacing w:line="240" w:lineRule="auto"/>
        <w:ind w:left="720"/>
      </w:pPr>
      <w:r/>
      <w:hyperlink r:id="rId14">
        <w:r>
          <w:rPr>
            <w:color w:val="0000EE"/>
            <w:u w:val="single"/>
          </w:rPr>
          <w:t>https://www.elliottwith2ts.com/</w:t>
        </w:r>
      </w:hyperlink>
      <w:r>
        <w:t xml:space="preserve"> - Elliott with 2 Ts is a dynamic drag performer and dancer known for her precision and versatility. She gained national attention on 'RuPaul's Drag Race' Season 13, making a memorable return after an unexpected elimination. Post-show, Elliott has continued to perform live, connecting with audiences through movement and polished showmanship, showcasing the skills of a dancer and the commanding presence of a seasoned drag entertainer.</w:t>
      </w:r>
      <w:r/>
    </w:p>
    <w:p>
      <w:pPr>
        <w:pStyle w:val="ListNumber"/>
        <w:spacing w:line="240" w:lineRule="auto"/>
        <w:ind w:left="720"/>
      </w:pPr>
      <w:r/>
      <w:hyperlink r:id="rId13">
        <w:r>
          <w:rPr>
            <w:color w:val="0000EE"/>
            <w:u w:val="single"/>
          </w:rPr>
          <w:t>https://www.internacionalsonoramar.com/</w:t>
        </w:r>
      </w:hyperlink>
      <w:r>
        <w:t xml:space="preserve"> - Internacional Sonora Mar y Mar is a Latin tropical music and cumbia group led by Dalinda Torres, known as 'La Diva de la Cumbia'. With a decades-long musical legacy, they celebrate a tradition made for gathering, dancing, and sharing joy. Their energetic sound keeps the spirit of cumbia alive, inviting audiences of every generation onto the dance floor, making them a perfect fit for community celebrations like Las Vegas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2026-pride-festival-entertainers/" TargetMode="External"/><Relationship Id="rId10" Type="http://schemas.openxmlformats.org/officeDocument/2006/relationships/hyperlink" Target="https://www.imdb.com/name/nm0910190/" TargetMode="External"/><Relationship Id="rId11" Type="http://schemas.openxmlformats.org/officeDocument/2006/relationships/hyperlink" Target="https://www.mariahparisbalenciaga.com/" TargetMode="External"/><Relationship Id="rId12" Type="http://schemas.openxmlformats.org/officeDocument/2006/relationships/hyperlink" Target="https://www.debbyholiday.com/" TargetMode="External"/><Relationship Id="rId13" Type="http://schemas.openxmlformats.org/officeDocument/2006/relationships/hyperlink" Target="https://www.internacionalsonoramar.com/" TargetMode="External"/><Relationship Id="rId14" Type="http://schemas.openxmlformats.org/officeDocument/2006/relationships/hyperlink" Target="https://www.elliottwith2ts.com/" TargetMode="External"/><Relationship Id="rId15" Type="http://schemas.openxmlformats.org/officeDocument/2006/relationships/hyperlink" Target="https://www.velvetleno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