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Las Vegas PRIDE Events to Book Now for October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are already circling calendars: Las Vegas PRIDE returns in October with pool parties, a night parade, family-friendly festival days, and club nights across the Strip and Downtown , here’s what to book, how to plan, and which events suit different vibes.</w:t>
      </w:r>
      <w:r/>
    </w:p>
    <w:p>
      <w:r/>
      <w:r>
        <w:t>Essential Takeaways</w:t>
      </w:r>
      <w:r/>
      <w:r/>
    </w:p>
    <w:p>
      <w:pPr>
        <w:pStyle w:val="ListBullet"/>
        <w:spacing w:line="240" w:lineRule="auto"/>
        <w:ind w:left="720"/>
      </w:pPr>
      <w:r/>
      <w:r>
        <w:rPr>
          <w:b/>
        </w:rPr>
        <w:t>When and where:</w:t>
      </w:r>
      <w:r>
        <w:t xml:space="preserve"> Events run from early October through October 18 across SAHARA Las Vegas, Downtown, AREA15, Desert Breeze Events Center, and local bars and clubs. </w:t>
      </w:r>
      <w:r/>
    </w:p>
    <w:p>
      <w:pPr>
        <w:pStyle w:val="ListBullet"/>
        <w:spacing w:line="240" w:lineRule="auto"/>
        <w:ind w:left="720"/>
      </w:pPr>
      <w:r/>
      <w:r>
        <w:rPr>
          <w:b/>
        </w:rPr>
        <w:t>Big highlights:</w:t>
      </w:r>
      <w:r>
        <w:t xml:space="preserve"> Two Retro Pool ELEVATE PRIDE days, Night Parade in Downtown, the main PRIDE Festival (Desert Breeze), and Rainbow Rave at AREA15. </w:t>
      </w:r>
      <w:r/>
    </w:p>
    <w:p>
      <w:pPr>
        <w:pStyle w:val="ListBullet"/>
        <w:spacing w:line="240" w:lineRule="auto"/>
        <w:ind w:left="720"/>
      </w:pPr>
      <w:r/>
      <w:r>
        <w:rPr>
          <w:b/>
        </w:rPr>
        <w:t>Accessibility and family options:</w:t>
      </w:r>
      <w:r>
        <w:t xml:space="preserve"> The Festival is family-friendly until 7pm, PRIDE OUTside is accessible, and there are substance-free skate nights and kid-friendly pricing. </w:t>
      </w:r>
      <w:r/>
    </w:p>
    <w:p>
      <w:pPr>
        <w:pStyle w:val="ListBullet"/>
        <w:spacing w:line="240" w:lineRule="auto"/>
        <w:ind w:left="720"/>
      </w:pPr>
      <w:r/>
      <w:r>
        <w:rPr>
          <w:b/>
        </w:rPr>
        <w:t>Ticketing tips:</w:t>
      </w:r>
      <w:r>
        <w:t xml:space="preserve"> Many events are free or low-cost, but ticketed nights (Rainbow Rave, Retro Pool parties) and PRIDE Skate can sell out , buy early. </w:t>
      </w:r>
      <w:r/>
    </w:p>
    <w:p>
      <w:pPr>
        <w:pStyle w:val="ListBullet"/>
        <w:spacing w:line="240" w:lineRule="auto"/>
        <w:ind w:left="720"/>
      </w:pPr>
      <w:r/>
      <w:r>
        <w:rPr>
          <w:b/>
        </w:rPr>
        <w:t>Vibe cues:</w:t>
      </w:r>
      <w:r>
        <w:t xml:space="preserve"> Pool parties are sunny and social; Rainbow Rave is high-energy and late; Downtown events are gritty, neon and communal.</w:t>
      </w:r>
      <w:r/>
      <w:r/>
    </w:p>
    <w:p>
      <w:pPr>
        <w:pStyle w:val="Heading2"/>
      </w:pPr>
      <w:r>
        <w:t>What not to miss: Retro Pool parties at SAHARA Las Vegas</w:t>
      </w:r>
      <w:r/>
    </w:p>
    <w:p>
      <w:r/>
      <w:r>
        <w:t>If you want sunshine, rooftop views and a lively soundtrack, the Retro Pool at SAHARA is the place to be. The venue turns its Strip‑facing rooftop into an inclusive hub for poolside PRIDE with DJs spanning local favourites to touring acts.</w:t>
      </w:r>
      <w:r/>
    </w:p>
    <w:p>
      <w:r/>
      <w:r>
        <w:t>SAHARA’s Retro Pool has become synonymous with daytime parties, so think colourful swimwear, cabana hangs and that buzzy, easy-to-join social vibe. According to SAHARA’s venue listings, the pool space is well equipped for daytime events and free parking is often available, which makes arriving and leaving much less of a faff.</w:t>
      </w:r>
      <w:r/>
    </w:p>
    <w:p>
      <w:r/>
      <w:r>
        <w:t>Practical tip: arrive early if you want a lounger or a shaded spot, and pack sunscreen and a light cover‑up for the evening breeze. If you’re planning photos, the pool’s retro neon and Strip backdrop make for great pictures without too much effort.</w:t>
      </w:r>
      <w:r/>
    </w:p>
    <w:p>
      <w:pPr>
        <w:pStyle w:val="Heading2"/>
      </w:pPr>
      <w:r>
        <w:t>Night Parade: Downtown glitz, glitter and community energy</w:t>
      </w:r>
      <w:r/>
    </w:p>
    <w:p>
      <w:r/>
      <w:r>
        <w:t>The Las Vegas PRIDE Night Parade is one of the most talked-about nights , a glittering procession that lights up Downtown with floats, performers and thousands of spectators. The evening begins with a block party and pre-show, then the parade kicks off as the neon takes over.</w:t>
      </w:r>
      <w:r/>
    </w:p>
    <w:p>
      <w:r/>
      <w:r>
        <w:t>This parade is as much about visibility as it is about spectacle; local groups, businesses and celebrity grand marshals lead the route. It’s loud, proud and unmissable if you want that communal high-energy moment where everyone’s cheering together.</w:t>
      </w:r>
      <w:r/>
    </w:p>
    <w:p>
      <w:r/>
      <w:r>
        <w:t>Practical tip: get to 4th St. and Bridger Ave early for the block party , food trucks and stalls make a great pre-parade stop. Bring a small chair or blanket for comfort, and plan a meetup spot in case your group gets separated.</w:t>
      </w:r>
      <w:r/>
    </w:p>
    <w:p>
      <w:pPr>
        <w:pStyle w:val="Heading2"/>
      </w:pPr>
      <w:r>
        <w:t>Main festival day: family-friendly, accessible and affordable</w:t>
      </w:r>
      <w:r/>
    </w:p>
    <w:p>
      <w:r/>
      <w:r>
        <w:t>The Las Vegas PRIDE Festival at Desert Breeze Events Center is the main daytime gathering , running noon to 10pm with two stages, food, exhibitors and a focus on community services. Entry pricing is intentionally low to keep the event accessible: children under five are free and youth, seniors and students pay a nominal fee.</w:t>
      </w:r>
      <w:r/>
    </w:p>
    <w:p>
      <w:r/>
      <w:r>
        <w:t>Festival organisers make a point of keeping things family-friendly until 7pm, then switching to after-dark programming for adult-oriented performances. The site is pet-friendly on fixed leashes and the festival is smoke and substance-free, which helps keep the atmosphere relaxed and welcoming.</w:t>
      </w:r>
      <w:r/>
    </w:p>
    <w:p>
      <w:r/>
      <w:r>
        <w:t>Practical tip: pack water, wear comfortable shoes for the sprawling venue, and map out exhibitors or stages you want to see in advance so you don’t miss headline acts or community booths.</w:t>
      </w:r>
      <w:r/>
    </w:p>
    <w:p>
      <w:pPr>
        <w:pStyle w:val="Heading2"/>
      </w:pPr>
      <w:r>
        <w:t>Club nights and late parties: Rainbow Rave, Rubber Ducky Disco and after-parties</w:t>
      </w:r>
      <w:r/>
    </w:p>
    <w:p>
      <w:r/>
      <w:r>
        <w:t>If you’re into late-night dancing, Las Vegas PRIDE stacks the calendar with club shows: Rainbow Rave at AREA15 brings big-name electronic acts and is 18+, while quirky events like Rubber Ducky Disco lean into themed, immersive fun in Downtown venues such as DISCOPUSSY.</w:t>
      </w:r>
      <w:r/>
    </w:p>
    <w:p>
      <w:r/>
      <w:r>
        <w:t>Bars like The Phoenix Bar &amp; Lounge host official after-parties and shows with local drag stars and DJs , these are great if you want to keep the night spontaneous without trekking too far. Expect varied crowds: some nights skew younger and rave-ready, others are warmly nostalgic and community-driven.</w:t>
      </w:r>
      <w:r/>
    </w:p>
    <w:p>
      <w:r/>
      <w:r>
        <w:t>Practical tip: check age limits and ID requirements , some events are 18+, others 21+. Book tickets for headline nights early and pick a buddy system for late returns.</w:t>
      </w:r>
      <w:r/>
    </w:p>
    <w:p>
      <w:pPr>
        <w:pStyle w:val="Heading2"/>
      </w:pPr>
      <w:r>
        <w:t>Community, wellness and low-key options: hikes, skate nights and mixers</w:t>
      </w:r>
      <w:r/>
    </w:p>
    <w:p>
      <w:r/>
      <w:r>
        <w:t>Not everything is about neon and bass. PRIDE OUTside is a scenic, accessible hike on the Historic Railroad Tunnel Trail, ideal for a morning reset with sweeping desert views. Family skate nights at Crystal Palace offer a substance-free, social evening for kids and parents, and mixers like HRC Third Thursday at Maroon by Kwame Onwuachi provide networking and quieter socialising.</w:t>
      </w:r>
      <w:r/>
    </w:p>
    <w:p>
      <w:r/>
      <w:r>
        <w:t>These options are perfect if you want meaningful connection, outdoor time or family-friendly programming without the sensory overload of the big festival or rave.</w:t>
      </w:r>
      <w:r/>
    </w:p>
    <w:p>
      <w:r/>
      <w:r>
        <w:t>Practical tip: bring sunscreen, closed-toe shoes for hikes, and pre‑book family events , PRIDE Skate often sells out and venues may require tickets for everyone attending.</w:t>
      </w:r>
      <w:r/>
    </w:p>
    <w:p>
      <w:r/>
      <w:r>
        <w:t>It’s a small change that can make every PRIDE moment feel customised to how you want to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https://lasvegaspride.org/2026/09/01/your-guide-to-the-2026-las-vegas-pride-celebration/</w:t>
        </w:r>
      </w:hyperlink>
      <w:r>
        <w:t xml:space="preserve"> - Please view link - unable to able to access data</w:t>
      </w:r>
      <w:r/>
    </w:p>
    <w:p>
      <w:pPr>
        <w:pStyle w:val="ListNumber"/>
        <w:spacing w:line="240" w:lineRule="auto"/>
        <w:ind w:left="720"/>
      </w:pPr>
      <w:r/>
      <w:hyperlink r:id="rId10">
        <w:r>
          <w:rPr>
            <w:color w:val="0000EE"/>
            <w:u w:val="single"/>
          </w:rPr>
          <w:t>https://www.saharalasvegas.com/entertainment/pools/retro-pool-lounge/1000</w:t>
        </w:r>
      </w:hyperlink>
      <w:r>
        <w:t xml:space="preserve"> - SAHARA Las Vegas hosts the Retro Pool Lounge, an exclusive rooftop venue offering a vibrant setting for events like the Elevate PRIDE Pool Party. The venue features a spacious pool area, private cabanas, and a lively atmosphere, making it a popular choice for both hotel guests and visitors seeking a unique poolside experience. The Retro Pool Lounge is known for its inclusive events and community-focused gatherings, aligning with Las Vegas PRIDE's mission to celebrate diversity and self-expression.</w:t>
      </w:r>
      <w:r/>
    </w:p>
    <w:p>
      <w:pPr>
        <w:pStyle w:val="ListNumber"/>
        <w:spacing w:line="240" w:lineRule="auto"/>
        <w:ind w:left="720"/>
      </w:pPr>
      <w:r/>
      <w:hyperlink r:id="rId14">
        <w:r>
          <w:rPr>
            <w:color w:val="0000EE"/>
            <w:u w:val="single"/>
          </w:rPr>
          <w:t>https://www.saharalasvegas.com/entertainment/pools/1000</w:t>
        </w:r>
      </w:hyperlink>
      <w:r>
        <w:t xml:space="preserve"> - SAHARA Las Vegas offers two rooftop pools: the Alexandria Pool, exclusively for hotel guests, and the Retro Pool, which hosts public events like the Elevate PRIDE Pool Party. The pools provide a relaxed environment mixing comfort, style, and fun, with amenities such as cabanas, daybeds, and a variety of food and beverage options. The Retro Pool, in particular, is known for its vibrant atmosphere and community-focused events, making it a popular destination during Las Vegas PRIDE celebrations.</w:t>
      </w:r>
      <w:r/>
    </w:p>
    <w:p>
      <w:pPr>
        <w:pStyle w:val="ListNumber"/>
        <w:spacing w:line="240" w:lineRule="auto"/>
        <w:ind w:left="720"/>
      </w:pPr>
      <w:r/>
      <w:hyperlink r:id="rId11">
        <w:r>
          <w:rPr>
            <w:color w:val="0000EE"/>
            <w:u w:val="single"/>
          </w:rPr>
          <w:t>https://www.saharalasvegas.com/entertainment/pride-pool-party</w:t>
        </w:r>
      </w:hyperlink>
      <w:r>
        <w:t xml:space="preserve"> - SAHARA Las Vegas hosts the Elevate PRIDE Pool Party at the Retro Pool Lounge, an inclusive event celebrating the LGBTQIA+ community. The party features music, entertainment, and a welcoming atmosphere, with a portion of ticket proceeds donated to Las Vegas PRIDE. The event is open to individuals aged 21 and over, with tickets available for purchase directly through SAHARA Las Vegas's ticketing platform. The Elevate PRIDE Pool Party is a highlight of the Las Vegas PRIDE celebrations, offering a unique poolside experience.</w:t>
      </w:r>
      <w:r/>
    </w:p>
    <w:p>
      <w:pPr>
        <w:pStyle w:val="ListNumber"/>
        <w:spacing w:line="240" w:lineRule="auto"/>
        <w:ind w:left="720"/>
      </w:pPr>
      <w:r/>
      <w:hyperlink r:id="rId12">
        <w:r>
          <w:rPr>
            <w:color w:val="0000EE"/>
            <w:u w:val="single"/>
          </w:rPr>
          <w:t>https://www.saharalasvegas.com/entertainment/the-pool</w:t>
        </w:r>
      </w:hyperlink>
      <w:r>
        <w:t xml:space="preserve"> - The Pool at SAHARA Las Vegas is a vibrant venue offering a variety of amenities, including free entry for hotel guests and locals aged 21 and over with valid ID. The pool area features spacious bungalows, daybeds, and private 21+ cabanas, along with a selection of food and beverages. The venue hosts various events, including the Elevate PRIDE Pool Party, and provides a relaxed environment mixing comfort, style, and fun. Free parking is available for all pool guests.</w:t>
      </w:r>
      <w:r/>
    </w:p>
    <w:p>
      <w:pPr>
        <w:pStyle w:val="ListNumber"/>
        <w:spacing w:line="240" w:lineRule="auto"/>
        <w:ind w:left="720"/>
      </w:pPr>
      <w:r/>
      <w:hyperlink r:id="rId13">
        <w:r>
          <w:rPr>
            <w:color w:val="0000EE"/>
            <w:u w:val="single"/>
          </w:rPr>
          <w:t>https://www.saharalasvegas.com/vegas-entertainment</w:t>
        </w:r>
      </w:hyperlink>
      <w:r>
        <w:t xml:space="preserve"> - SAHARA Las Vegas offers a diverse range of entertainment options, including the Elevate PRIDE Pool Party at the Retro Pool Lounge. The venue hosts various events such as Magic Mike Live, Dueling Pianos, and Mala Vida, catering to a wide audience. The Elevate PRIDE Pool Party is a notable event, celebrating the LGBTQIA+ community with music, entertainment, and a welcoming atmosphere. The venue provides a variety of experiences, ensuring guests have access to a vibrant and inclusive entertainment scene.</w:t>
      </w:r>
      <w:r/>
    </w:p>
    <w:p>
      <w:pPr>
        <w:pStyle w:val="ListNumber"/>
        <w:spacing w:line="240" w:lineRule="auto"/>
        <w:ind w:left="720"/>
      </w:pPr>
      <w:r/>
      <w:hyperlink r:id="rId10">
        <w:r>
          <w:rPr>
            <w:color w:val="0000EE"/>
            <w:u w:val="single"/>
          </w:rPr>
          <w:t>https://www.saharalasvegas.com/entertainment/pools/retro-pool-lounge/1000</w:t>
        </w:r>
      </w:hyperlink>
      <w:r>
        <w:t xml:space="preserve"> - SAHARA Las Vegas's Retro Pool Lounge is a vibrant venue that hosts events like the Elevate PRIDE Pool Party. The lounge offers a spacious pool area, private cabanas, and a lively atmosphere, making it a popular choice for both hotel guests and visitors seeking a unique poolside experience. The Retro Pool Lounge is known for its inclusive events and community-focused gatherings, aligning with Las Vegas PRIDE's mission to celebrate diversity and self-expression.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your-guide-to-the-2026-las-vegas-pride-celebration/" TargetMode="External"/><Relationship Id="rId10" Type="http://schemas.openxmlformats.org/officeDocument/2006/relationships/hyperlink" Target="https://www.saharalasvegas.com/entertainment/pools/retro-pool-lounge/1000" TargetMode="External"/><Relationship Id="rId11" Type="http://schemas.openxmlformats.org/officeDocument/2006/relationships/hyperlink" Target="https://www.saharalasvegas.com/entertainment/pride-pool-party" TargetMode="External"/><Relationship Id="rId12" Type="http://schemas.openxmlformats.org/officeDocument/2006/relationships/hyperlink" Target="https://www.saharalasvegas.com/entertainment/the-pool" TargetMode="External"/><Relationship Id="rId13" Type="http://schemas.openxmlformats.org/officeDocument/2006/relationships/hyperlink" Target="https://www.saharalasvegas.com/vegas-entertainment" TargetMode="External"/><Relationship Id="rId14" Type="http://schemas.openxmlformats.org/officeDocument/2006/relationships/hyperlink" Target="https://www.saharalasvegas.com/entertainment/pools/1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