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Kink Guides for Curious Newcomers: Why Straight Folks Are Catching Up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sex education keeps evolving: straight people are discovering what queer communities have long treated as everyday sexual vocabulary, and new books like Kink for Dummies are helping bridge that gap. Here’s why it matters, who’s writing the primers, and how to explore safely and without shame.</w:t>
      </w:r>
      <w:r/>
    </w:p>
    <w:p>
      <w:r/>
      <w:r>
        <w:t>Essential Takeaways</w:t>
      </w:r>
      <w:r/>
      <w:r/>
    </w:p>
    <w:p>
      <w:pPr>
        <w:pStyle w:val="ListBullet"/>
        <w:spacing w:line="240" w:lineRule="auto"/>
        <w:ind w:left="720"/>
      </w:pPr>
      <w:r/>
      <w:r>
        <w:rPr>
          <w:b/>
        </w:rPr>
        <w:t>Accessible primer:</w:t>
      </w:r>
      <w:r>
        <w:t xml:space="preserve"> Kink for Dummies aims to demystify kink with plain language, checklists and practical safety tips.</w:t>
      </w:r>
      <w:r/>
    </w:p>
    <w:p>
      <w:pPr>
        <w:pStyle w:val="ListBullet"/>
        <w:spacing w:line="240" w:lineRule="auto"/>
        <w:ind w:left="720"/>
      </w:pPr>
      <w:r/>
      <w:r>
        <w:rPr>
          <w:b/>
        </w:rPr>
        <w:t>Different baselines:</w:t>
      </w:r>
      <w:r>
        <w:t xml:space="preserve"> Many queer people view a wider range of sexual practices as ordinary; straight communities often label the same acts as “kinky.”</w:t>
      </w:r>
      <w:r/>
    </w:p>
    <w:p>
      <w:pPr>
        <w:pStyle w:val="ListBullet"/>
        <w:spacing w:line="240" w:lineRule="auto"/>
        <w:ind w:left="720"/>
      </w:pPr>
      <w:r/>
      <w:r>
        <w:rPr>
          <w:b/>
        </w:rPr>
        <w:t>Therapeutic input:</w:t>
      </w:r>
      <w:r>
        <w:t xml:space="preserve"> Sex therapists argue that cultural assumptions about procreative sex shape what’s considered taboo.</w:t>
      </w:r>
      <w:r/>
    </w:p>
    <w:p>
      <w:pPr>
        <w:pStyle w:val="ListBullet"/>
        <w:spacing w:line="240" w:lineRule="auto"/>
        <w:ind w:left="720"/>
      </w:pPr>
      <w:r/>
      <w:r>
        <w:rPr>
          <w:b/>
        </w:rPr>
        <w:t>Consent-first guidance:</w:t>
      </w:r>
      <w:r>
        <w:t xml:space="preserve"> The best resources foreground negotiation, boundaries, and aftercare, practical and emotionally safe.</w:t>
      </w:r>
      <w:r/>
    </w:p>
    <w:p>
      <w:pPr>
        <w:pStyle w:val="ListBullet"/>
        <w:spacing w:line="240" w:lineRule="auto"/>
        <w:ind w:left="720"/>
      </w:pPr>
      <w:r/>
      <w:r>
        <w:rPr>
          <w:b/>
        </w:rPr>
        <w:t>Try small, learn big:</w:t>
      </w:r>
      <w:r>
        <w:t xml:space="preserve"> Start with communication and low-risk exploration; your partner’s comfort and curiosity are the real currency.</w:t>
      </w:r>
      <w:r/>
      <w:r/>
    </w:p>
    <w:p>
      <w:pPr>
        <w:pStyle w:val="Heading2"/>
      </w:pPr>
      <w:r>
        <w:t>Why a “For Dummies” Book about Kink feels timely</w:t>
      </w:r>
      <w:r/>
    </w:p>
    <w:p>
      <w:r/>
      <w:r>
        <w:t>There’s something delightfully ordinary about a pocket-friendly, step-by-step guide to kink, because a lot of people want straightforward answers without snobbery. Publishers have been expanding how-to shelves for ages, and a Kink for Dummies title fits that trend: it promises plain talk, a checklist you can actually use, and a tone that welcomes beginners.</w:t>
      </w:r>
      <w:r/>
    </w:p>
    <w:p>
      <w:r/>
      <w:r>
        <w:t>Authors who bring clinical or community experience to these books help too. According to publisher listings, this title draws on sex-positive expertise to explain practices, safety and consent. That makes it a practical first stop for people who grew up with limited sexual vocabularies and now want to explore without the usual shame.</w:t>
      </w:r>
      <w:r/>
    </w:p>
    <w:p>
      <w:pPr>
        <w:pStyle w:val="Heading2"/>
      </w:pPr>
      <w:r>
        <w:t>Culture shapes what feels “kinky”</w:t>
      </w:r>
      <w:r/>
    </w:p>
    <w:p>
      <w:r/>
      <w:r>
        <w:t>What one group treats as routine, another treats as exotic. That’s the blunt insight from conversations around kink: queer communities, partly because of a history of sexual marginalisation, have normalised a broader range of sexual expressions. Straight people, raised on a narrower idea of “procreative” or “acceptable” sex, tend to mark lots of things as kinky by default.</w:t>
      </w:r>
      <w:r/>
    </w:p>
    <w:p>
      <w:r/>
      <w:r>
        <w:t>A queer sex therapist pointed out that anything outside procreative sex often gets lumped into “kink” for some straight audiences, even if it's pretty vanilla within queer circles. So when someone discovers pup play, wax play or even enthusiastic roleplay, the shock often says more about background than desire.</w:t>
      </w:r>
      <w:r/>
    </w:p>
    <w:p>
      <w:pPr>
        <w:pStyle w:val="Heading2"/>
      </w:pPr>
      <w:r>
        <w:t>What practical readers should look for in a guide</w:t>
      </w:r>
      <w:r/>
    </w:p>
    <w:p>
      <w:r/>
      <w:r>
        <w:t>Not all introductory books are equal. The useful ones do three things: explain consent and negotiation clearly, offer harm-reduction tips, and provide realistic ways to start small. Look for sections on communication scripts, safe words, basic equipment care and aftercare, those are the parts that make exploration emotionally safe as well as fun.</w:t>
      </w:r>
      <w:r/>
    </w:p>
    <w:p>
      <w:r/>
      <w:r>
        <w:t>If you’re shopping, check whether the guide cites credentialed professionals or sex therapists, and whether it separates myths from evidence-based practices. A book that includes checklists and staged progress, how to try something low-risk before stepping up, will save a lot of awkward first dates.</w:t>
      </w:r>
      <w:r/>
    </w:p>
    <w:p>
      <w:pPr>
        <w:pStyle w:val="Heading2"/>
      </w:pPr>
      <w:r>
        <w:t>When “vanilla” meets “kink”: navigating expectations with partners</w:t>
      </w:r>
      <w:r/>
    </w:p>
    <w:p>
      <w:r/>
      <w:r>
        <w:t>Experimentation is easier when partners share language. Try naming what you want, then ask what that looks like for them. If a straight partner finds something new shocking, treat it as a teaching moment rather than a verdict. Conversely, if a queer partner treats a practice as routine, explain why it’s new to you and ask for a patient walkthrough.</w:t>
      </w:r>
      <w:r/>
    </w:p>
    <w:p>
      <w:r/>
      <w:r>
        <w:t>Practical tip: use a rehearsal script. Say, “I’d like to try X, here’s why, and here’s my comfort level.” That frames kink as collaboration instead of performance. It also shifts the conversation away from morality and back to consent and pleasure.</w:t>
      </w:r>
      <w:r/>
    </w:p>
    <w:p>
      <w:pPr>
        <w:pStyle w:val="Heading2"/>
      </w:pPr>
      <w:r>
        <w:t>Are there risks, and how do you reduce them?</w:t>
      </w:r>
      <w:r/>
    </w:p>
    <w:p>
      <w:r/>
      <w:r>
        <w:t>Yes, there are physical and emotional risks, but a responsible beginner’s guide makes harm reduction front and centre. That means clear safety boundaries for things like impact play or temperature play, plus checklists for equipment quality, hygiene and emergency planning.</w:t>
      </w:r>
      <w:r/>
    </w:p>
    <w:p>
      <w:r/>
      <w:r>
        <w:t>Therapists and educators recommend starting with low-intensity activities to build mutual trust. If something triggers old shame or trauma, pause and, if needed, seek a trained professional. The point of kink is specificity within consent, so you want to be precise about what you try and how you stop.</w:t>
      </w:r>
      <w:r/>
    </w:p>
    <w:p>
      <w:r/>
      <w:r>
        <w:t>Closing line A little education and a lot of honest chat can turn curious nervousness into confident play; it’s a small shift that makes all the difference.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3">
        <w:r>
          <w:rPr>
            <w:color w:val="0000EE"/>
            <w:u w:val="single"/>
          </w:rPr>
          <w:t>[5]</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https://www.queerty.com/when-it-comes-to-kink-can-gays-straights-ever-see-eye-to-eye-20260901/</w:t>
        </w:r>
      </w:hyperlink>
      <w:r>
        <w:t xml:space="preserve"> - Please view link - unable to able to access data</w:t>
      </w:r>
      <w:r/>
    </w:p>
    <w:p>
      <w:pPr>
        <w:pStyle w:val="ListNumber"/>
        <w:spacing w:line="240" w:lineRule="auto"/>
        <w:ind w:left="720"/>
      </w:pPr>
      <w:r/>
      <w:hyperlink r:id="rId10">
        <w:r>
          <w:rPr>
            <w:color w:val="0000EE"/>
            <w:u w:val="single"/>
          </w:rPr>
          <w:t>https://www.dummies.com/article/kink-for-dummies-cheat-sheet/</w:t>
        </w:r>
      </w:hyperlink>
      <w:r>
        <w:t xml:space="preserve"> - 'Kink For Dummies' is a comprehensive guide that delves into the world of kink, offering a safe and positive roadmap for individuals interested in exploring their sexual and personal horizons. The book covers various aspects of kink, including bondage, role-playing, and domination, while emphasizing the importance of consent and respect. It also provides strategies for overcoming common challenges and techniques for finding a supportive community. Authored by Jaime M. Grant and Jack Harrison-Quintana, the guide aims to shatter stigmas and myths surrounding kink practices. (</w:t>
      </w:r>
      <w:hyperlink r:id="rId16">
        <w:r>
          <w:rPr>
            <w:color w:val="0000EE"/>
            <w:u w:val="single"/>
          </w:rPr>
          <w:t>dummies.com</w:t>
        </w:r>
      </w:hyperlink>
      <w:r>
        <w:t>)</w:t>
      </w:r>
      <w:r/>
    </w:p>
    <w:p>
      <w:pPr>
        <w:pStyle w:val="ListNumber"/>
        <w:spacing w:line="240" w:lineRule="auto"/>
        <w:ind w:left="720"/>
      </w:pPr>
      <w:r/>
      <w:hyperlink r:id="rId12">
        <w:r>
          <w:rPr>
            <w:color w:val="0000EE"/>
            <w:u w:val="single"/>
          </w:rPr>
          <w:t>https://www.wiley-vch.de/de/fachgebiete/medizin-und-gesundheit/kink-for-dummies-978-1-394-35324-8</w:t>
        </w:r>
      </w:hyperlink>
      <w:r>
        <w:t xml:space="preserve"> - 'Kink For Dummies' is an accessible and informative guide that explores the diverse world of kink, providing readers with a safe and positive approach to expanding their sexual and personal experiences. The book addresses various kink practices, emphasizing the significance of consent and mutual respect. It also offers insights into integrating these desires into one's life, aiming to dispel common misconceptions and promote a deeper understanding of kink. Published by Wiley-VCH, this edition is authored by Jaime M. Grant and Jack Harrison-Quintana. (</w:t>
      </w:r>
      <w:hyperlink r:id="rId17">
        <w:r>
          <w:rPr>
            <w:color w:val="0000EE"/>
            <w:u w:val="single"/>
          </w:rPr>
          <w:t>wiley-vch.de</w:t>
        </w:r>
      </w:hyperlink>
      <w:r>
        <w:t>)</w:t>
      </w:r>
      <w:r/>
    </w:p>
    <w:p>
      <w:pPr>
        <w:pStyle w:val="ListNumber"/>
        <w:spacing w:line="240" w:lineRule="auto"/>
        <w:ind w:left="720"/>
      </w:pPr>
      <w:r/>
      <w:hyperlink r:id="rId11">
        <w:r>
          <w:rPr>
            <w:color w:val="0000EE"/>
            <w:u w:val="single"/>
          </w:rPr>
          <w:t>https://books.apple.com/us/book/kink-for-dummies/id6753773444</w:t>
        </w:r>
      </w:hyperlink>
      <w:r>
        <w:t xml:space="preserve"> - 'Kink For Dummies' is a comprehensive and engaging guide that introduces readers to the world of kink, offering a safe and positive approach to exploring one's sexual and personal boundaries. The book covers a wide range of topics, including bondage, role-playing, and domination, while emphasizing the importance of consent and mutual respect. It provides practical strategies for overcoming common challenges and techniques for finding a supportive community. Authored by Jaime M. Grant and Jack Harrison-Quintana, this edition is available on Apple Books. (</w:t>
      </w:r>
      <w:hyperlink r:id="rId18">
        <w:r>
          <w:rPr>
            <w:color w:val="0000EE"/>
            <w:u w:val="single"/>
          </w:rPr>
          <w:t>books.apple.com</w:t>
        </w:r>
      </w:hyperlink>
      <w:r>
        <w:t>)</w:t>
      </w:r>
      <w:r/>
    </w:p>
    <w:p>
      <w:pPr>
        <w:pStyle w:val="ListNumber"/>
        <w:spacing w:line="240" w:lineRule="auto"/>
        <w:ind w:left="720"/>
      </w:pPr>
      <w:r/>
      <w:hyperlink r:id="rId13">
        <w:r>
          <w:rPr>
            <w:color w:val="0000EE"/>
            <w:u w:val="single"/>
          </w:rPr>
          <w:t>https://drisraelmartinez.com/about</w:t>
        </w:r>
      </w:hyperlink>
      <w:r>
        <w:t xml:space="preserve"> - Dr. Israel Martinez is a licensed psychotherapist and certified sex therapist with over 20 years of experience working exclusively with the LGBTQ+ community. He specializes in gay men's therapy, focusing on internalized homophobia, sexual intimacy, shame, and relationship dynamics. Dr. Martinez holds a Master of Science in Social Work from Columbia University and is certified by the American Association of Sexuality Educators, Counselors, and Therapists (AASECT). His clinical background includes positions at the New York City Gay and Lesbian Anti-Violence Project, the LGBT Community Center, and Gay Men's Health Crisis (GMHC). (</w:t>
      </w:r>
      <w:hyperlink r:id="rId19">
        <w:r>
          <w:rPr>
            <w:color w:val="0000EE"/>
            <w:u w:val="single"/>
          </w:rPr>
          <w:t>drisraelmartinez.com</w:t>
        </w:r>
      </w:hyperlink>
      <w:r>
        <w:t>)</w:t>
      </w:r>
      <w:r/>
    </w:p>
    <w:p>
      <w:pPr>
        <w:pStyle w:val="ListNumber"/>
        <w:spacing w:line="240" w:lineRule="auto"/>
        <w:ind w:left="720"/>
      </w:pPr>
      <w:r/>
      <w:hyperlink r:id="rId15">
        <w:r>
          <w:rPr>
            <w:color w:val="0000EE"/>
            <w:u w:val="single"/>
          </w:rPr>
          <w:t>https://www.aasect.org/find-professional/listing/1/8130</w:t>
        </w:r>
      </w:hyperlink>
      <w:r>
        <w:t xml:space="preserve"> - Dr. Israel Martinez is a licensed clinical social worker (LCSW) and certified sex therapist based in Montclair, New Jersey. He specializes in LGBTQ+ therapy, consensual non-monogamy, and kink/BDSM. Dr. Martinez offers telepractice options and is licensed to practice therapy in Idaho, New York, New Jersey, and Utah. His professional philosophy emphasizes relationship building, self-compassion, mindfulness, and somatic experiencing. (</w:t>
      </w:r>
      <w:hyperlink r:id="rId20">
        <w:r>
          <w:rPr>
            <w:color w:val="0000EE"/>
            <w:u w:val="single"/>
          </w:rPr>
          <w:t>aasect.org</w:t>
        </w:r>
      </w:hyperlink>
      <w:r>
        <w:t>)</w:t>
      </w:r>
      <w:r/>
    </w:p>
    <w:p>
      <w:pPr>
        <w:pStyle w:val="ListNumber"/>
        <w:spacing w:line="240" w:lineRule="auto"/>
        <w:ind w:left="720"/>
      </w:pPr>
      <w:r/>
      <w:hyperlink r:id="rId14">
        <w:r>
          <w:rPr>
            <w:color w:val="0000EE"/>
            <w:u w:val="single"/>
          </w:rPr>
          <w:t>https://www.theatlantic.com/health/archive/2021/04/weaponization-female-orgasm/618680/?utm_source=apple_news</w:t>
        </w:r>
      </w:hyperlink>
      <w:r>
        <w:t xml:space="preserve"> - In 'The Tyranny of the Female-Orgasm Industrial Complex,' the author explores the historical, cultural, and commercial narratives surrounding the female orgasm. The essay critiques the cultural fixation on female orgasm as a requirement for legitimate sexual experience, particularly in heterosexual relationships. It examines the medical misrepresentations, patriarchal distortions, and commodification of female sexuality, questioning whether the relentless pursuit of orgasm is empowering or oppressive. (</w:t>
      </w:r>
      <w:hyperlink r:id="rId21">
        <w:r>
          <w:rPr>
            <w:color w:val="0000EE"/>
            <w:u w:val="single"/>
          </w:rPr>
          <w:t>theatlantic.com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when-it-comes-to-kink-can-gays-straights-ever-see-eye-to-eye-20260901/" TargetMode="External"/><Relationship Id="rId10" Type="http://schemas.openxmlformats.org/officeDocument/2006/relationships/hyperlink" Target="https://www.dummies.com/article/kink-for-dummies-cheat-sheet/" TargetMode="External"/><Relationship Id="rId11" Type="http://schemas.openxmlformats.org/officeDocument/2006/relationships/hyperlink" Target="https://books.apple.com/us/book/kink-for-dummies/id6753773444" TargetMode="External"/><Relationship Id="rId12" Type="http://schemas.openxmlformats.org/officeDocument/2006/relationships/hyperlink" Target="https://www.wiley-vch.de/de/fachgebiete/medizin-und-gesundheit/kink-for-dummies-978-1-394-35324-8" TargetMode="External"/><Relationship Id="rId13" Type="http://schemas.openxmlformats.org/officeDocument/2006/relationships/hyperlink" Target="https://drisraelmartinez.com/about" TargetMode="External"/><Relationship Id="rId14" Type="http://schemas.openxmlformats.org/officeDocument/2006/relationships/hyperlink" Target="https://www.theatlantic.com/health/archive/2021/04/weaponization-female-orgasm/618680/?utm_source=apple_news" TargetMode="External"/><Relationship Id="rId15" Type="http://schemas.openxmlformats.org/officeDocument/2006/relationships/hyperlink" Target="https://www.aasect.org/find-professional/listing/1/8130" TargetMode="External"/><Relationship Id="rId16" Type="http://schemas.openxmlformats.org/officeDocument/2006/relationships/hyperlink" Target="https://www.dummies.com/article/kink-for-dummies-cheat-sheet/?utm_source=openai" TargetMode="External"/><Relationship Id="rId17" Type="http://schemas.openxmlformats.org/officeDocument/2006/relationships/hyperlink" Target="https://www.wiley-vch.de/de/fachgebiete/medizin-und-gesundheit/kink-for-dummies-978-1-394-35324-8?utm_source=openai" TargetMode="External"/><Relationship Id="rId18" Type="http://schemas.openxmlformats.org/officeDocument/2006/relationships/hyperlink" Target="https://books.apple.com/us/book/kink-for-dummies/id6753773444?utm_source=openai" TargetMode="External"/><Relationship Id="rId19" Type="http://schemas.openxmlformats.org/officeDocument/2006/relationships/hyperlink" Target="https://drisraelmartinez.com/about?utm_source=openai" TargetMode="External"/><Relationship Id="rId20" Type="http://schemas.openxmlformats.org/officeDocument/2006/relationships/hyperlink" Target="https://www.aasect.org/find-professional/listing/1/8130?utm_source=openai" TargetMode="External"/><Relationship Id="rId21" Type="http://schemas.openxmlformats.org/officeDocument/2006/relationships/hyperlink" Target="https://www.theatlantic.com/health/archive/2021/04/weaponization-female-orgasm/618680/?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