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International LGBTQ TV Shows Readers Say You Must Watch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Grab the snacks and settle in , readers are sharing the queer shows they swear by, from Filipino screen romances to gothic vampire epics, proving great LGBTQ storytelling arrives from everywhere and deserves a spot on your watchlist.</w:t>
      </w:r>
      <w:r/>
    </w:p>
    <w:p>
      <w:r/>
      <w:r>
        <w:t>Essential Takeaways</w:t>
      </w:r>
      <w:r/>
      <w:r/>
    </w:p>
    <w:p>
      <w:pPr>
        <w:pStyle w:val="ListBullet"/>
        <w:spacing w:line="240" w:lineRule="auto"/>
        <w:ind w:left="720"/>
      </w:pPr>
      <w:r/>
      <w:r>
        <w:rPr>
          <w:b/>
        </w:rPr>
        <w:t>Reader-approved picks:</w:t>
      </w:r>
      <w:r>
        <w:t xml:space="preserve"> Fans recommend titles like Gameboys, Brilliant Minds and Interview with the Vampire for fresh queer perspectives.</w:t>
      </w:r>
      <w:r/>
    </w:p>
    <w:p>
      <w:pPr>
        <w:pStyle w:val="ListBullet"/>
        <w:spacing w:line="240" w:lineRule="auto"/>
        <w:ind w:left="720"/>
      </w:pPr>
      <w:r/>
      <w:r>
        <w:rPr>
          <w:b/>
        </w:rPr>
        <w:t>Global flavours:</w:t>
      </w:r>
      <w:r>
        <w:t xml:space="preserve"> Shows span the Philippines, Spain, the US and beyond, offering different cultural takes on romance and identity.</w:t>
      </w:r>
      <w:r/>
    </w:p>
    <w:p>
      <w:pPr>
        <w:pStyle w:val="ListBullet"/>
        <w:spacing w:line="240" w:lineRule="auto"/>
        <w:ind w:left="720"/>
      </w:pPr>
      <w:r/>
      <w:r>
        <w:rPr>
          <w:b/>
        </w:rPr>
        <w:t>Where to watch:</w:t>
      </w:r>
      <w:r>
        <w:t xml:space="preserve"> Gameboys streams on YouTube and Netflix in the Philippines; Brilliant Minds is on Peacock; Interview with the Vampire appears on AMC platforms and Netflix in some regions.</w:t>
      </w:r>
      <w:r/>
    </w:p>
    <w:p>
      <w:pPr>
        <w:pStyle w:val="ListBullet"/>
        <w:spacing w:line="240" w:lineRule="auto"/>
        <w:ind w:left="720"/>
      </w:pPr>
      <w:r/>
      <w:r>
        <w:rPr>
          <w:b/>
        </w:rPr>
        <w:t>Tone variety:</w:t>
      </w:r>
      <w:r>
        <w:t xml:space="preserve"> Expect everything from tender screen-to-screen romance to medical drama and gothic obsession , something for any mood.</w:t>
      </w:r>
      <w:r/>
    </w:p>
    <w:p>
      <w:pPr>
        <w:pStyle w:val="ListBullet"/>
        <w:spacing w:line="240" w:lineRule="auto"/>
        <w:ind w:left="720"/>
      </w:pPr>
      <w:r/>
      <w:r>
        <w:rPr>
          <w:b/>
        </w:rPr>
        <w:t>Accessibility hint:</w:t>
      </w:r>
      <w:r>
        <w:t xml:space="preserve"> Many of these shows are region-restricted; a VPN or checking local platform availability helps if a show isn’t listed in your area.</w:t>
      </w:r>
      <w:r/>
      <w:r/>
    </w:p>
    <w:p>
      <w:pPr>
        <w:pStyle w:val="Heading2"/>
      </w:pPr>
      <w:r>
        <w:t>Why readers are championing Gameboys , the lockdown love story that feels cosy and modern</w:t>
      </w:r>
      <w:r/>
    </w:p>
    <w:p>
      <w:r/>
      <w:r>
        <w:t>If you haven’t watched Gameboys yet, readers tell us it’s the kind of digital romance that feels oddly intimate and very now. The Filipino series centres on Cairo, a popular livestream gamer, and Gavreel, the rival whose competitive taunts turn into late-night video calls and something much softer. Gameboys was born of the pandemic moment, so the screens and distance are part of the romance rather than obstacles, which gives the show a quietly inventive emotional texture. Filipino audiences propelled it to viral status , the show racked up impressive YouTube views and sparked conversations about how queer relationships can be tender, chatty and low-fi. If you’re choosing where to start, watch for chemistry and conversational writing rather than big set pieces; it’s ideal for nights when you want warmth and a sense of intimacy rather than drama overload. And yes, your phone will feel a little more romantic afterwards.</w:t>
      </w:r>
      <w:r/>
    </w:p>
    <w:p>
      <w:pPr>
        <w:pStyle w:val="Heading2"/>
      </w:pPr>
      <w:r>
        <w:t>Brilliant Minds brings queer nuance into a medical drama , Zachary Quinto’s unusual lead</w:t>
      </w:r>
      <w:r/>
    </w:p>
    <w:p>
      <w:r/>
      <w:r>
        <w:t>Brilliant Minds surprised readers by mixing medical procedural beats with character-driven queer perspective, with Zachary Quinto fronting a neurologist inspired by the life and work of Oliver Sacks. Quinto’s protagonist brings empathy and a unique point-of-view to tricky cases, and the show folds in personal relationships without losing its clinical curiosity. According to streaming listings, the series is available on Peacock and NBC platforms, which makes it easy to find for US viewers. Fans appreciate that the medical mysteries don’t crowd out human detail , the hospital corridors feel lived-in and the personal stakes are quietly affecting. If you like shows where plot and personality share equal billing, Brilliant Minds is worth a try. Watch for scenes that linger on small revelations; they often carry the series’ emotional payoff.</w:t>
      </w:r>
      <w:r/>
    </w:p>
    <w:p>
      <w:pPr>
        <w:pStyle w:val="Heading2"/>
      </w:pPr>
      <w:r>
        <w:t>Interview with the Vampire and The Vampire Lestat , gothic romance with queer heart</w:t>
      </w:r>
      <w:r/>
    </w:p>
    <w:p>
      <w:r/>
      <w:r>
        <w:t>Anne Rice’s novels have always spoken to queer readers, and the TV adaptations make that emotional intensity plain to see. Interview with the Vampire centres on Louis and Lestat’s fraught, erotic bond , it’s gothic, lush and occasionally brutal, the kind of series that demands you lean into melodrama. The show runs across AMC platforms and has varied Netflix availability depending on your territory, while The Vampire Lestat is being rolled out in season cycles. Readers enjoy the sheer theatricality: sumptuous costumes, mood-heavy cinematography and relationships that pulse with longing and danger. If you relish ornate storytelling and morally complicated characters, these adaptations deliver. They’re ideal when you want something cinematic, slightly over the top and impossible to stop watching.</w:t>
      </w:r>
      <w:r/>
    </w:p>
    <w:p>
      <w:pPr>
        <w:pStyle w:val="Heading2"/>
      </w:pPr>
      <w:r>
        <w:t>Smiley and Looking , romantic comedy and slice-of-life queer stories</w:t>
      </w:r>
      <w:r/>
    </w:p>
    <w:p>
      <w:r/>
      <w:r>
        <w:t>On the lighter end, Spanish rom-com Smiley and HBO’s Looking appeal to readers who value charm and everyday detail. Smiley spins a meet-cute around a misfired voice message that blossoms into something authentic, while Looking offers a San Francisco-set study of friendship, sex and the awkward business of growing up. Both shows trade big plot mechanics for chemistry and observational humour, which is why readers recommend them for cosy evenings or weekend binges. Smiley is on Netflix for many territories, making it an easy add to your list; Looking’s availability shifts by region, so checking local platforms helps. Pick these when you want something tenderly funny rather than heavy , they’re the sort of shows that leave you smiling and maybe a little wistful.</w:t>
      </w:r>
      <w:r/>
    </w:p>
    <w:p>
      <w:pPr>
        <w:pStyle w:val="Heading2"/>
      </w:pPr>
      <w:r>
        <w:t>How to build a reader-approved queer watchlist , practical tips</w:t>
      </w:r>
      <w:r/>
    </w:p>
    <w:p>
      <w:r/>
      <w:r>
        <w:t>Start with mood and runtime: choose Gameboys for soft, screen-to-screen intimacy; reach for Interview with the Vampire when you want drama and spectacle. Check regional availability early , Peacock, AMC and Netflix licences vary, so a quick platform search saves disappointment. If a show is geo-blocked, consider legal streaming alternatives or overseas platform releases rather than dubious sources. For series in another language, subtitles often preserve nuance better than dubs, so stick with subtitles if you can. Finally, ask around: reader lists are gold because they come with personal enthusiasm. Swap recommendations with friends and follow fan communities , your next favourite could be someone else’s comfort watch.</w:t>
      </w:r>
      <w:r/>
    </w:p>
    <w:p>
      <w:r/>
      <w:r>
        <w:t>It's a small change to your queue that could make your next binge feel much more global.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[4]</w:t>
        </w:r>
      </w:hyperlink>
      <w:r>
        <w:t xml:space="preserve">- Paragraph 5: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https://instinctmagazine.com/lgbtq-shows-readers-suggestions/</w:t>
        </w:r>
      </w:hyperlink>
      <w:r>
        <w:t xml:space="preserve"> - Please view link - unable to able to access data</w:t>
      </w:r>
      <w:r/>
    </w:p>
    <w:p>
      <w:pPr>
        <w:pStyle w:val="ListNumber"/>
        <w:spacing w:line="240" w:lineRule="auto"/>
        <w:ind w:left="720"/>
      </w:pPr>
      <w:r/>
      <w:hyperlink r:id="rId10">
        <w:r>
          <w:rPr>
            <w:color w:val="0000EE"/>
            <w:u w:val="single"/>
          </w:rPr>
          <w:t>https://www.peacocktv.com/stream-tv/brilliant-minds</w:t>
        </w:r>
      </w:hyperlink>
      <w:r>
        <w:t xml:space="preserve"> - 'Brilliant Minds' is a medical drama series available on Peacock, starring Zachary Quinto as Dr. Oliver Wolf, an unconventional neurologist inspired by Dr. Oliver Sacks. The show follows Dr. Wolf and his team as they tackle complex neurological cases while navigating personal relationships. The series premiered in 2024 and has two seasons. (</w:t>
      </w:r>
      <w:hyperlink r:id="rId15">
        <w:r>
          <w:rPr>
            <w:color w:val="0000EE"/>
            <w:u w:val="single"/>
          </w:rPr>
          <w:t>peacocktv.com</w:t>
        </w:r>
      </w:hyperlink>
      <w:r>
        <w:t>)</w:t>
      </w:r>
      <w:r/>
    </w:p>
    <w:p>
      <w:pPr>
        <w:pStyle w:val="ListNumber"/>
        <w:spacing w:line="240" w:lineRule="auto"/>
        <w:ind w:left="720"/>
      </w:pPr>
      <w:r/>
      <w:hyperlink r:id="rId11">
        <w:r>
          <w:rPr>
            <w:color w:val="0000EE"/>
            <w:u w:val="single"/>
          </w:rPr>
          <w:t>https://www.gmanetwork.com/news/showbiz/chikaminute/742995/the-first-filipino-bl-series-gameboys-attracts-more-than-1-5m-views-on-youtube/story/</w:t>
        </w:r>
      </w:hyperlink>
      <w:r>
        <w:t xml:space="preserve"> - 'Gameboys' is the first Filipino Boys' Love (BL) series that premiered on YouTube in May 2020. The series follows two young Filipino gamers, Cairo and Gavreel, who develop a connection through online gaming. The show gained significant popularity, attracting over 1.5 million views after just two episodes. (</w:t>
      </w:r>
      <w:hyperlink r:id="rId16">
        <w:r>
          <w:rPr>
            <w:color w:val="0000EE"/>
            <w:u w:val="single"/>
          </w:rPr>
          <w:t>gmanetwork.com</w:t>
        </w:r>
      </w:hyperlink>
      <w:r>
        <w:t>)</w:t>
      </w:r>
      <w:r/>
    </w:p>
    <w:p>
      <w:pPr>
        <w:pStyle w:val="ListNumber"/>
        <w:spacing w:line="240" w:lineRule="auto"/>
        <w:ind w:left="720"/>
      </w:pPr>
      <w:r/>
      <w:hyperlink r:id="rId12">
        <w:r>
          <w:rPr>
            <w:color w:val="0000EE"/>
            <w:u w:val="single"/>
          </w:rPr>
          <w:t>https://www.betaseries.com/en/show/gameboys</w:t>
        </w:r>
      </w:hyperlink>
      <w:r>
        <w:t xml:space="preserve"> - 'Gameboys' is a Filipino digital romance series that follows the story of Cairo and Gavreel, two young gamers who meet online and develop a deep connection. The series is available for streaming on YouTube and has been well-received for its portrayal of modern relationships. (</w:t>
      </w:r>
      <w:hyperlink r:id="rId17">
        <w:r>
          <w:rPr>
            <w:color w:val="0000EE"/>
            <w:u w:val="single"/>
          </w:rPr>
          <w:t>betaseries.com</w:t>
        </w:r>
      </w:hyperlink>
      <w:r>
        <w:t>)</w:t>
      </w:r>
      <w:r/>
    </w:p>
    <w:p>
      <w:pPr>
        <w:pStyle w:val="ListNumber"/>
        <w:spacing w:line="240" w:lineRule="auto"/>
        <w:ind w:left="720"/>
      </w:pPr>
      <w:r/>
      <w:hyperlink r:id="rId13">
        <w:r>
          <w:rPr>
            <w:color w:val="0000EE"/>
            <w:u w:val="single"/>
          </w:rPr>
          <w:t>https://www.peacocktv.com/stream-tv/brilliant-minds?downsize=1200%3A%2A&amp;image-quality=7&amp;output-format=webp&amp;output-quality=70</w:t>
        </w:r>
      </w:hyperlink>
      <w:r>
        <w:t xml:space="preserve"> - 'Brilliant Minds' is a medical drama series available on Peacock, starring Zachary Quinto as Dr. Oliver Wolf, an unconventional neurologist inspired by Dr. Oliver Sacks. The show follows Dr. Wolf and his team as they tackle complex neurological cases while navigating personal relationships. The series premiered in 2024 and has two seasons. (</w:t>
      </w:r>
      <w:hyperlink r:id="rId18">
        <w:r>
          <w:rPr>
            <w:color w:val="0000EE"/>
            <w:u w:val="single"/>
          </w:rPr>
          <w:t>peacocktv.com</w:t>
        </w:r>
      </w:hyperlink>
      <w:r>
        <w:t>)</w:t>
      </w:r>
      <w:r/>
    </w:p>
    <w:p>
      <w:pPr>
        <w:pStyle w:val="ListNumber"/>
        <w:spacing w:line="240" w:lineRule="auto"/>
        <w:ind w:left="720"/>
      </w:pPr>
      <w:r/>
      <w:hyperlink r:id="rId19">
        <w:r>
          <w:rPr>
            <w:color w:val="0000EE"/>
            <w:u w:val="single"/>
          </w:rPr>
          <w:t>https://www.peacocktv.com/watch-online/tv/brilliant-minds/7479195850493273112/seasons/1</w:t>
        </w:r>
      </w:hyperlink>
      <w:r>
        <w:t xml:space="preserve"> - 'Brilliant Minds' is a medical drama series available on Peacock, starring Zachary Quinto as Dr. Oliver Wolf, an unconventional neurologist inspired by Dr. Oliver Sacks. The show follows Dr. Wolf and his team as they tackle complex neurological cases while navigating personal relationships. The series premiered in 2024 and has two seasons. (</w:t>
      </w:r>
      <w:hyperlink r:id="rId20">
        <w:r>
          <w:rPr>
            <w:color w:val="0000EE"/>
            <w:u w:val="single"/>
          </w:rPr>
          <w:t>peacocktv.com</w:t>
        </w:r>
      </w:hyperlink>
      <w:r>
        <w:t>)</w:t>
      </w:r>
      <w:r/>
    </w:p>
    <w:p>
      <w:pPr>
        <w:pStyle w:val="ListNumber"/>
        <w:spacing w:line="240" w:lineRule="auto"/>
        <w:ind w:left="720"/>
      </w:pPr>
      <w:r/>
      <w:hyperlink r:id="rId14">
        <w:r>
          <w:rPr>
            <w:color w:val="0000EE"/>
            <w:u w:val="single"/>
          </w:rPr>
          <w:t>https://www.youtube.com/watch?v=EFPilf41qi8</w:t>
        </w:r>
      </w:hyperlink>
      <w:r>
        <w:t xml:space="preserve"> - In this video, Zachary Quinto discusses a scene from the Season 2 premiere of 'Brilliant Minds', providing insights into his character, Dr. Oliver Wolf, and the show's themes. The series is available to watch on NBC and Peacock.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lgbtq-shows-readers-suggestions/" TargetMode="External"/><Relationship Id="rId10" Type="http://schemas.openxmlformats.org/officeDocument/2006/relationships/hyperlink" Target="https://www.peacocktv.com/stream-tv/brilliant-minds" TargetMode="External"/><Relationship Id="rId11" Type="http://schemas.openxmlformats.org/officeDocument/2006/relationships/hyperlink" Target="https://www.gmanetwork.com/news/showbiz/chikaminute/742995/the-first-filipino-bl-series-gameboys-attracts-more-than-1-5m-views-on-youtube/story/" TargetMode="External"/><Relationship Id="rId12" Type="http://schemas.openxmlformats.org/officeDocument/2006/relationships/hyperlink" Target="https://www.betaseries.com/en/show/gameboys" TargetMode="External"/><Relationship Id="rId13" Type="http://schemas.openxmlformats.org/officeDocument/2006/relationships/hyperlink" Target="https://www.peacocktv.com/stream-tv/brilliant-minds?downsize=1200%3A%2A&amp;image-quality=7&amp;output-format=webp&amp;output-quality=70" TargetMode="External"/><Relationship Id="rId14" Type="http://schemas.openxmlformats.org/officeDocument/2006/relationships/hyperlink" Target="https://www.youtube.com/watch?v=EFPilf41qi8" TargetMode="External"/><Relationship Id="rId15" Type="http://schemas.openxmlformats.org/officeDocument/2006/relationships/hyperlink" Target="https://www.peacocktv.com/stream-tv/brilliant-minds?utm_source=openai" TargetMode="External"/><Relationship Id="rId16" Type="http://schemas.openxmlformats.org/officeDocument/2006/relationships/hyperlink" Target="https://www.gmanetwork.com/news/showbiz/chikaminute/742995/the-first-filipino-bl-series-gameboys-attracts-more-than-1-5m-views-on-youtube/story/?utm_source=openai" TargetMode="External"/><Relationship Id="rId17" Type="http://schemas.openxmlformats.org/officeDocument/2006/relationships/hyperlink" Target="https://www.betaseries.com/en/show/gameboys?utm_source=openai" TargetMode="External"/><Relationship Id="rId18" Type="http://schemas.openxmlformats.org/officeDocument/2006/relationships/hyperlink" Target="https://www.peacocktv.com/stream-tv/brilliant-minds?downsize=1200%3A%2A&amp;image-quality=7&amp;output-format=webp&amp;output-quality=70&amp;utm_source=openai" TargetMode="External"/><Relationship Id="rId19" Type="http://schemas.openxmlformats.org/officeDocument/2006/relationships/hyperlink" Target="https://www.peacocktv.com/watch-online/tv/brilliant-minds/7479195850493273112/seasons/1" TargetMode="External"/><Relationship Id="rId20" Type="http://schemas.openxmlformats.org/officeDocument/2006/relationships/hyperlink" Target="https://www.peacocktv.com/watch-online/tv/brilliant-minds/7479195850493273112/seasons/1?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