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Family Camping Spots and How to Find Them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checking welcoming campgrounds can turn tense planning into relaxed family fun; owners and organisers are spotting a rise in LGBTQ+ families seeking truly inclusive outdoor stays, so here’s how to choose sites that feel safe, celebratory and easy for everyone.</w:t>
      </w:r>
      <w:r/>
    </w:p>
    <w:p>
      <w:r/>
      <w:r>
        <w:t>Essential Takeaways</w:t>
      </w:r>
      <w:r/>
      <w:r/>
    </w:p>
    <w:p>
      <w:pPr>
        <w:pStyle w:val="ListBullet"/>
        <w:spacing w:line="240" w:lineRule="auto"/>
        <w:ind w:left="720"/>
      </w:pPr>
      <w:r/>
      <w:r>
        <w:rPr>
          <w:b/>
        </w:rPr>
        <w:t>Look for visible inclusivity:</w:t>
      </w:r>
      <w:r>
        <w:t xml:space="preserve"> Sites that show diverse families and state non-discrimination policies online usually signal a more welcoming vibe.</w:t>
      </w:r>
      <w:r/>
    </w:p>
    <w:p>
      <w:pPr>
        <w:pStyle w:val="ListBullet"/>
        <w:spacing w:line="240" w:lineRule="auto"/>
        <w:ind w:left="720"/>
      </w:pPr>
      <w:r/>
      <w:r>
        <w:rPr>
          <w:b/>
        </w:rPr>
        <w:t>Check facilities:</w:t>
      </w:r>
      <w:r>
        <w:t xml:space="preserve"> Gender-neutral toilets and family restrooms reduce stress and make days simpler for kids and adults.</w:t>
      </w:r>
      <w:r/>
    </w:p>
    <w:p>
      <w:pPr>
        <w:pStyle w:val="ListBullet"/>
        <w:spacing w:line="240" w:lineRule="auto"/>
        <w:ind w:left="720"/>
      </w:pPr>
      <w:r/>
      <w:r>
        <w:rPr>
          <w:b/>
        </w:rPr>
        <w:t>Activities for all ages:</w:t>
      </w:r>
      <w:r>
        <w:t xml:space="preserve"> Good sites offer a mix , scavenger hunts for little ones, geocaching or stargazing for teens, and calmer options for adults.</w:t>
      </w:r>
      <w:r/>
    </w:p>
    <w:p>
      <w:pPr>
        <w:pStyle w:val="ListBullet"/>
        <w:spacing w:line="240" w:lineRule="auto"/>
        <w:ind w:left="720"/>
      </w:pPr>
      <w:r/>
      <w:r>
        <w:rPr>
          <w:b/>
        </w:rPr>
        <w:t>Local extras matter:</w:t>
      </w:r>
      <w:r>
        <w:t xml:space="preserve"> Nearby cafés, markets or museums can turn a campsite into a memorable trip.</w:t>
      </w:r>
      <w:r/>
    </w:p>
    <w:p>
      <w:pPr>
        <w:pStyle w:val="ListBullet"/>
        <w:spacing w:line="240" w:lineRule="auto"/>
        <w:ind w:left="720"/>
      </w:pPr>
      <w:r/>
      <w:r>
        <w:rPr>
          <w:b/>
        </w:rPr>
        <w:t>Ask directly:</w:t>
      </w:r>
      <w:r>
        <w:t xml:space="preserve"> A quick call about staff training or pride events often tells you more than photos do.</w:t>
      </w:r>
      <w:r/>
      <w:r/>
    </w:p>
    <w:p>
      <w:pPr>
        <w:pStyle w:val="Heading2"/>
      </w:pPr>
      <w:r>
        <w:t>Why inclusive campgrounds make better family memories</w:t>
      </w:r>
      <w:r/>
    </w:p>
    <w:p>
      <w:r/>
      <w:r>
        <w:t>There’s a particular calm when you don’t have to explain yourselves at every turn; that relaxed feeling makes for better stories around the fire. Many families in the LGBTQ+ community say the worry of encountering hostility can spoil an otherwise perfect plan, so inclusive sites remove that background noise. According to community-driven resources, places that advertise diversity on their websites and social channels tend to attract families who want to be seen and comfortable. When a campsite advertises pride events or non-discrimination policies, it’s often because staff and local organisers have gone out of their way to make visitors feel welcome.</w:t>
      </w:r>
      <w:r/>
    </w:p>
    <w:p>
      <w:pPr>
        <w:pStyle w:val="Heading2"/>
      </w:pPr>
      <w:r>
        <w:t>How to spot a truly welcoming campsite before you book</w:t>
      </w:r>
      <w:r/>
    </w:p>
    <w:p>
      <w:r/>
      <w:r>
        <w:t>Photos and social feeds are useful, but the real clues are practical: gender-neutral restrooms, staff training, and family-focused programming. Look for pictures that show diverse family groups, read reviews from other LGBTQ+ families, and browse the events calendar. If the listing mentions accessible facilities and inclusive activities, that’s a good sign. If you’re unsure, pick up the phone , asking about on-site policies or whether the staff have inclusion training will give you an honest read of the place.</w:t>
      </w:r>
      <w:r/>
    </w:p>
    <w:p>
      <w:pPr>
        <w:pStyle w:val="Heading2"/>
      </w:pPr>
      <w:r>
        <w:t>What family-friendly really means , beyond swings and paddling pools</w:t>
      </w:r>
      <w:r/>
    </w:p>
    <w:p>
      <w:r/>
      <w:r>
        <w:t>Family-friendly is personal: for some it’s a playground and evening storytelling, for others it’s quiet spots where kids can run without worry. Inclusive campgrounds think bigger , they offer a range of activities that suit toddlers through teens, plus spaces where adults can relax. Gender‑neutral or family restrooms remove a common source of stress, and staffed activities create chances for connection. When you’re choosing, match the site’s activity list to your household , if your teen loves geocaching, make sure trails and mobile reception are suitable.</w:t>
      </w:r>
      <w:r/>
    </w:p>
    <w:p>
      <w:pPr>
        <w:pStyle w:val="Heading2"/>
      </w:pPr>
      <w:r>
        <w:t>Activities that keep everyone happy (and how to plan them)</w:t>
      </w:r>
      <w:r/>
    </w:p>
    <w:p>
      <w:r/>
      <w:r>
        <w:t>Map the trip with input from the whole family: let each person pick one “must-do” activity and weave those into the itinerary. For little ones, nature scavenger hunts, simple crafts with leaves and twigs, or bug spotting keep curiosity alive. Older children and teens often enjoy geocaching, fire-building lessons (with safety guidance), or stargazing using a telescope app. Adults can schedule a longer hike, some quiet time by a lake, or cooking a special campfire meal together. Allowing pockets of solo downtime makes group time more joyful.</w:t>
      </w:r>
      <w:r/>
    </w:p>
    <w:p>
      <w:pPr>
        <w:pStyle w:val="Heading2"/>
      </w:pPr>
      <w:r>
        <w:t>Exploring beyond the pitch , why local gems matter</w:t>
      </w:r>
      <w:r/>
    </w:p>
    <w:p>
      <w:r/>
      <w:r>
        <w:t>A campsite is the base, but the local area often provides the memories you’ll treasure , a small-town diner that becomes a Sunday ritual, a farmers’ market, or a quirky museum. Exploring nearby attractions not only breaks up the routine but supports local businesses and connects your family to the place. Check local listings and community pages for LGBTQ+-friendly cafés or events; towns that welcome diverse visitors usually share that information online and in tourist centres.</w:t>
      </w:r>
      <w:r/>
    </w:p>
    <w:p>
      <w:pPr>
        <w:pStyle w:val="Heading2"/>
      </w:pPr>
      <w:r>
        <w:t>Practical tips for a smoother, safer trip</w:t>
      </w:r>
      <w:r/>
    </w:p>
    <w:p>
      <w:r/>
      <w:r>
        <w:t>Call ahead about policies and facilities, and ask whether staff have received inclusion or safeguarding training. Pack sensory comforts , a familiar blanket or playlist can steady anxious kids. Choose a pitch near amenities if little ones need quick access to toilets, and consider booking family cabins if tents feel too exposed. Finally, read recent reviews: current guest feedback often reveals how inclusive a site actually feels in practice.</w:t>
      </w:r>
      <w:r/>
    </w:p>
    <w:p>
      <w:r/>
      <w:r>
        <w:t>It's a small change to choose a place that welcomes your family , and it makes every shared laugh and sunset feel that bit easier to savour.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1">
        <w:r>
          <w:rPr>
            <w:color w:val="0000EE"/>
            <w:u w:val="single"/>
          </w:rPr>
          <w:t>[7]</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https://outragemag.com/creating-inclusive-family-memories-outdoors/</w:t>
        </w:r>
      </w:hyperlink>
      <w:r>
        <w:t xml:space="preserve"> - Please view link - unable to able to access data</w:t>
      </w:r>
      <w:r/>
    </w:p>
    <w:p>
      <w:pPr>
        <w:pStyle w:val="ListNumber"/>
        <w:spacing w:line="240" w:lineRule="auto"/>
        <w:ind w:left="720"/>
      </w:pPr>
      <w:r/>
      <w:hyperlink r:id="rId10">
        <w:r>
          <w:rPr>
            <w:color w:val="0000EE"/>
            <w:u w:val="single"/>
          </w:rPr>
          <w:t>https://campoutcamp.com/</w:t>
        </w:r>
      </w:hyperlink>
      <w:r>
        <w:t xml:space="preserve"> - CampOut Family Camp offers a safe and welcoming environment for LGBTQ+ families to create lifelong memories together. Over four days, families can enjoy traditional camp activities, exciting events, and moments of connection. The camp is open to all families that identify with the LGBTQ+ community, providing a space where everyone can be themselves and bond with others. Activities include campfires, obstacle relays, and various planned events suitable for all ages, ensuring a joyful and inclusive experience for all attendees.</w:t>
      </w:r>
      <w:r/>
    </w:p>
    <w:p>
      <w:pPr>
        <w:pStyle w:val="ListNumber"/>
        <w:spacing w:line="240" w:lineRule="auto"/>
        <w:ind w:left="720"/>
      </w:pPr>
      <w:r/>
      <w:hyperlink r:id="rId13">
        <w:r>
          <w:rPr>
            <w:color w:val="0000EE"/>
            <w:u w:val="single"/>
          </w:rPr>
          <w:t>https://www.campcamp.com/about/</w:t>
        </w:r>
      </w:hyperlink>
      <w:r>
        <w:t xml:space="preserve"> - ‘Camp’ Camp is an all-inclusive summer camp located in central Maine, designed for LGBTQ+ adults seeking a unique vacation experience. Since 1997, it has offered a week-long program featuring outdoor, athletic, and arts &amp; crafts activities, along with entertaining evening social events. The camp provides a variety of traditional summer activities such as pottery, lake swimming, sailing, and canoeing, as well as offerings tailored for the LGBTQ+ community, including Broadway and ballroom dance, LGBTQ history, and figure drawing.</w:t>
      </w:r>
      <w:r/>
    </w:p>
    <w:p>
      <w:pPr>
        <w:pStyle w:val="ListNumber"/>
        <w:spacing w:line="240" w:lineRule="auto"/>
        <w:ind w:left="720"/>
      </w:pPr>
      <w:r/>
      <w:hyperlink r:id="rId15">
        <w:r>
          <w:rPr>
            <w:color w:val="0000EE"/>
            <w:u w:val="single"/>
          </w:rPr>
          <w:t>https://campearthconnection.com/</w:t>
        </w:r>
      </w:hyperlink>
      <w:r>
        <w:t xml:space="preserve"> - Camp Earth Connection is a woodland campground and retreat center that offers both primitive and full amenity camping options, ideal for individuals, families, and groups seeking a nature-filled retreat or special event venue. The camp welcomes and values people from all backgrounds and cultures, with a particular emphasis on inclusivity for the LGBTQ+, BIPOC, and Recovery communities. Their mission is to foster connection with each other and the Earth through diverse, inspirational outdoor experiences that promote respect for nature and build vibrant, supportive communities.</w:t>
      </w:r>
      <w:r/>
    </w:p>
    <w:p>
      <w:pPr>
        <w:pStyle w:val="ListNumber"/>
        <w:spacing w:line="240" w:lineRule="auto"/>
        <w:ind w:left="720"/>
      </w:pPr>
      <w:r/>
      <w:hyperlink r:id="rId14">
        <w:r>
          <w:rPr>
            <w:color w:val="0000EE"/>
            <w:u w:val="single"/>
          </w:rPr>
          <w:t>https://farmcamp.it/</w:t>
        </w:r>
      </w:hyperlink>
      <w:r>
        <w:t xml:space="preserve"> - Farmcamp Glampground is an adults-only LGBTQ+ campground and event destination located in Tuskegee, Alabama. Spanning over 60 acres with more than 2 miles of trails, the campground offers a variety of accommodations, including cabins, off-grid camping sites, and glamping options. Amenities include a pool, spa, and campfire areas. The campground is known for its welcoming and inclusive environment, providing a safe and comfortable space for LGBTQ+ individuals and their friends to relax, socialize, and enjoy nature.</w:t>
      </w:r>
      <w:r/>
    </w:p>
    <w:p>
      <w:pPr>
        <w:pStyle w:val="ListNumber"/>
        <w:spacing w:line="240" w:lineRule="auto"/>
        <w:ind w:left="720"/>
      </w:pPr>
      <w:r/>
      <w:hyperlink r:id="rId12">
        <w:r>
          <w:rPr>
            <w:color w:val="0000EE"/>
            <w:u w:val="single"/>
          </w:rPr>
          <w:t>https://ferncliff.org/about-camp/family-camps/rainbow-family-camp/</w:t>
        </w:r>
      </w:hyperlink>
      <w:r>
        <w:t xml:space="preserve"> - Rainbow Family Camp, hosted by Ferncliff Camp &amp; Conference Center, is a weekend retreat experience specifically designed for families with LGBTQIA+ children and youth, including those who are gender non-conforming, non-binary, and trans. The camp aims to provide a safe space where children, youth, and adults can develop self-confidence, build community, explore their surroundings, and embrace creativity. The fifth annual Rainbow Family Camp is scheduled to take place from June 19th to 21st, 2026, at Ferncliff Camp &amp; Conference Center.</w:t>
      </w:r>
      <w:r/>
    </w:p>
    <w:p>
      <w:pPr>
        <w:pStyle w:val="ListNumber"/>
        <w:spacing w:line="240" w:lineRule="auto"/>
        <w:ind w:left="720"/>
      </w:pPr>
      <w:r/>
      <w:hyperlink r:id="rId11">
        <w:r>
          <w:rPr>
            <w:color w:val="0000EE"/>
            <w:u w:val="single"/>
          </w:rPr>
          <w:t>https://www.theprideport.com/campgrounds</w:t>
        </w:r>
      </w:hyperlink>
      <w:r>
        <w:t xml:space="preserve"> - PridePort offers a comprehensive directory of over 20 LGBTQ+-welcoming campgrounds and RV resorts across the United States. The directory includes a variety of options, from men-only lakeside retreats to all-welcome family grounds and nudist resorts. Each listing provides detailed information about the campground's amenities, events, and community atmosphere, helping LGBTQ+ individuals and families find inclusive and welcoming outdoor spaces for their adventures. The directory highlights the rich tradition of gay camping, emphasizing the importance of community and connection in natural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agemag.com/creating-inclusive-family-memories-outdoors/" TargetMode="External"/><Relationship Id="rId10" Type="http://schemas.openxmlformats.org/officeDocument/2006/relationships/hyperlink" Target="https://campoutcamp.com/" TargetMode="External"/><Relationship Id="rId11" Type="http://schemas.openxmlformats.org/officeDocument/2006/relationships/hyperlink" Target="https://www.theprideport.com/campgrounds" TargetMode="External"/><Relationship Id="rId12" Type="http://schemas.openxmlformats.org/officeDocument/2006/relationships/hyperlink" Target="https://ferncliff.org/about-camp/family-camps/rainbow-family-camp/" TargetMode="External"/><Relationship Id="rId13" Type="http://schemas.openxmlformats.org/officeDocument/2006/relationships/hyperlink" Target="https://www.campcamp.com/about/" TargetMode="External"/><Relationship Id="rId14" Type="http://schemas.openxmlformats.org/officeDocument/2006/relationships/hyperlink" Target="https://farmcamp.it/" TargetMode="External"/><Relationship Id="rId15" Type="http://schemas.openxmlformats.org/officeDocument/2006/relationships/hyperlink" Target="https://campearthconnectio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