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TV and Streaming Picks This September: What to Watch and Where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stocking up watchlists as a parade of reality favourites and queer classics returns this September, from Survivor and Dancing With The Stars to Ryan Murphy’s Lizzie Borden-led Monster and the 13th season of American Horror Story; here’s what to queue on Netflix, HBO Max, Prime, Hulu, Peacock, Paramount+ and beyond.</w:t>
      </w:r>
      <w:r/>
    </w:p>
    <w:p>
      <w:r/>
      <w:r>
        <w:t>Essential Takeaways</w:t>
      </w:r>
      <w:r/>
      <w:r/>
    </w:p>
    <w:p>
      <w:pPr>
        <w:pStyle w:val="ListBullet"/>
        <w:spacing w:line="240" w:lineRule="auto"/>
        <w:ind w:left="720"/>
      </w:pPr>
      <w:r/>
      <w:r>
        <w:rPr>
          <w:b/>
        </w:rPr>
        <w:t>Big reality returns:</w:t>
      </w:r>
      <w:r>
        <w:t xml:space="preserve"> Survivor, Dancing With The Stars and other competition shows are back, offering familiar drama and a comfortable, bingeable rhythm.</w:t>
      </w:r>
      <w:r/>
    </w:p>
    <w:p>
      <w:pPr>
        <w:pStyle w:val="ListBullet"/>
        <w:spacing w:line="240" w:lineRule="auto"/>
        <w:ind w:left="720"/>
      </w:pPr>
      <w:r/>
      <w:r>
        <w:rPr>
          <w:b/>
        </w:rPr>
        <w:t>Ryan Murphy double bill:</w:t>
      </w:r>
      <w:r>
        <w:t xml:space="preserve"> A new Lizzie Borden season of Monster joins American Horror Story’s milestone 13th run, promising gothic chills and headline-grabbing controversy.</w:t>
      </w:r>
      <w:r/>
    </w:p>
    <w:p>
      <w:pPr>
        <w:pStyle w:val="ListBullet"/>
        <w:spacing w:line="240" w:lineRule="auto"/>
        <w:ind w:left="720"/>
      </w:pPr>
      <w:r/>
      <w:r>
        <w:rPr>
          <w:b/>
        </w:rPr>
        <w:t>Queer classics resurfacing:</w:t>
      </w:r>
      <w:r>
        <w:t xml:space="preserve"> Documentaries and cult drag comedies are getting streaming homes, so you can mix serious history with silly, tipsy fun.</w:t>
      </w:r>
      <w:r/>
    </w:p>
    <w:p>
      <w:pPr>
        <w:pStyle w:val="ListBullet"/>
        <w:spacing w:line="240" w:lineRule="auto"/>
        <w:ind w:left="720"/>
      </w:pPr>
      <w:r/>
      <w:r>
        <w:rPr>
          <w:b/>
        </w:rPr>
        <w:t>Platform variety:</w:t>
      </w:r>
      <w:r>
        <w:t xml:space="preserve"> Whether you favour Netflix, Peacock, Hulu or freebies like Tubi, there’s a queer-flavoured pick for every subscription combo.</w:t>
      </w:r>
      <w:r/>
    </w:p>
    <w:p>
      <w:pPr>
        <w:pStyle w:val="ListBullet"/>
        <w:spacing w:line="240" w:lineRule="auto"/>
        <w:ind w:left="720"/>
      </w:pPr>
      <w:r/>
      <w:r>
        <w:rPr>
          <w:b/>
        </w:rPr>
        <w:t>Viewing tip:</w:t>
      </w:r>
      <w:r>
        <w:t xml:space="preserve"> Rotate heavy drama with lighter drag spoofs to keep late-night sessions balanced and mood-brightening.</w:t>
      </w:r>
      <w:r/>
      <w:r/>
    </w:p>
    <w:p>
      <w:pPr>
        <w:pStyle w:val="Heading2"/>
      </w:pPr>
      <w:r>
        <w:t>Reality TV is back, and it’s binge-friendly</w:t>
      </w:r>
      <w:r/>
    </w:p>
    <w:p>
      <w:r/>
      <w:r>
        <w:t>Reality staples like Survivor and America’s Got Talent are back in rotation, bringing the sort of familiar rhythms that make autumn TV feel cosy rather than exhausting. These shows excel at appointment viewing , the slow-burn alliances, the shock eliminations and that satisfying, slightly guilty communal chat the next day. According to platform listings, you’ll find new seasons distributed across traditional broadcast partners and streaming hubs, so check your go-to app. If you’re short on time, focus on highlights episodes or play condensed recap reels to keep up without sacrificing your social life.</w:t>
      </w:r>
      <w:r/>
    </w:p>
    <w:p>
      <w:pPr>
        <w:pStyle w:val="Heading2"/>
      </w:pPr>
      <w:r>
        <w:t>Ryan Murphy doubles down: Monster and American Horror Story return</w:t>
      </w:r>
      <w:r/>
    </w:p>
    <w:p>
      <w:r/>
      <w:r>
        <w:t>Ryan Murphy is serving a two-part fright this month, with Monster revisiting the Lizzie Borden case and American Horror Story kicking off its 13th season. The Lizzie Borden angle brings a female subject to a true-crime anthology, which changes the texture , it’s darker, oddly intimate and made for water-cooler debate. Meanwhile, American Horror Story’s longevity means lean visuals, a returning troupe of actors and the promise of headline-grabbing twists. If you prefer to ration the scares, slot these into weekend evenings and follow with something lighter: your nerves will thank you.</w:t>
      </w:r>
      <w:r/>
    </w:p>
    <w:p>
      <w:pPr>
        <w:pStyle w:val="Heading2"/>
      </w:pPr>
      <w:r>
        <w:t>Drag, camp and queer classics , mix sobering with silly</w:t>
      </w:r>
      <w:r/>
    </w:p>
    <w:p>
      <w:r/>
      <w:r>
        <w:t>Streaming lists are smart this month: alongside hard-hitting documentaries about queer history , for instance, How to Survive a Plague , platforms are also highlighting drag spoofs and cult comedies that work brilliantly after a glass or two. That contrast matters. You can go from a sobering documentary that sticks with you the next morning to a silly drag parody that sends you into stitches at midnight. RuPaul’s Drag Race and The Boulet Brothers: Dragula remain excellent go-tos for drag that ranges from glamorous to deliciously grotesque, and several services host back catalogues so you can binge from season one onwards.</w:t>
      </w:r>
      <w:r/>
    </w:p>
    <w:p>
      <w:pPr>
        <w:pStyle w:val="Heading2"/>
      </w:pPr>
      <w:r>
        <w:t>Where to watch: pick your platform based on mood</w:t>
      </w:r>
      <w:r/>
    </w:p>
    <w:p>
      <w:r/>
      <w:r>
        <w:t>Different services are playing to different strengths. Peacock and network-affiliated platforms tend to house big reality tentpoles and live competition coverage, so they’re your go-to for appointment TV and weekly water-cooler moments. HBO Max and Prime Video have been the natural homes for prestige anthology and horror seasons, while Netflix and Hulu keep a steady mix of documentaries, comedies and bingeable series. Tubi and other free, ad-supported platforms are great for trawling cult titles and drag spoofs without paying extra. Tip: make a simple spreadsheet of show, episode length and platform to avoid subscription whiplash.</w:t>
      </w:r>
      <w:r/>
    </w:p>
    <w:p>
      <w:pPr>
        <w:pStyle w:val="Heading2"/>
      </w:pPr>
      <w:r>
        <w:t>How to build a September queer watchlist that actually gets watched</w:t>
      </w:r>
      <w:r/>
    </w:p>
    <w:p>
      <w:r/>
      <w:r>
        <w:t>Start by pairing heavy and light: slot one intense Ryan Murphy episode, then a short drag special or a reality highlight to decompress. Prioritise new episodes and limited runs first , those expire or spoil quickly , then fill gaps with classics and documentaries. If you share an account, agree on a weekly “must-watch” night to keep spoilers out of group chats. And remember: rotating formats keeps things fresh , one documentary, one reality episode, one comedy special per sitting is a surprisingly effective rhythm.</w:t>
      </w:r>
      <w:r/>
    </w:p>
    <w:p>
      <w:r/>
      <w:r>
        <w:t>It's a small change that can make every binge feel planned and pleasurable.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[4]</w:t>
        </w:r>
      </w:hyperlink>
      <w:r>
        <w:t xml:space="preserve">- Paragraph 4: </w:t>
      </w:r>
      <w:hyperlink r:id="rId15">
        <w:r>
          <w:rPr>
            <w:color w:val="0000EE"/>
            <w:u w:val="single"/>
          </w:rPr>
          <w:t>[7]</w:t>
        </w:r>
      </w:hyperlink>
      <w:r>
        <w:t xml:space="preserve">, </w:t>
      </w:r>
      <w:hyperlink r:id="rId11">
        <w:r>
          <w:rPr>
            <w:color w:val="0000EE"/>
            <w:u w:val="single"/>
          </w:rPr>
          <w:t>[3]</w:t>
        </w:r>
      </w:hyperlink>
      <w:r>
        <w:t xml:space="preserve">- Paragraph 5: </w:t>
      </w:r>
      <w:hyperlink r:id="rId14">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https://meaws.com/news/queerty-crossword-sept-1-2026/105078</w:t>
        </w:r>
      </w:hyperlink>
      <w:r>
        <w:t xml:space="preserve"> - Please view link - unable to able to access data</w:t>
      </w:r>
      <w:r/>
    </w:p>
    <w:p>
      <w:pPr>
        <w:pStyle w:val="ListNumber"/>
        <w:spacing w:line="240" w:lineRule="auto"/>
        <w:ind w:left="720"/>
      </w:pPr>
      <w:r/>
      <w:hyperlink r:id="rId10">
        <w:r>
          <w:rPr>
            <w:color w:val="0000EE"/>
            <w:u w:val="single"/>
          </w:rPr>
          <w:t>https://www.justwatch.com/us/tv-show/american-horror-story-freak-show</w:t>
        </w:r>
      </w:hyperlink>
      <w:r>
        <w:t xml:space="preserve"> - 'American Horror Story: Freak Show' is the fourth season of the horror anthology series created by Ryan Murphy and Brad Falchuk. Set in 1950s Jupiter, Florida, it follows a struggling carnival freak show as the group tries to survive during hard times. The season features returning stars such as Sarah Paulson, Evan Peters, Angela Bassett, Kathy Bates, and Jessica Lange. The series is available for streaming on Amazon Prime Video, Hulu, and will be available on Disney Plus from September 24, 2026. (</w:t>
      </w:r>
      <w:hyperlink r:id="rId16">
        <w:r>
          <w:rPr>
            <w:color w:val="0000EE"/>
            <w:u w:val="single"/>
          </w:rPr>
          <w:t>justwatch.com</w:t>
        </w:r>
      </w:hyperlink>
      <w:r>
        <w:t>)</w:t>
      </w:r>
      <w:r/>
    </w:p>
    <w:p>
      <w:pPr>
        <w:pStyle w:val="ListNumber"/>
        <w:spacing w:line="240" w:lineRule="auto"/>
        <w:ind w:left="720"/>
      </w:pPr>
      <w:r/>
      <w:hyperlink r:id="rId11">
        <w:r>
          <w:rPr>
            <w:color w:val="0000EE"/>
            <w:u w:val="single"/>
          </w:rPr>
          <w:t>https://www.justwatch.com/us/tv-show/survivor</w:t>
        </w:r>
      </w:hyperlink>
      <w:r>
        <w:t xml:space="preserve"> - 'Survivor' is a reality television series where contestants are stranded in remote locations and must outwit, outplay, and outlast each other through challenges and social strategy. The show has aired 50 seasons, with the latest season available for streaming on Paramount Plus Premium, Paramount Plus Essential, Hulu, and YouTube TV. It is also available for purchase on Amazon Video and Apple TV Store. (</w:t>
      </w:r>
      <w:hyperlink r:id="rId17">
        <w:r>
          <w:rPr>
            <w:color w:val="0000EE"/>
            <w:u w:val="single"/>
          </w:rPr>
          <w:t>justwatch.com</w:t>
        </w:r>
      </w:hyperlink>
      <w:r>
        <w:t>)</w:t>
      </w:r>
      <w:r/>
    </w:p>
    <w:p>
      <w:pPr>
        <w:pStyle w:val="ListNumber"/>
        <w:spacing w:line="240" w:lineRule="auto"/>
        <w:ind w:left="720"/>
      </w:pPr>
      <w:r/>
      <w:hyperlink r:id="rId14">
        <w:r>
          <w:rPr>
            <w:color w:val="0000EE"/>
            <w:u w:val="single"/>
          </w:rPr>
          <w:t>https://www.justwatch.com/us/tv-show/rupauls-drag-race</w:t>
        </w:r>
      </w:hyperlink>
      <w:r>
        <w:t xml:space="preserve"> - 'RuPaul's Drag Race' is a reality television series where contestants compete in various challenges to be crowned America's Next Drag Superstar. The show has aired 18 seasons, with the latest season available for streaming on Paramount Plus Premium, Paramount Plus Essential, Hulu, and YouTube TV. It is also available for purchase on Amazon Video and Apple TV Store. (</w:t>
      </w:r>
      <w:hyperlink r:id="rId18">
        <w:r>
          <w:rPr>
            <w:color w:val="0000EE"/>
            <w:u w:val="single"/>
          </w:rPr>
          <w:t>justwatch.com</w:t>
        </w:r>
      </w:hyperlink>
      <w:r>
        <w:t>)</w:t>
      </w:r>
      <w:r/>
    </w:p>
    <w:p>
      <w:pPr>
        <w:pStyle w:val="ListNumber"/>
        <w:spacing w:line="240" w:lineRule="auto"/>
        <w:ind w:left="720"/>
      </w:pPr>
      <w:r/>
      <w:hyperlink r:id="rId13">
        <w:r>
          <w:rPr>
            <w:color w:val="0000EE"/>
            <w:u w:val="single"/>
          </w:rPr>
          <w:t>https://www.justwatch.com/us/tv-show/the-boulet-brothers-dragula</w:t>
        </w:r>
      </w:hyperlink>
      <w:r>
        <w:t xml:space="preserve"> - 'The Boulet Brothers' Dragula' is a reality competition show where drag artists from around the world compete in horror-based makeup, design, and performance challenges. The show is available for streaming on AMC+ Amazon Channel, Spectrum On Demand, Philo, AMC Plus Apple TV channel, AMC+ Roku Premium Channel, AMC+, Shudder, Shudder Amazon Channel, Shudder Apple TV channel, and OUTtv Apple TV channel. It is also available for purchase on Amazon Video and Apple TV Store. (</w:t>
      </w:r>
      <w:hyperlink r:id="rId19">
        <w:r>
          <w:rPr>
            <w:color w:val="0000EE"/>
            <w:u w:val="single"/>
          </w:rPr>
          <w:t>justwatch.com</w:t>
        </w:r>
      </w:hyperlink>
      <w:r>
        <w:t>)</w:t>
      </w:r>
      <w:r/>
    </w:p>
    <w:p>
      <w:pPr>
        <w:pStyle w:val="ListNumber"/>
        <w:spacing w:line="240" w:lineRule="auto"/>
        <w:ind w:left="720"/>
      </w:pPr>
      <w:r/>
      <w:hyperlink r:id="rId12">
        <w:r>
          <w:rPr>
            <w:color w:val="0000EE"/>
            <w:u w:val="single"/>
          </w:rPr>
          <w:t>https://www.tvguide.com/tvshows/american-horror-story/1000385585/</w:t>
        </w:r>
      </w:hyperlink>
      <w:r>
        <w:t xml:space="preserve"> - 'American Horror Story' is an anthology horror drama series created and produced by Ryan Murphy and Brad Falchuk. The series has aired 13 seasons, with the latest season set to premiere on September 24, 2026. The show is available for streaming on various platforms, including Amazon Prime Video and Hulu. (</w:t>
      </w:r>
      <w:hyperlink r:id="rId20">
        <w:r>
          <w:rPr>
            <w:color w:val="0000EE"/>
            <w:u w:val="single"/>
          </w:rPr>
          <w:t>tvguide.com</w:t>
        </w:r>
      </w:hyperlink>
      <w:r>
        <w:t>)</w:t>
      </w:r>
      <w:r/>
    </w:p>
    <w:p>
      <w:pPr>
        <w:pStyle w:val="ListNumber"/>
        <w:spacing w:line="240" w:lineRule="auto"/>
        <w:ind w:left="720"/>
      </w:pPr>
      <w:r/>
      <w:hyperlink r:id="rId15">
        <w:r>
          <w:rPr>
            <w:color w:val="0000EE"/>
            <w:u w:val="single"/>
          </w:rPr>
          <w:t>https://www.peacocktv.com/stream-tv/americas-got-talent?ScCid=f3c354e2-9dfe-441c-a9c2-0eac05b69ec3&amp;cid=2601aoalwsonpkpdsocial314941</w:t>
        </w:r>
      </w:hyperlink>
      <w:r>
        <w:t xml:space="preserve"> - 'America's Got Talent' is a reality television series where contestants perform for star judges and compete for a life-changing prize. The show airs new episodes on NBC and streams the next day on Peacock. The latest season premiered on June 2, 2026. (</w:t>
      </w:r>
      <w:hyperlink r:id="rId21">
        <w:r>
          <w:rPr>
            <w:color w:val="0000EE"/>
            <w:u w:val="single"/>
          </w:rPr>
          <w:t>peacocktv.com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queerty-crossword-sept-1-2026/105078" TargetMode="External"/><Relationship Id="rId10" Type="http://schemas.openxmlformats.org/officeDocument/2006/relationships/hyperlink" Target="https://www.justwatch.com/us/tv-show/american-horror-story-freak-show" TargetMode="External"/><Relationship Id="rId11" Type="http://schemas.openxmlformats.org/officeDocument/2006/relationships/hyperlink" Target="https://www.justwatch.com/us/tv-show/survivor" TargetMode="External"/><Relationship Id="rId12" Type="http://schemas.openxmlformats.org/officeDocument/2006/relationships/hyperlink" Target="https://www.tvguide.com/tvshows/american-horror-story/1000385585/" TargetMode="External"/><Relationship Id="rId13" Type="http://schemas.openxmlformats.org/officeDocument/2006/relationships/hyperlink" Target="https://www.justwatch.com/us/tv-show/the-boulet-brothers-dragula" TargetMode="External"/><Relationship Id="rId14" Type="http://schemas.openxmlformats.org/officeDocument/2006/relationships/hyperlink" Target="https://www.justwatch.com/us/tv-show/rupauls-drag-race" TargetMode="External"/><Relationship Id="rId15" Type="http://schemas.openxmlformats.org/officeDocument/2006/relationships/hyperlink" Target="https://www.peacocktv.com/stream-tv/americas-got-talent?ScCid=f3c354e2-9dfe-441c-a9c2-0eac05b69ec3&amp;cid=2601aoalwsonpkpdsocial314941" TargetMode="External"/><Relationship Id="rId16" Type="http://schemas.openxmlformats.org/officeDocument/2006/relationships/hyperlink" Target="https://www.justwatch.com/us/tv-show/american-horror-story-freak-show?utm_source=openai" TargetMode="External"/><Relationship Id="rId17" Type="http://schemas.openxmlformats.org/officeDocument/2006/relationships/hyperlink" Target="https://www.justwatch.com/us/tv-show/survivor?utm_source=openai" TargetMode="External"/><Relationship Id="rId18" Type="http://schemas.openxmlformats.org/officeDocument/2006/relationships/hyperlink" Target="https://www.justwatch.com/us/tv-show/rupauls-drag-race?utm_source=openai" TargetMode="External"/><Relationship Id="rId19" Type="http://schemas.openxmlformats.org/officeDocument/2006/relationships/hyperlink" Target="https://www.justwatch.com/us/tv-show/the-boulet-brothers-dragula?utm_source=openai" TargetMode="External"/><Relationship Id="rId20" Type="http://schemas.openxmlformats.org/officeDocument/2006/relationships/hyperlink" Target="https://www.tvguide.com/tvshows/american-horror-story/1000385585/?utm_source=openai" TargetMode="External"/><Relationship Id="rId21" Type="http://schemas.openxmlformats.org/officeDocument/2006/relationships/hyperlink" Target="https://www.peacocktv.com/stream-tv/americas-got-talent?ScCid=f3c354e2-9dfe-441c-a9c2-0eac05b69ec3&amp;cid=2601aoalwsonpkpdsocial314941&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